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0bde4f4bf3939a52869a2b4704974cb0801ad35"/>
    <w:p>
      <w:pPr>
        <w:pStyle w:val="Heading1"/>
      </w:pPr>
      <w:r>
        <w:rPr>
          <w:b/>
          <w:bCs/>
        </w:rPr>
        <w:t xml:space="preserve">Into the Wild</w:t>
      </w:r>
      <w:r>
        <w:br/>
      </w:r>
      <w:r>
        <w:rPr>
          <w:i/>
          <w:iCs/>
        </w:rPr>
        <w:t xml:space="preserve">Jon Krakauer</w:t>
      </w:r>
      <w:r>
        <w:br/>
      </w:r>
      <w:r>
        <w:rPr>
          <w:b/>
          <w:bCs/>
        </w:rPr>
        <w:t xml:space="preserve">Extra Credit 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college McCandless began emulating Tolstoy's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asceticism</w:t>
      </w:r>
      <w:r>
        <w:rPr>
          <w:b/>
          <w:bCs/>
        </w:rPr>
        <w:t xml:space="preserve"> </w:t>
      </w:r>
      <w:r>
        <w:rPr>
          <w:b/>
          <w:bCs/>
        </w:rPr>
        <w:t xml:space="preserve">and moral rigor to a degree that first astonished, and then alarmed, those who were close to him.</w:t>
      </w:r>
      <w:r>
        <w:br/>
      </w:r>
      <w:r>
        <w:t xml:space="preserve">    (a) sensual exploration</w:t>
      </w:r>
      <w:r>
        <w:br/>
      </w:r>
      <w:r>
        <w:t xml:space="preserve">    (b) self-denial</w:t>
      </w:r>
      <w:r>
        <w:br/>
      </w:r>
      <w:r>
        <w:t xml:space="preserve">    (c) spiritual mysticism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Alex's cheap leather hiking boots were neither waterproof nor well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insulated</w:t>
      </w:r>
      <w:r>
        <w:rPr>
          <w:b/>
          <w:bCs/>
        </w:rPr>
        <w:t xml:space="preserve">.</w:t>
      </w:r>
      <w:r>
        <w:br/>
      </w:r>
      <w:r>
        <w:t xml:space="preserve">    (a) layered to keep warm</w:t>
      </w:r>
      <w:r>
        <w:br/>
      </w:r>
      <w:r>
        <w:t xml:space="preserve">    (b) selected (to be suitable)</w:t>
      </w:r>
      <w:r>
        <w:br/>
      </w:r>
      <w:r>
        <w:t xml:space="preserve">    (c) maintained (taken care of)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Instead of living in concert with the land, instead of relying on the country for sustenance as the natives did, he attempted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insulate</w:t>
      </w:r>
      <w:r>
        <w:rPr>
          <w:b/>
          <w:bCs/>
        </w:rPr>
        <w:t xml:space="preserve"> </w:t>
      </w:r>
      <w:r>
        <w:rPr>
          <w:b/>
          <w:bCs/>
        </w:rPr>
        <w:t xml:space="preserve">himself from the northern environment with ill-suited military tools and traditions.</w:t>
      </w:r>
      <w:r>
        <w:br/>
      </w:r>
      <w:r>
        <w:t xml:space="preserve">    (a) learn from harm</w:t>
      </w:r>
      <w:r>
        <w:br/>
      </w:r>
      <w:r>
        <w:t xml:space="preserve">    (b) overcome harm</w:t>
      </w:r>
      <w:r>
        <w:br/>
      </w:r>
      <w:r>
        <w:t xml:space="preserve">    (c) separate (from harm)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Starvation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posited</w:t>
      </w:r>
      <w:r>
        <w:rPr>
          <w:b/>
          <w:bCs/>
        </w:rPr>
        <w:t xml:space="preserve"> </w:t>
      </w:r>
      <w:r>
        <w:rPr>
          <w:b/>
          <w:bCs/>
        </w:rPr>
        <w:t xml:space="preserve">as the most probable cause of death.</w:t>
      </w:r>
      <w:r>
        <w:br/>
      </w:r>
      <w:r>
        <w:t xml:space="preserve">    (a) ignored</w:t>
      </w:r>
      <w:r>
        <w:br/>
      </w:r>
      <w:r>
        <w:t xml:space="preserve">    (b) proposed</w:t>
      </w:r>
      <w:r>
        <w:br/>
      </w:r>
      <w:r>
        <w:t xml:space="preserve">    (c) ruled out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trip was to be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odyssey</w:t>
      </w:r>
      <w:r>
        <w:rPr>
          <w:b/>
          <w:bCs/>
        </w:rPr>
        <w:t xml:space="preserve"> </w:t>
      </w:r>
      <w:r>
        <w:rPr>
          <w:b/>
          <w:bCs/>
        </w:rPr>
        <w:t xml:space="preserve">in the fullest sense of the word, an epic journey that would change everything.</w:t>
      </w:r>
      <w:r>
        <w:br/>
      </w:r>
      <w:r>
        <w:t xml:space="preserve">    (a) quick visit</w:t>
      </w:r>
      <w:r>
        <w:br/>
      </w:r>
      <w:r>
        <w:t xml:space="preserve">    (b) ocean voyage</w:t>
      </w:r>
      <w:r>
        <w:br/>
      </w:r>
      <w:r>
        <w:t xml:space="preserve">    (c) long, eventful journey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had spent the previous four years, as he saw it, preparing to fulfill an absurd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onerous</w:t>
      </w:r>
      <w:r>
        <w:rPr>
          <w:b/>
          <w:bCs/>
        </w:rPr>
        <w:t xml:space="preserve"> </w:t>
      </w:r>
      <w:r>
        <w:rPr>
          <w:b/>
          <w:bCs/>
        </w:rPr>
        <w:t xml:space="preserve">duty: to graduate from college.</w:t>
      </w:r>
      <w:r>
        <w:br/>
      </w:r>
      <w:r>
        <w:t xml:space="preserve">    (a) wasteful</w:t>
      </w:r>
      <w:r>
        <w:br/>
      </w:r>
      <w:r>
        <w:t xml:space="preserve">    (b) difficult</w:t>
      </w:r>
      <w:r>
        <w:br/>
      </w:r>
      <w:r>
        <w:t xml:space="preserve">    (c) boring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desert is the environment of revelation, genetically and physiologically alien, sensorily austere, esthetically abstract, historically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inimical</w:t>
      </w:r>
      <w:r>
        <w:rPr>
          <w:b/>
          <w:bCs/>
        </w:rPr>
        <w:t xml:space="preserve">….</w:t>
      </w:r>
      <w:r>
        <w:br/>
      </w:r>
      <w:r>
        <w:t xml:space="preserve">    (a) hostile</w:t>
      </w:r>
      <w:r>
        <w:br/>
      </w:r>
      <w:r>
        <w:t xml:space="preserve">    (b) hard to understand</w:t>
      </w:r>
      <w:r>
        <w:br/>
      </w:r>
      <w:r>
        <w:t xml:space="preserve">    (c) pleasant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By the end of September, snow was piling up on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tundra</w:t>
      </w:r>
      <w:r>
        <w:rPr>
          <w:b/>
          <w:bCs/>
        </w:rPr>
        <w:t xml:space="preserve">, and the lake had frozen over.</w:t>
      </w:r>
      <w:r>
        <w:br/>
      </w:r>
      <w:r>
        <w:t xml:space="preserve">    (a) frozen, treeless plain</w:t>
      </w:r>
      <w:r>
        <w:br/>
      </w:r>
      <w:r>
        <w:t xml:space="preserve">    (b) snow-covered pine forest</w:t>
      </w:r>
      <w:r>
        <w:br/>
      </w:r>
      <w:r>
        <w:t xml:space="preserve">    (c) snow-covered grasses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theory, too,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plausible</w:t>
      </w:r>
      <w:r>
        <w:rPr>
          <w:b/>
          <w:bCs/>
        </w:rPr>
        <w:t xml:space="preserve">, but no concrete evidence exists to prove it.</w:t>
      </w:r>
      <w:r>
        <w:br/>
      </w:r>
      <w:r>
        <w:t xml:space="preserve">    (a) laughable</w:t>
      </w:r>
      <w:r>
        <w:br/>
      </w:r>
      <w:r>
        <w:t xml:space="preserve">    (b) reasonable</w:t>
      </w:r>
      <w:r>
        <w:br/>
      </w:r>
      <w:r>
        <w:t xml:space="preserve">    (c) overly complex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attempting to understand Everett Ruess and Chris McCandless, it can be illuminating to consider their deeds in a larger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context</w:t>
      </w:r>
      <w:r>
        <w:rPr>
          <w:b/>
          <w:bCs/>
        </w:rPr>
        <w:t xml:space="preserve">.</w:t>
      </w:r>
      <w:r>
        <w:br/>
      </w:r>
      <w:r>
        <w:t xml:space="preserve">    (a) discussion with more people</w:t>
      </w:r>
      <w:r>
        <w:br/>
      </w:r>
      <w:r>
        <w:t xml:space="preserve">    (b) surrounding situation</w:t>
      </w:r>
      <w:r>
        <w:br/>
      </w:r>
      <w:r>
        <w:t xml:space="preserve">    (c) essay or book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Too terrified of crevasses to wander far from camp, I spent most of my time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recumbent</w:t>
      </w:r>
      <w:r>
        <w:rPr>
          <w:b/>
          <w:bCs/>
        </w:rPr>
        <w:t xml:space="preserve"> </w:t>
      </w:r>
      <w:r>
        <w:rPr>
          <w:b/>
          <w:bCs/>
        </w:rPr>
        <w:t xml:space="preserve">in the tent, the ceiling was too low to allow my sitting upright, fighting a rising chorus of doubts.</w:t>
      </w:r>
      <w:r>
        <w:br/>
      </w:r>
      <w:r>
        <w:t xml:space="preserve">    (a) lying down</w:t>
      </w:r>
      <w:r>
        <w:br/>
      </w:r>
      <w:r>
        <w:t xml:space="preserve">    (b) unbending</w:t>
      </w:r>
      <w:r>
        <w:br/>
      </w:r>
      <w:r>
        <w:t xml:space="preserve">    (c) avoiding others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Eighteen years after the event, I now recognize that I suffered from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hubris</w:t>
      </w:r>
      <w:r>
        <w:rPr>
          <w:b/>
          <w:bCs/>
        </w:rPr>
        <w:t xml:space="preserve">, perhaps, and an appalling innocence, certainly; but I wasn't suicidal.</w:t>
      </w:r>
      <w:r>
        <w:br/>
      </w:r>
      <w:r>
        <w:t xml:space="preserve">    (a) excessive fear</w:t>
      </w:r>
      <w:r>
        <w:br/>
      </w:r>
      <w:r>
        <w:t xml:space="preserve">    (b) excessive ignorance</w:t>
      </w:r>
      <w:r>
        <w:br/>
      </w:r>
      <w:r>
        <w:t xml:space="preserve">    (c) excessive confidence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At that stage of my youth, death remained 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abstract</w:t>
      </w:r>
      <w:r>
        <w:rPr>
          <w:b/>
          <w:bCs/>
        </w:rPr>
        <w:t xml:space="preserve"> </w:t>
      </w:r>
      <w:r>
        <w:rPr>
          <w:b/>
          <w:bCs/>
        </w:rPr>
        <w:t xml:space="preserve">a concept as non-Euclidean geometry or marriage.</w:t>
      </w:r>
      <w:r>
        <w:br/>
      </w:r>
      <w:r>
        <w:t xml:space="preserve">    (a) theoretical</w:t>
      </w:r>
      <w:r>
        <w:br/>
      </w:r>
      <w:r>
        <w:t xml:space="preserve">    (b) close</w:t>
      </w:r>
      <w:r>
        <w:br/>
      </w:r>
      <w:r>
        <w:t xml:space="preserve">    (c) concrete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Although McCandless was enough of a realist to know that hunting game was an unavoidable component of living off the land, he had always been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ambivalent</w:t>
      </w:r>
      <w:r>
        <w:rPr>
          <w:b/>
          <w:bCs/>
        </w:rPr>
        <w:t xml:space="preserve"> </w:t>
      </w:r>
      <w:r>
        <w:rPr>
          <w:b/>
          <w:bCs/>
        </w:rPr>
        <w:t xml:space="preserve">about killing animals.</w:t>
      </w:r>
      <w:r>
        <w:br/>
      </w:r>
      <w:r>
        <w:t xml:space="preserve">    (a) strongly supportive</w:t>
      </w:r>
      <w:r>
        <w:br/>
      </w:r>
      <w:r>
        <w:t xml:space="preserve">    (b) with mixed feelings</w:t>
      </w:r>
      <w:r>
        <w:br/>
      </w:r>
      <w:r>
        <w:t xml:space="preserve">    (c) strongly opposed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Then, in the midst of this idyll, came the first of two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pivotal</w:t>
      </w:r>
      <w:r>
        <w:rPr>
          <w:b/>
          <w:bCs/>
        </w:rPr>
        <w:t xml:space="preserve"> </w:t>
      </w:r>
      <w:r>
        <w:rPr>
          <w:b/>
          <w:bCs/>
        </w:rPr>
        <w:t xml:space="preserve">setbacks.</w:t>
      </w:r>
      <w:r>
        <w:br/>
      </w:r>
      <w:r>
        <w:t xml:space="preserve">    (a) quickly changing</w:t>
      </w:r>
      <w:r>
        <w:br/>
      </w:r>
      <w:r>
        <w:t xml:space="preserve">    (b) important</w:t>
      </w:r>
      <w:r>
        <w:br/>
      </w:r>
      <w:r>
        <w:t xml:space="preserve">    (c) minor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cable was erected in 1970 to chart the Teklanika's seasonal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fluctuations</w:t>
      </w:r>
      <w:r>
        <w:rPr>
          <w:b/>
          <w:bCs/>
        </w:rPr>
        <w:t xml:space="preserve">; hydrologists traveled back and forth above the river by means of an aluminum basket that is suspended from the cable with pulleys.</w:t>
      </w:r>
      <w:r>
        <w:br/>
      </w:r>
      <w:r>
        <w:t xml:space="preserve">    (a) considerations</w:t>
      </w:r>
      <w:r>
        <w:br/>
      </w:r>
      <w:r>
        <w:t xml:space="preserve">    (b) changes</w:t>
      </w:r>
      <w:r>
        <w:br/>
      </w:r>
      <w:r>
        <w:t xml:space="preserve">    (c) frustrations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can be argued that youthful derring-do is in fact evolutionarily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adaptive</w:t>
      </w:r>
      <w:r>
        <w:rPr>
          <w:b/>
          <w:bCs/>
        </w:rPr>
        <w:t xml:space="preserve">, a behavior encoded in our genes.</w:t>
      </w:r>
      <w:r>
        <w:br/>
      </w:r>
      <w:r>
        <w:t xml:space="preserve">    (a) harmful</w:t>
      </w:r>
      <w:r>
        <w:br/>
      </w:r>
      <w:r>
        <w:t xml:space="preserve">    (b) advantageous</w:t>
      </w:r>
      <w:r>
        <w:br/>
      </w:r>
      <w:r>
        <w:t xml:space="preserve">    (c) irrelevant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McCandless wasn't some feckless slacker, adrift and confused, racked by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existential</w:t>
      </w:r>
      <w:r>
        <w:rPr>
          <w:b/>
          <w:bCs/>
        </w:rPr>
        <w:t xml:space="preserve"> </w:t>
      </w:r>
      <w:r>
        <w:rPr>
          <w:b/>
          <w:bCs/>
        </w:rPr>
        <w:t xml:space="preserve">despair.</w:t>
      </w:r>
      <w:r>
        <w:br/>
      </w:r>
      <w:r>
        <w:t xml:space="preserve">    (a) related to searching for meaning in life</w:t>
      </w:r>
      <w:r>
        <w:br/>
      </w:r>
      <w:r>
        <w:t xml:space="preserve">    (b) relating to something that is unimportant</w:t>
      </w:r>
      <w:r>
        <w:br/>
      </w:r>
      <w:r>
        <w:t xml:space="preserve">    (c) related to a sense of being inferior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["short man's complex" or "unresolved Oedipal conflict"]  Although there may be some truth in both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hypotheses</w:t>
      </w:r>
      <w:r>
        <w:rPr>
          <w:b/>
          <w:bCs/>
        </w:rPr>
        <w:t xml:space="preserve">, this sort of posthumous off-the-rack psychoanalysis is a dubious, highly speculative enterprise that inevitably demeans and trivializes the absent analysand.</w:t>
      </w:r>
      <w:r>
        <w:br/>
      </w:r>
      <w:r>
        <w:t xml:space="preserve">    (a) theories</w:t>
      </w:r>
      <w:r>
        <w:br/>
      </w:r>
      <w:r>
        <w:t xml:space="preserve">    (b) patterns</w:t>
      </w:r>
      <w:r>
        <w:br/>
      </w:r>
      <w:r>
        <w:t xml:space="preserve">    (c) lessons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To find a documented poisoning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attributable</w:t>
      </w:r>
      <w:r>
        <w:rPr>
          <w:b/>
          <w:bCs/>
        </w:rPr>
        <w:t xml:space="preserve"> </w:t>
      </w:r>
      <w:r>
        <w:rPr>
          <w:b/>
          <w:bCs/>
        </w:rPr>
        <w:t xml:space="preserve">to wild sweet pea, I had to go all the way back to the nineteenth-century annals of Arctic exploration.</w:t>
      </w:r>
      <w:r>
        <w:br/>
      </w:r>
      <w:r>
        <w:t xml:space="preserve">    (a) credited</w:t>
      </w:r>
      <w:r>
        <w:br/>
      </w:r>
      <w:r>
        <w:t xml:space="preserve">    (b) doubted</w:t>
      </w:r>
      <w:r>
        <w:br/>
      </w:r>
      <w:r>
        <w:t xml:space="preserve">    (c) deadly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2026-07-31T15:32:28Z</dcterms:created>
  <dcterms:modified xsi:type="dcterms:W3CDTF">2026-07-31T15:32:28Z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