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4e482b7bdbbe7b61121daf52689c350abbfa2a"/>
    <w:p>
      <w:pPr>
        <w:pStyle w:val="Heading1"/>
      </w:pPr>
      <w:r>
        <w:rPr>
          <w:b/>
          <w:bCs/>
        </w:rPr>
        <w:t xml:space="preserve">Into Thin Air</w:t>
      </w:r>
      <w:r>
        <w:br/>
      </w:r>
      <w:r>
        <w:rPr>
          <w:i/>
          <w:iCs/>
        </w:rPr>
        <w:t xml:space="preserve">Jon Krakauer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circumference of the earth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24,900 miles at the equator.</w:t>
      </w:r>
      <w:r>
        <w:br/>
      </w:r>
      <w:r>
        <w:t xml:space="preserve">    (a) exactly</w:t>
      </w:r>
      <w:r>
        <w:br/>
      </w:r>
      <w:r>
        <w:t xml:space="preserve">    (b) about</w:t>
      </w:r>
      <w:r>
        <w:br/>
      </w:r>
      <w:r>
        <w:t xml:space="preserve">    (c) commonly mistaken 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watched the hot-air balloon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ascend</w:t>
      </w:r>
      <w:r>
        <w:rPr>
          <w:b/>
          <w:bCs/>
        </w:rPr>
        <w:t xml:space="preserve"> </w:t>
      </w:r>
      <w:r>
        <w:rPr>
          <w:b/>
          <w:bCs/>
        </w:rPr>
        <w:t xml:space="preserve">slowly into the clear morning sky.</w:t>
      </w:r>
      <w:r>
        <w:br/>
      </w:r>
      <w:r>
        <w:t xml:space="preserve">    (a) drift downward</w:t>
      </w:r>
      <w:r>
        <w:br/>
      </w:r>
      <w:r>
        <w:t xml:space="preserve">    (b) spin in place</w:t>
      </w:r>
      <w:r>
        <w:br/>
      </w:r>
      <w:r>
        <w:t xml:space="preserve">    (c) move upward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 careful. The chemical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.</w:t>
      </w:r>
      <w:r>
        <w:br/>
      </w:r>
      <w:r>
        <w:t xml:space="preserve">    (a) corrosive or damaging</w:t>
      </w:r>
      <w:r>
        <w:br/>
      </w:r>
      <w:r>
        <w:t xml:space="preserve">    (b) dangerously cold</w:t>
      </w:r>
      <w:r>
        <w:br/>
      </w:r>
      <w:r>
        <w:t xml:space="preserve">    (c) very sticky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always enjoy her remarks, though they can be a bit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.</w:t>
      </w:r>
      <w:r>
        <w:br/>
      </w:r>
      <w:r>
        <w:t xml:space="preserve">    (a) sarcastic or harsh</w:t>
      </w:r>
      <w:r>
        <w:br/>
      </w:r>
      <w:r>
        <w:t xml:space="preserve">    (b) hard to understand</w:t>
      </w:r>
      <w:r>
        <w:br/>
      </w:r>
      <w:r>
        <w:t xml:space="preserve">    (c) depressing or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competent</w:t>
      </w:r>
      <w:r>
        <w:rPr>
          <w:b/>
          <w:bCs/>
        </w:rPr>
        <w:t xml:space="preserve"> </w:t>
      </w:r>
      <w:r>
        <w:rPr>
          <w:b/>
          <w:bCs/>
        </w:rPr>
        <w:t xml:space="preserve">on both violin and piano.</w:t>
      </w:r>
      <w:r>
        <w:br/>
      </w:r>
      <w:r>
        <w:t xml:space="preserve">    (a) below average</w:t>
      </w:r>
      <w:r>
        <w:br/>
      </w:r>
      <w:r>
        <w:t xml:space="preserve">    (b) sufficiently capable</w:t>
      </w:r>
      <w:r>
        <w:br/>
      </w:r>
      <w:r>
        <w:t xml:space="preserve">    (c) outstanding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color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complements</w:t>
      </w:r>
      <w:r>
        <w:rPr>
          <w:b/>
          <w:bCs/>
        </w:rPr>
        <w:t xml:space="preserve"> </w:t>
      </w:r>
      <w:r>
        <w:rPr>
          <w:b/>
          <w:bCs/>
        </w:rPr>
        <w:t xml:space="preserve">her eyes.</w:t>
      </w:r>
      <w:r>
        <w:br/>
      </w:r>
      <w:r>
        <w:t xml:space="preserve">    (a) says nice things about</w:t>
      </w:r>
      <w:r>
        <w:br/>
      </w:r>
      <w:r>
        <w:t xml:space="preserve">    (b) matches in color</w:t>
      </w:r>
      <w:r>
        <w:br/>
      </w:r>
      <w:r>
        <w:t xml:space="preserve">    (c) combines well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jet was loaded with a full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complement</w:t>
      </w:r>
      <w:r>
        <w:rPr>
          <w:b/>
          <w:bCs/>
        </w:rPr>
        <w:t xml:space="preserve"> </w:t>
      </w:r>
      <w:r>
        <w:rPr>
          <w:b/>
          <w:bCs/>
        </w:rPr>
        <w:t xml:space="preserve">of weaponry.</w:t>
      </w:r>
      <w:r>
        <w:br/>
      </w:r>
      <w:r>
        <w:t xml:space="preserve">    (a) highly praised</w:t>
      </w:r>
      <w:r>
        <w:br/>
      </w:r>
      <w:r>
        <w:t xml:space="preserve">    (b) a quantity of something that is considered complete</w:t>
      </w:r>
      <w:r>
        <w:br/>
      </w:r>
      <w:r>
        <w:t xml:space="preserve">    (c) very heavy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information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crucial</w:t>
      </w:r>
      <w:r>
        <w:rPr>
          <w:b/>
          <w:bCs/>
        </w:rPr>
        <w:t xml:space="preserve"> </w:t>
      </w:r>
      <w:r>
        <w:rPr>
          <w:b/>
          <w:bCs/>
        </w:rPr>
        <w:t xml:space="preserve">to making a good decision.</w:t>
      </w:r>
      <w:r>
        <w:br/>
      </w:r>
      <w:r>
        <w:t xml:space="preserve">    (a) very important</w:t>
      </w:r>
      <w:r>
        <w:br/>
      </w:r>
      <w:r>
        <w:t xml:space="preserve">    (b) helpful</w:t>
      </w:r>
      <w:r>
        <w:br/>
      </w:r>
      <w:r>
        <w:t xml:space="preserve">    (c) more than is needed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time,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engaged</w:t>
      </w:r>
      <w:r>
        <w:rPr>
          <w:b/>
          <w:bCs/>
        </w:rPr>
        <w:t xml:space="preserve"> </w:t>
      </w:r>
      <w:r>
        <w:rPr>
          <w:b/>
          <w:bCs/>
        </w:rPr>
        <w:t xml:space="preserve">in a research project at Stanford.</w:t>
      </w:r>
      <w:r>
        <w:br/>
      </w:r>
      <w:r>
        <w:t xml:space="preserve">    (a) promised to marry</w:t>
      </w:r>
      <w:r>
        <w:br/>
      </w:r>
      <w:r>
        <w:t xml:space="preserve">    (b) involved</w:t>
      </w:r>
      <w:r>
        <w:br/>
      </w:r>
      <w:r>
        <w:t xml:space="preserve">    (c) a candidate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pulled the lever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engage</w:t>
      </w:r>
      <w:r>
        <w:rPr>
          <w:b/>
          <w:bCs/>
        </w:rPr>
        <w:t xml:space="preserve"> </w:t>
      </w:r>
      <w:r>
        <w:rPr>
          <w:b/>
          <w:bCs/>
        </w:rPr>
        <w:t xml:space="preserve">the gears.</w:t>
      </w:r>
      <w:r>
        <w:br/>
      </w:r>
      <w:r>
        <w:t xml:space="preserve">    (a) put to work</w:t>
      </w:r>
      <w:r>
        <w:br/>
      </w:r>
      <w:r>
        <w:t xml:space="preserve">    (b) release</w:t>
      </w:r>
      <w:r>
        <w:br/>
      </w:r>
      <w:r>
        <w:t xml:space="preserve">    (c) speed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lecture is on energy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environment</w:t>
      </w:r>
      <w:r>
        <w:rPr>
          <w:b/>
          <w:bCs/>
        </w:rPr>
        <w:t xml:space="preserve">.</w:t>
      </w:r>
      <w:r>
        <w:br/>
      </w:r>
      <w:r>
        <w:t xml:space="preserve">    (a) global warming</w:t>
      </w:r>
      <w:r>
        <w:br/>
      </w:r>
      <w:r>
        <w:t xml:space="preserve">    (b) natural world</w:t>
      </w:r>
      <w:r>
        <w:br/>
      </w:r>
      <w:r>
        <w:t xml:space="preserve">    (c) rising sea levels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create a supportive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environment</w:t>
      </w:r>
      <w:r>
        <w:rPr>
          <w:b/>
          <w:bCs/>
        </w:rPr>
        <w:t xml:space="preserve"> </w:t>
      </w:r>
      <w:r>
        <w:rPr>
          <w:b/>
          <w:bCs/>
        </w:rPr>
        <w:t xml:space="preserve">where it's safe to take chances.</w:t>
      </w:r>
      <w:r>
        <w:br/>
      </w:r>
      <w:r>
        <w:t xml:space="preserve">    (a) setting</w:t>
      </w:r>
      <w:r>
        <w:br/>
      </w:r>
      <w:r>
        <w:t xml:space="preserve">    (b) help desk</w:t>
      </w:r>
      <w:r>
        <w:br/>
      </w:r>
      <w:r>
        <w:t xml:space="preserve">    (c) insurance policy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create</w:t>
      </w:r>
      <w:r>
        <w:br/>
      </w:r>
      <w:r>
        <w:t xml:space="preserve">    (b) avoid</w:t>
      </w:r>
      <w:r>
        <w:br/>
      </w:r>
      <w:r>
        <w:t xml:space="preserve">    (c) increase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exaggerating</w:t>
      </w:r>
      <w:r>
        <w:br/>
      </w:r>
      <w:r>
        <w:t xml:space="preserve">    (b) showing</w:t>
      </w:r>
      <w:r>
        <w:br/>
      </w:r>
      <w:r>
        <w:t xml:space="preserve">    (c) minimizing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hours in the icy water, she showed signs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hypothermia</w:t>
      </w:r>
      <w:r>
        <w:rPr>
          <w:b/>
          <w:bCs/>
        </w:rPr>
        <w:t xml:space="preserve">.</w:t>
      </w:r>
      <w:r>
        <w:br/>
      </w:r>
      <w:r>
        <w:t xml:space="preserve">    (a) temporary blindness</w:t>
      </w:r>
      <w:r>
        <w:br/>
      </w:r>
      <w:r>
        <w:t xml:space="preserve">    (b) dangerously low body heat</w:t>
      </w:r>
      <w:r>
        <w:br/>
      </w:r>
      <w:r>
        <w:t xml:space="preserve">    (c) severe hunger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in addition to that</w:t>
      </w:r>
      <w:r>
        <w:br/>
      </w:r>
      <w:r>
        <w:t xml:space="preserve">    (b) in contrast to that</w:t>
      </w:r>
      <w:r>
        <w:br/>
      </w:r>
      <w:r>
        <w:t xml:space="preserve">    (c) as a result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English, most adjectives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</w:t>
      </w:r>
      <w:r>
        <w:rPr>
          <w:b/>
          <w:bCs/>
        </w:rPr>
        <w:t xml:space="preserve"> </w:t>
      </w:r>
      <w:r>
        <w:rPr>
          <w:b/>
          <w:bCs/>
        </w:rPr>
        <w:t xml:space="preserve">the noun they modify.</w:t>
      </w:r>
      <w:r>
        <w:br/>
      </w:r>
      <w:r>
        <w:t xml:space="preserve">    (a) describe</w:t>
      </w:r>
      <w:r>
        <w:br/>
      </w:r>
      <w:r>
        <w:t xml:space="preserve">    (b) go before</w:t>
      </w:r>
      <w:r>
        <w:br/>
      </w:r>
      <w:r>
        <w:t xml:space="preserve">    (c) follow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Spirometry (measuring breathing capacity) is the most common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pulmonary</w:t>
      </w:r>
      <w:r>
        <w:rPr>
          <w:b/>
          <w:bCs/>
        </w:rPr>
        <w:t xml:space="preserve"> </w:t>
      </w:r>
      <w:r>
        <w:rPr>
          <w:b/>
          <w:bCs/>
        </w:rPr>
        <w:t xml:space="preserve">function tests.</w:t>
      </w:r>
      <w:r>
        <w:br/>
      </w:r>
      <w:r>
        <w:t xml:space="preserve">    (a) relating to the bones</w:t>
      </w:r>
      <w:r>
        <w:br/>
      </w:r>
      <w:r>
        <w:t xml:space="preserve">    (b) relating to the skin</w:t>
      </w:r>
      <w:r>
        <w:br/>
      </w:r>
      <w:r>
        <w:t xml:space="preserve">    (c) relating to the lungs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results of the initial investigation were unclear, but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</w:t>
      </w:r>
      <w:r>
        <w:rPr>
          <w:b/>
          <w:bCs/>
        </w:rPr>
        <w:t xml:space="preserve"> </w:t>
      </w:r>
      <w:r>
        <w:rPr>
          <w:b/>
          <w:bCs/>
        </w:rPr>
        <w:t xml:space="preserve">investigation concluded that she used good judgment.</w:t>
      </w:r>
      <w:r>
        <w:br/>
      </w:r>
      <w:r>
        <w:t xml:space="preserve">    (a) following</w:t>
      </w:r>
      <w:r>
        <w:br/>
      </w:r>
      <w:r>
        <w:t xml:space="preserve">    (b) official</w:t>
      </w:r>
      <w:r>
        <w:br/>
      </w:r>
      <w:r>
        <w:t xml:space="preserve">    (c) thorough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threw herself into 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 a vengeance</w:t>
      </w:r>
      <w:r>
        <w:rPr>
          <w:b/>
          <w:bCs/>
        </w:rPr>
        <w:t xml:space="preserve">.</w:t>
      </w:r>
      <w:r>
        <w:br/>
      </w:r>
      <w:r>
        <w:t xml:space="preserve">    (a) with intensity</w:t>
      </w:r>
      <w:r>
        <w:br/>
      </w:r>
      <w:r>
        <w:t xml:space="preserve">    (b) with careful thought</w:t>
      </w:r>
      <w:r>
        <w:br/>
      </w:r>
      <w:r>
        <w:t xml:space="preserve">    (c) with reluctance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2026-07-31T15:33:01Z</dcterms:created>
  <dcterms:modified xsi:type="dcterms:W3CDTF">2026-07-31T15:33:01Z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