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094fc2bf2494edaa46f19bba4aa6635221ac5d2"/>
    <w:p>
      <w:pPr>
        <w:pStyle w:val="Heading1"/>
      </w:pPr>
      <w:r>
        <w:rPr>
          <w:b/>
          <w:bCs/>
        </w:rPr>
        <w:t xml:space="preserve">Into Thin Air</w:t>
      </w:r>
      <w:r>
        <w:br/>
      </w:r>
      <w:r>
        <w:rPr>
          <w:i/>
          <w:iCs/>
        </w:rPr>
        <w:t xml:space="preserve">Jon Krakauer</w:t>
      </w:r>
      <w:r>
        <w:br/>
      </w:r>
      <w:r>
        <w:rPr>
          <w:b/>
          <w:bCs/>
        </w:rPr>
        <w:t xml:space="preserve">Extra Credit 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Nelson Mandela fought against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apartheid</w:t>
      </w:r>
      <w:r>
        <w:rPr>
          <w:b/>
          <w:bCs/>
        </w:rPr>
        <w:t xml:space="preserve"> </w:t>
      </w:r>
      <w:r>
        <w:rPr>
          <w:b/>
          <w:bCs/>
        </w:rPr>
        <w:t xml:space="preserve">and became a symbol of justice and equality.</w:t>
      </w:r>
      <w:r>
        <w:br/>
      </w:r>
      <w:r>
        <w:br/>
      </w:r>
      <w:r>
        <w:br/>
      </w:r>
      <w:r>
        <w:t xml:space="preserve">    (a) a tradition that celebrates cultural differences</w:t>
      </w:r>
      <w:r>
        <w:br/>
      </w:r>
      <w:r>
        <w:t xml:space="preserve">    (b) a legal system that give equal rights to all citizens</w:t>
      </w:r>
      <w:r>
        <w:br/>
      </w:r>
      <w:r>
        <w:t xml:space="preserve">    (c) a system that unfairly treats people of a different race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Clear skies and a warm breeze made for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auspicious</w:t>
      </w:r>
      <w:r>
        <w:rPr>
          <w:b/>
          <w:bCs/>
        </w:rPr>
        <w:t xml:space="preserve"> </w:t>
      </w:r>
      <w:r>
        <w:rPr>
          <w:b/>
          <w:bCs/>
        </w:rPr>
        <w:t xml:space="preserve">start to the journey.</w:t>
      </w:r>
      <w:r>
        <w:br/>
      </w:r>
      <w:r>
        <w:t xml:space="preserve">    (a) favorable and promising</w:t>
      </w:r>
      <w:r>
        <w:br/>
      </w:r>
      <w:r>
        <w:t xml:space="preserve">    (b) ominous and dark</w:t>
      </w:r>
      <w:r>
        <w:br/>
      </w:r>
      <w:r>
        <w:t xml:space="preserve">    (c) dull and ordinary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has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compulsive</w:t>
      </w:r>
      <w:r>
        <w:rPr>
          <w:b/>
          <w:bCs/>
        </w:rPr>
        <w:t xml:space="preserve"> </w:t>
      </w:r>
      <w:r>
        <w:rPr>
          <w:b/>
          <w:bCs/>
        </w:rPr>
        <w:t xml:space="preserve">eating disorder.</w:t>
      </w:r>
      <w:r>
        <w:br/>
      </w:r>
      <w:r>
        <w:t xml:space="preserve">    (a) hidden</w:t>
      </w:r>
      <w:r>
        <w:br/>
      </w:r>
      <w:r>
        <w:t xml:space="preserve">    (b) unhealthy</w:t>
      </w:r>
      <w:r>
        <w:br/>
      </w:r>
      <w:r>
        <w:t xml:space="preserve">    (c) uncontrollable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algebra, letters often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denote</w:t>
      </w:r>
      <w:r>
        <w:rPr>
          <w:b/>
          <w:bCs/>
        </w:rPr>
        <w:t xml:space="preserve"> </w:t>
      </w:r>
      <w:r>
        <w:rPr>
          <w:b/>
          <w:bCs/>
        </w:rPr>
        <w:t xml:space="preserve">unknown numbers in equations.</w:t>
      </w:r>
      <w:r>
        <w:br/>
      </w:r>
      <w:r>
        <w:t xml:space="preserve">    (a) confuse</w:t>
      </w:r>
      <w:r>
        <w:br/>
      </w:r>
      <w:r>
        <w:t xml:space="preserve">    (b) represent</w:t>
      </w:r>
      <w:r>
        <w:br/>
      </w:r>
      <w:r>
        <w:t xml:space="preserve">    (c) scatter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victors write the history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disparage</w:t>
      </w:r>
      <w:r>
        <w:rPr>
          <w:b/>
          <w:bCs/>
        </w:rPr>
        <w:t xml:space="preserve"> </w:t>
      </w:r>
      <w:r>
        <w:rPr>
          <w:b/>
          <w:bCs/>
        </w:rPr>
        <w:t xml:space="preserve">their enemies.</w:t>
      </w:r>
      <w:r>
        <w:br/>
      </w:r>
      <w:r>
        <w:t xml:space="preserve">    (a) defeat</w:t>
      </w:r>
      <w:r>
        <w:br/>
      </w:r>
      <w:r>
        <w:t xml:space="preserve">    (b) criticize</w:t>
      </w:r>
      <w:r>
        <w:br/>
      </w:r>
      <w:r>
        <w:t xml:space="preserve">    (c) erase from history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contributions were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egregious</w:t>
      </w:r>
      <w:r>
        <w:rPr>
          <w:b/>
          <w:bCs/>
        </w:rPr>
        <w:t xml:space="preserve"> </w:t>
      </w:r>
      <w:r>
        <w:rPr>
          <w:b/>
          <w:bCs/>
        </w:rPr>
        <w:t xml:space="preserve">violation of campaign finance rules.</w:t>
      </w:r>
      <w:r>
        <w:br/>
      </w:r>
      <w:r>
        <w:t xml:space="preserve">    (a) completely accidental</w:t>
      </w:r>
      <w:r>
        <w:br/>
      </w:r>
      <w:r>
        <w:t xml:space="preserve">    (b) minor and forgivable</w:t>
      </w:r>
      <w:r>
        <w:br/>
      </w:r>
      <w:r>
        <w:t xml:space="preserve">    (c) outstandingly bad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scientist realized that she had made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erroneous</w:t>
      </w:r>
      <w:r>
        <w:rPr>
          <w:b/>
          <w:bCs/>
        </w:rPr>
        <w:t xml:space="preserve"> </w:t>
      </w:r>
      <w:r>
        <w:rPr>
          <w:b/>
          <w:bCs/>
        </w:rPr>
        <w:t xml:space="preserve">conclusion after re-examining the data.</w:t>
      </w:r>
      <w:r>
        <w:br/>
      </w:r>
      <w:r>
        <w:t xml:space="preserve">    (a) uncertain</w:t>
      </w:r>
      <w:r>
        <w:br/>
      </w:r>
      <w:r>
        <w:t xml:space="preserve">    (b) wrong</w:t>
      </w:r>
      <w:r>
        <w:br/>
      </w:r>
      <w:r>
        <w:t xml:space="preserve">    (c) incomplete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universe is governed by fixed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immutable</w:t>
      </w:r>
      <w:r>
        <w:rPr>
          <w:b/>
          <w:bCs/>
        </w:rPr>
        <w:t xml:space="preserve"> </w:t>
      </w:r>
      <w:r>
        <w:rPr>
          <w:b/>
          <w:bCs/>
        </w:rPr>
        <w:t xml:space="preserve">laws.</w:t>
      </w:r>
      <w:r>
        <w:br/>
      </w:r>
      <w:r>
        <w:t xml:space="preserve">    (a) unchangeable</w:t>
      </w:r>
      <w:r>
        <w:br/>
      </w:r>
      <w:r>
        <w:t xml:space="preserve">    (b) understandable</w:t>
      </w:r>
      <w:r>
        <w:br/>
      </w:r>
      <w:r>
        <w:t xml:space="preserve">    (c) uncaring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does not think the current leadership will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instigate</w:t>
      </w:r>
      <w:r>
        <w:rPr>
          <w:b/>
          <w:bCs/>
        </w:rPr>
        <w:t xml:space="preserve"> </w:t>
      </w:r>
      <w:r>
        <w:rPr>
          <w:b/>
          <w:bCs/>
        </w:rPr>
        <w:t xml:space="preserve">significant social reform.</w:t>
      </w:r>
      <w:r>
        <w:br/>
      </w:r>
      <w:r>
        <w:t xml:space="preserve">    (a) take actions that create</w:t>
      </w:r>
      <w:r>
        <w:br/>
      </w:r>
      <w:r>
        <w:t xml:space="preserve">    (b) to interpret something as having a specific meaning</w:t>
      </w:r>
      <w:r>
        <w:br/>
      </w:r>
      <w:r>
        <w:t xml:space="preserve">    (c) to annoy or make angry -- often over a long period of time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invocation</w:t>
      </w:r>
      <w:r>
        <w:rPr>
          <w:b/>
          <w:bCs/>
        </w:rPr>
        <w:t xml:space="preserve"> </w:t>
      </w:r>
      <w:r>
        <w:rPr>
          <w:b/>
          <w:bCs/>
        </w:rPr>
        <w:t xml:space="preserve">when opening a school board meeting must not advance any particular faith or belief.</w:t>
      </w:r>
      <w:r>
        <w:br/>
      </w:r>
      <w:r>
        <w:t xml:space="preserve">    (a) prayer</w:t>
      </w:r>
      <w:r>
        <w:br/>
      </w:r>
      <w:r>
        <w:t xml:space="preserve">    (b) joke</w:t>
      </w:r>
      <w:r>
        <w:br/>
      </w:r>
      <w:r>
        <w:t xml:space="preserve">    (c) song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grandmother spoke with a soft Irish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lilt</w:t>
      </w:r>
      <w:r>
        <w:rPr>
          <w:b/>
          <w:bCs/>
        </w:rPr>
        <w:t xml:space="preserve"> </w:t>
      </w:r>
      <w:r>
        <w:rPr>
          <w:b/>
          <w:bCs/>
        </w:rPr>
        <w:t xml:space="preserve">that charmed everyone.</w:t>
      </w:r>
      <w:r>
        <w:br/>
      </w:r>
      <w:r>
        <w:t xml:space="preserve">    (a) a loud bark</w:t>
      </w:r>
      <w:r>
        <w:br/>
      </w:r>
      <w:r>
        <w:t xml:space="preserve">    (b) a harsh tone</w:t>
      </w:r>
      <w:r>
        <w:br/>
      </w:r>
      <w:r>
        <w:t xml:space="preserve">    (c) a melodic rhythm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sudden appearance of dark clouds served as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portent</w:t>
      </w:r>
      <w:r>
        <w:rPr>
          <w:b/>
          <w:bCs/>
        </w:rPr>
        <w:t xml:space="preserve"> </w:t>
      </w:r>
      <w:r>
        <w:rPr>
          <w:b/>
          <w:bCs/>
        </w:rPr>
        <w:t xml:space="preserve">of the impending storm.</w:t>
      </w:r>
      <w:r>
        <w:br/>
      </w:r>
      <w:r>
        <w:t xml:space="preserve">    (a) sign</w:t>
      </w:r>
      <w:r>
        <w:br/>
      </w:r>
      <w:r>
        <w:t xml:space="preserve">    (b) beginning</w:t>
      </w:r>
      <w:r>
        <w:br/>
      </w:r>
      <w:r>
        <w:t xml:space="preserve">    (c) darkness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purport</w:t>
      </w:r>
      <w:r>
        <w:rPr>
          <w:b/>
          <w:bCs/>
        </w:rPr>
        <w:t xml:space="preserve"> </w:t>
      </w:r>
      <w:r>
        <w:rPr>
          <w:b/>
          <w:bCs/>
        </w:rPr>
        <w:t xml:space="preserve">that the poll is unbiased and shows that Americans who are acquainted with the facts support the legislation.</w:t>
      </w:r>
      <w:r>
        <w:br/>
      </w:r>
      <w:r>
        <w:t xml:space="preserve">    (a) deny</w:t>
      </w:r>
      <w:r>
        <w:br/>
      </w:r>
      <w:r>
        <w:t xml:space="preserve">    (b) claim</w:t>
      </w:r>
      <w:r>
        <w:br/>
      </w:r>
      <w:r>
        <w:t xml:space="preserve">    (c) advertise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His behavior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reprehensible</w:t>
      </w:r>
      <w:r>
        <w:rPr>
          <w:b/>
          <w:bCs/>
        </w:rPr>
        <w:t xml:space="preserve">, so she decided not to see him again.</w:t>
      </w:r>
      <w:r>
        <w:br/>
      </w:r>
      <w:r>
        <w:t xml:space="preserve">    (a) unusual</w:t>
      </w:r>
      <w:r>
        <w:br/>
      </w:r>
      <w:r>
        <w:t xml:space="preserve">    (b) bad</w:t>
      </w:r>
      <w:r>
        <w:br/>
      </w:r>
      <w:r>
        <w:t xml:space="preserve">    (c) selfish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That sharpener shouldn't be used on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serrated</w:t>
      </w:r>
      <w:r>
        <w:rPr>
          <w:b/>
          <w:bCs/>
        </w:rPr>
        <w:t xml:space="preserve"> </w:t>
      </w:r>
      <w:r>
        <w:rPr>
          <w:b/>
          <w:bCs/>
        </w:rPr>
        <w:t xml:space="preserve">blade.</w:t>
      </w:r>
      <w:r>
        <w:br/>
      </w:r>
      <w:r>
        <w:t xml:space="preserve">    (a) saw-toothed</w:t>
      </w:r>
      <w:r>
        <w:br/>
      </w:r>
      <w:r>
        <w:t xml:space="preserve">    (b) rust-covered</w:t>
      </w:r>
      <w:r>
        <w:br/>
      </w:r>
      <w:r>
        <w:t xml:space="preserve">    (c) razor-thin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Fed is concerned that further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stimulus</w:t>
      </w:r>
      <w:r>
        <w:rPr>
          <w:b/>
          <w:bCs/>
        </w:rPr>
        <w:t xml:space="preserve"> </w:t>
      </w:r>
      <w:r>
        <w:rPr>
          <w:b/>
          <w:bCs/>
        </w:rPr>
        <w:t xml:space="preserve">will lead to inflation.</w:t>
      </w:r>
      <w:r>
        <w:br/>
      </w:r>
      <w:r>
        <w:t xml:space="preserve">    (a) interest rates increases</w:t>
      </w:r>
      <w:r>
        <w:br/>
      </w:r>
      <w:r>
        <w:t xml:space="preserve">    (b) encouragement of growth</w:t>
      </w:r>
      <w:r>
        <w:br/>
      </w:r>
      <w:r>
        <w:t xml:space="preserve">    (c) unemployment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is investigating the rock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strata</w:t>
      </w:r>
      <w:r>
        <w:rPr>
          <w:b/>
          <w:bCs/>
        </w:rPr>
        <w:t xml:space="preserve"> </w:t>
      </w:r>
      <w:r>
        <w:rPr>
          <w:b/>
          <w:bCs/>
        </w:rPr>
        <w:t xml:space="preserve">to better understand the Antarctic ice sheet.</w:t>
      </w:r>
      <w:r>
        <w:br/>
      </w:r>
      <w:r>
        <w:t xml:space="preserve">    (a) hardness</w:t>
      </w:r>
      <w:r>
        <w:br/>
      </w:r>
      <w:r>
        <w:t xml:space="preserve">    (b) erosion</w:t>
      </w:r>
      <w:r>
        <w:br/>
      </w:r>
      <w:r>
        <w:t xml:space="preserve">    (c) layers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Everyone liked the idea. The arguments I prepared to support it were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superfluous</w:t>
      </w:r>
      <w:r>
        <w:rPr>
          <w:b/>
          <w:bCs/>
        </w:rPr>
        <w:t xml:space="preserve">.</w:t>
      </w:r>
      <w:r>
        <w:br/>
      </w:r>
      <w:r>
        <w:t xml:space="preserve">    (a) unnecessary</w:t>
      </w:r>
      <w:r>
        <w:br/>
      </w:r>
      <w:r>
        <w:t xml:space="preserve">    (b) appreciated</w:t>
      </w:r>
      <w:r>
        <w:br/>
      </w:r>
      <w:r>
        <w:t xml:space="preserve">    (c) important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information contained in the second report is either corrective of or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supplementary</w:t>
      </w:r>
      <w:r>
        <w:rPr>
          <w:b/>
          <w:bCs/>
        </w:rPr>
        <w:t xml:space="preserve"> </w:t>
      </w:r>
      <w:r>
        <w:rPr>
          <w:b/>
          <w:bCs/>
        </w:rPr>
        <w:t xml:space="preserve">to the previous report.</w:t>
      </w:r>
      <w:r>
        <w:br/>
      </w:r>
      <w:r>
        <w:t xml:space="preserve">    (a) in addition</w:t>
      </w:r>
      <w:r>
        <w:br/>
      </w:r>
      <w:r>
        <w:t xml:space="preserve">    (b) is a replacement</w:t>
      </w:r>
      <w:r>
        <w:br/>
      </w:r>
      <w:r>
        <w:t xml:space="preserve">    (c) is a shorter version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Many people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venerate</w:t>
      </w:r>
      <w:r>
        <w:rPr>
          <w:b/>
          <w:bCs/>
        </w:rPr>
        <w:t xml:space="preserve"> </w:t>
      </w:r>
      <w:r>
        <w:rPr>
          <w:b/>
          <w:bCs/>
        </w:rPr>
        <w:t xml:space="preserve">leaders who devoted their lives to justice.</w:t>
      </w:r>
      <w:r>
        <w:br/>
      </w:r>
      <w:r>
        <w:t xml:space="preserve">    (a) deeply respect</w:t>
      </w:r>
      <w:r>
        <w:br/>
      </w:r>
      <w:r>
        <w:t xml:space="preserve">    (b) quietly question</w:t>
      </w:r>
      <w:r>
        <w:br/>
      </w:r>
      <w:r>
        <w:t xml:space="preserve">    (c) openly avoid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2026-07-31T15:33:02Z</dcterms:created>
  <dcterms:modified xsi:type="dcterms:W3CDTF">2026-07-31T15:33:02Z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