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a3a83b11743e88e85f5515c5a3381a559221dc"/>
    <w:p>
      <w:pPr>
        <w:pStyle w:val="Heading1"/>
      </w:pPr>
      <w:r>
        <w:rPr>
          <w:b/>
          <w:bCs/>
        </w:rPr>
        <w:t xml:space="preserve">Into Thin Air</w:t>
      </w:r>
      <w:r>
        <w:br/>
      </w:r>
      <w:r>
        <w:rPr>
          <w:i/>
          <w:iCs/>
        </w:rPr>
        <w:t xml:space="preserve">Jon Krakauer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I agree that readers are often poorly served when an author writes as an act of catharsis, as I have done here.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in addition to what has just been said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decade later, however,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subsequent</w:t>
      </w:r>
      <w:r>
        <w:rPr>
          <w:b/>
          <w:bCs/>
        </w:rPr>
        <w:t xml:space="preserve"> </w:t>
      </w:r>
      <w:r>
        <w:rPr>
          <w:b/>
          <w:bCs/>
        </w:rPr>
        <w:t xml:space="preserve">ascent of the mountain helped establish the trajectory of my life.</w:t>
      </w:r>
      <w:r>
        <w:br/>
      </w:r>
      <w:r>
        <w:t xml:space="preserve">    (a) able to take on or adopt</w:t>
      </w:r>
      <w:r>
        <w:br/>
      </w:r>
      <w:r>
        <w:t xml:space="preserve">    (b) the state of being awake</w:t>
      </w:r>
      <w:r>
        <w:br/>
      </w:r>
      <w:r>
        <w:t xml:space="preserve">    (c) following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best hope for getting off the mountain alive, they concluded, was to go over the top and down the well-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Southeast Ridge route, an extremely audacious plan, given the late hour, the unknown terrain, and their rapidly diminishing supply of bottled oxygen.</w:t>
      </w:r>
      <w:r>
        <w:br/>
      </w:r>
      <w:r>
        <w:t xml:space="preserve">    (a) known</w:t>
      </w:r>
      <w:r>
        <w:br/>
      </w:r>
      <w:r>
        <w:t xml:space="preserve">    (b) examined an issue, got opinions by asking specific questions; and/or asked people for political support individually</w:t>
      </w:r>
      <w:r>
        <w:br/>
      </w:r>
      <w:r>
        <w:t xml:space="preserve">    (c) accepted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in 1973 after four members of a single Japanese trekking group succumbed to the altitude and died in the vicinity.</w:t>
      </w:r>
      <w:r>
        <w:br/>
      </w:r>
      <w:r>
        <w:t xml:space="preserve">    (a) not having a relationship whereby a change in one thing helps predict a change in another</w:t>
      </w:r>
      <w:r>
        <w:br/>
      </w:r>
      <w:r>
        <w:t xml:space="preserve">    (b) created</w:t>
      </w:r>
      <w:r>
        <w:br/>
      </w:r>
      <w:r>
        <w:t xml:space="preserve">    (c) persuaded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dreamed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ascending</w:t>
      </w:r>
      <w:r>
        <w:rPr>
          <w:b/>
          <w:bCs/>
        </w:rPr>
        <w:t xml:space="preserve"> </w:t>
      </w:r>
      <w:r>
        <w:rPr>
          <w:b/>
          <w:bCs/>
        </w:rPr>
        <w:t xml:space="preserve">Everest myself one day;</w:t>
      </w:r>
      <w:r>
        <w:br/>
      </w:r>
      <w:r>
        <w:t xml:space="preserve">    (a) climbing up</w:t>
      </w:r>
      <w:r>
        <w:br/>
      </w:r>
      <w:r>
        <w:t xml:space="preserve">    (b) influencing or effecting</w:t>
      </w:r>
      <w:r>
        <w:br/>
      </w:r>
      <w:r>
        <w:t xml:space="preserve">    (c) beginning to fight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 of Nepal recognized that the throngs flocking to Everest created serious problems in terms of safety, aesthetics, and impact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environment</w:t>
      </w:r>
      <w:r>
        <w:rPr>
          <w:b/>
          <w:bCs/>
        </w:rPr>
        <w:t xml:space="preserve">.</w:t>
      </w:r>
      <w:r>
        <w:br/>
      </w:r>
      <w:r>
        <w:t xml:space="preserve">    (a) lacking excellence</w:t>
      </w:r>
      <w:r>
        <w:br/>
      </w:r>
      <w:r>
        <w:t xml:space="preserve">    (b) the natural world</w:t>
      </w:r>
      <w:r>
        <w:br/>
      </w:r>
      <w:r>
        <w:t xml:space="preserve">    (c) happiness and 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don't want to carry the telephone," Lopsang later admitted, in part because it worked only marginally at Camp Three and it seemed even less likely to work in the colder, harsher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environment</w:t>
      </w:r>
      <w:r>
        <w:rPr>
          <w:b/>
          <w:bCs/>
        </w:rPr>
        <w:t xml:space="preserve"> </w:t>
      </w:r>
      <w:r>
        <w:rPr>
          <w:b/>
          <w:bCs/>
        </w:rPr>
        <w:t xml:space="preserve">of Camp Four.</w:t>
      </w:r>
      <w:r>
        <w:br/>
      </w:r>
      <w:r>
        <w:t xml:space="preserve">    (a) surrounding conditions</w:t>
      </w:r>
      <w:r>
        <w:br/>
      </w:r>
      <w:r>
        <w:t xml:space="preserve">    (b) not easily set on fire</w:t>
      </w:r>
      <w:r>
        <w:br/>
      </w:r>
      <w:r>
        <w:t xml:space="preserve">    (c) way of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Inept or disreputable companies have on more than one occasion failed to deliver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logistical support-oxygen, for instance-as promised.</w:t>
      </w:r>
      <w:r>
        <w:br/>
      </w:r>
      <w:r>
        <w:t xml:space="preserve">    (a) natural</w:t>
      </w:r>
      <w:r>
        <w:br/>
      </w:r>
      <w:r>
        <w:t xml:space="preserve">    (b) more than is needed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Everest had killed more than 130 people since the British first visited the mountain in 1921--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one death for every four climbers who'd reached the summit--and that many of those who died had been far stronger and possessed vastly more high-altitude experience than I.</w:t>
      </w:r>
      <w:r>
        <w:br/>
      </w:r>
      <w:r>
        <w:t xml:space="preserve">    (a) relating to the outside</w:t>
      </w:r>
      <w:r>
        <w:br/>
      </w:r>
      <w:r>
        <w:t xml:space="preserve">    (b) about (but not exactly)</w:t>
      </w:r>
      <w:r>
        <w:br/>
      </w:r>
      <w:r>
        <w:t xml:space="preserve">    (c) cheerfully and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Gregarious by nature, Hall proved to be a skillful raconteur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 </w:t>
      </w:r>
      <w:r>
        <w:rPr>
          <w:b/>
          <w:bCs/>
        </w:rPr>
        <w:t xml:space="preserve">Kiwi wit.</w:t>
      </w:r>
      <w:r>
        <w:br/>
      </w:r>
      <w:r>
        <w:t xml:space="preserve">    (a) in the way mentioned or shown</w:t>
      </w:r>
      <w:r>
        <w:br/>
      </w:r>
      <w:r>
        <w:t xml:space="preserve">    (b) sarcastic</w:t>
      </w:r>
      <w:r>
        <w:br/>
      </w:r>
      <w:r>
        <w:t xml:space="preserve">    (c) not mirroring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morning, gasping lungfuls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, snow-filled air, he had apparently frozen his larynx.</w:t>
      </w:r>
      <w:r>
        <w:br/>
      </w:r>
      <w:r>
        <w:t xml:space="preserve">    (a) untied or released</w:t>
      </w:r>
      <w:r>
        <w:br/>
      </w:r>
      <w:r>
        <w:t xml:space="preserve">    (b) harsh or damaging</w:t>
      </w:r>
      <w:r>
        <w:br/>
      </w:r>
      <w:r>
        <w:t xml:space="preserve">    (c)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Lou, hampered by a leg muscle he'd injured on the first morning of the trek to Base Camp, was slow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.</w:t>
      </w:r>
      <w:r>
        <w:br/>
      </w:r>
      <w:r>
        <w:t xml:space="preserve">    (a) sufficiently capable</w:t>
      </w:r>
      <w:r>
        <w:br/>
      </w:r>
      <w:r>
        <w:t xml:space="preserve">    (b) sincerity (realness)</w:t>
      </w:r>
      <w:r>
        <w:br/>
      </w:r>
      <w:r>
        <w:t xml:space="preserve">    (c)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reputations of the Taiwanese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preceded</w:t>
      </w:r>
      <w:r>
        <w:rPr>
          <w:b/>
          <w:bCs/>
        </w:rPr>
        <w:t xml:space="preserve"> </w:t>
      </w:r>
      <w:r>
        <w:rPr>
          <w:b/>
          <w:bCs/>
        </w:rPr>
        <w:t xml:space="preserve">them to Everest.</w:t>
      </w:r>
      <w:r>
        <w:br/>
      </w:r>
      <w:r>
        <w:t xml:space="preserve">    (a) wrongly understood</w:t>
      </w:r>
      <w:r>
        <w:br/>
      </w:r>
      <w:r>
        <w:t xml:space="preserve">    (b) went or was before</w:t>
      </w:r>
      <w:r>
        <w:br/>
      </w:r>
      <w:r>
        <w:t xml:space="preserve">    (c) influenced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one of the worst cases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pulmonary</w:t>
      </w:r>
      <w:r>
        <w:rPr>
          <w:b/>
          <w:bCs/>
        </w:rPr>
        <w:t xml:space="preserve"> </w:t>
      </w:r>
      <w:r>
        <w:rPr>
          <w:b/>
          <w:bCs/>
        </w:rPr>
        <w:t xml:space="preserve">edema I've ever seen.</w:t>
      </w:r>
      <w:r>
        <w:br/>
      </w:r>
      <w:r>
        <w:t xml:space="preserve">    (a) relating to or affecting the lungs</w:t>
      </w:r>
      <w:r>
        <w:br/>
      </w:r>
      <w:r>
        <w:t xml:space="preserve">    (b) degree to which things are related</w:t>
      </w:r>
      <w:r>
        <w:br/>
      </w:r>
      <w:r>
        <w:t xml:space="preserve">    (c) able to be understood or explained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Fond of costumes, Sandy appeared wearing a high-altitude climbing suit over her evening dress,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complemented</w:t>
      </w:r>
      <w:r>
        <w:rPr>
          <w:b/>
          <w:bCs/>
        </w:rPr>
        <w:t xml:space="preserve"> </w:t>
      </w:r>
      <w:r>
        <w:rPr>
          <w:b/>
          <w:bCs/>
        </w:rPr>
        <w:t xml:space="preserve">by mountaineering boots, crampons, ice ax, and a bandolier of carabiners.</w:t>
      </w:r>
      <w:r>
        <w:br/>
      </w:r>
      <w:r>
        <w:t xml:space="preserve">    (a) made better</w:t>
      </w:r>
      <w:r>
        <w:br/>
      </w:r>
      <w:r>
        <w:t xml:space="preserve">    (b) did in a particular way</w:t>
      </w:r>
      <w:r>
        <w:br/>
      </w:r>
      <w:r>
        <w:t xml:space="preserve">    (c) created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fifteen of us in Hall's group: three guides, a full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complement</w:t>
      </w:r>
      <w:r>
        <w:rPr>
          <w:b/>
          <w:bCs/>
        </w:rPr>
        <w:t xml:space="preserve"> </w:t>
      </w:r>
      <w:r>
        <w:rPr>
          <w:b/>
          <w:bCs/>
        </w:rPr>
        <w:t xml:space="preserve">of eight clients, and Sherpas Ang Dorje, Lhakpa Chhiri, Ngawang Norbu, and Kami.</w:t>
      </w:r>
      <w:r>
        <w:br/>
      </w:r>
      <w:r>
        <w:t xml:space="preserve">    (a) the state or characteristic of being less than zero</w:t>
      </w:r>
      <w:r>
        <w:br/>
      </w:r>
      <w:r>
        <w:t xml:space="preserve">    (b) power plants that produce energy by splitting atoms</w:t>
      </w:r>
      <w:r>
        <w:br/>
      </w:r>
      <w:r>
        <w:t xml:space="preserve">    (c) a quantity of something that is considered complete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of us were simply wrapped too tightly in the grip of summit fever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</w:t>
      </w:r>
      <w:r>
        <w:rPr>
          <w:b/>
          <w:bCs/>
        </w:rPr>
        <w:t xml:space="preserve"> </w:t>
      </w:r>
      <w:r>
        <w:rPr>
          <w:b/>
          <w:bCs/>
        </w:rPr>
        <w:t xml:space="preserve">in thoughtful reflection about the death of someone in our midst.</w:t>
      </w:r>
      <w:r>
        <w:br/>
      </w:r>
      <w:r>
        <w:t xml:space="preserve">    (a) show, determine, or understand</w:t>
      </w:r>
      <w:r>
        <w:br/>
      </w:r>
      <w:r>
        <w:t xml:space="preserve">    (b) participate (take part)</w:t>
      </w:r>
      <w:r>
        <w:br/>
      </w:r>
      <w:r>
        <w:t xml:space="preserve">    (c)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Andy's encounter with the falling rock was very much on my mind every time I unclipped from the line to move around somebody even a small projectile would be enough to send me to the bottom of the face if it struck while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disengaged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rope.</w:t>
      </w:r>
      <w:r>
        <w:br/>
      </w:r>
      <w:r>
        <w:t xml:space="preserve">    (a) not connected</w:t>
      </w:r>
      <w:r>
        <w:br/>
      </w:r>
      <w:r>
        <w:t xml:space="preserve">    (b) with an unadjusted lens so the image isn't clear</w:t>
      </w:r>
      <w:r>
        <w:br/>
      </w:r>
      <w:r>
        <w:t xml:space="preserve">    (c) gave an opinion of what was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hypothermic</w:t>
      </w:r>
      <w:r>
        <w:rPr>
          <w:b/>
          <w:bCs/>
        </w:rPr>
        <w:t xml:space="preserve"> </w:t>
      </w:r>
      <w:r>
        <w:rPr>
          <w:b/>
          <w:bCs/>
        </w:rPr>
        <w:t xml:space="preserve">he could barely talk.</w:t>
      </w:r>
      <w:r>
        <w:br/>
      </w:r>
      <w:r>
        <w:t xml:space="preserve">    (a) relating to body temperature that is dangerously low</w:t>
      </w:r>
      <w:r>
        <w:br/>
      </w:r>
      <w:r>
        <w:t xml:space="preserve">    (b) the state or degree of being optimistic or agreeable</w:t>
      </w:r>
      <w:r>
        <w:br/>
      </w:r>
      <w:r>
        <w:t xml:space="preserve">    (c) the quality of being able to get closer to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Four of my teammates died not so much because Rob Hall's systems were faulty-indeed, nobody's were better-but because on Everest it is the nature of systems to break down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because of human error</w:t>
      </w:r>
      <w:r>
        <w:br/>
      </w:r>
      <w:r>
        <w:t xml:space="preserve">    (b) with intensity</w:t>
      </w:r>
      <w:r>
        <w:br/>
      </w:r>
      <w:r>
        <w:t xml:space="preserve">    (c) due to complexity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2026-07-31T15:33:02Z</dcterms:created>
  <dcterms:modified xsi:type="dcterms:W3CDTF">2026-07-31T15:33:02Z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