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5ff6ce2ee2c48a5860b1efc68ee2b0ddd5e434"/>
    <w:p>
      <w:pPr>
        <w:pStyle w:val="Heading1"/>
      </w:pPr>
      <w:r>
        <w:rPr>
          <w:b/>
          <w:bCs/>
        </w:rPr>
        <w:t xml:space="preserve">Interview with the Vampire</w:t>
      </w:r>
      <w:r>
        <w:br/>
      </w:r>
      <w:r>
        <w:rPr>
          <w:i/>
          <w:iCs/>
        </w:rPr>
        <w:t xml:space="preserve">Anne Rice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then the vampire smiled almost wistfully, and the smooth white substance of his face moved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infinitely</w:t>
      </w:r>
      <w:r>
        <w:rPr>
          <w:b/>
          <w:bCs/>
        </w:rPr>
        <w:t xml:space="preserve"> </w:t>
      </w:r>
      <w:r>
        <w:rPr>
          <w:b/>
          <w:bCs/>
        </w:rPr>
        <w:t xml:space="preserve">flexible but minimal lines of a cartoon.</w:t>
      </w:r>
      <w:r>
        <w:br/>
      </w:r>
      <w:r>
        <w:t xml:space="preserve">    (a) inadequately (in a manner that does not provide enough)</w:t>
      </w:r>
      <w:r>
        <w:br/>
      </w:r>
      <w:r>
        <w:t xml:space="preserve">    (b) unlimited; without boundaries; or too numerous to count</w:t>
      </w:r>
      <w:r>
        <w:br/>
      </w:r>
      <w:r>
        <w:t xml:space="preserve">    (c) in a manner that is open to arguments, ideas,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Lestat said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blasphemous</w:t>
      </w:r>
      <w:r>
        <w:rPr>
          <w:b/>
          <w:bCs/>
        </w:rPr>
        <w:t xml:space="preserve"> </w:t>
      </w:r>
      <w:r>
        <w:rPr>
          <w:b/>
          <w:bCs/>
        </w:rPr>
        <w:t xml:space="preserve">and gave him the rosary......</w:t>
      </w:r>
      <w:r>
        <w:br/>
      </w:r>
      <w:r>
        <w:t xml:space="preserve">    (a) the state or degree of agreeing or approving</w:t>
      </w:r>
      <w:r>
        <w:br/>
      </w:r>
      <w:r>
        <w:t xml:space="preserve">    (b) disrespectful of something considered sacred</w:t>
      </w:r>
      <w:r>
        <w:br/>
      </w:r>
      <w:r>
        <w:t xml:space="preserve">    (c) exceedingly important, serious, or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in a frenzy for a moment, not myself, insisting to him that the man's heart still beat, and I was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agony</w:t>
      </w:r>
      <w:r>
        <w:rPr>
          <w:b/>
          <w:bCs/>
        </w:rPr>
        <w:t xml:space="preserve"> </w:t>
      </w:r>
      <w:r>
        <w:rPr>
          <w:b/>
          <w:bCs/>
        </w:rPr>
        <w:t xml:space="preserve">to clamp onto him again.</w:t>
      </w:r>
      <w:r>
        <w:br/>
      </w:r>
      <w:r>
        <w:t xml:space="preserve">    (a) circular movement</w:t>
      </w:r>
      <w:r>
        <w:br/>
      </w:r>
      <w:r>
        <w:t xml:space="preserve">    (b) size or dimension</w:t>
      </w:r>
      <w:r>
        <w:br/>
      </w:r>
      <w:r>
        <w:t xml:space="preserve">    (c) intense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Lestat hunted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mortals</w:t>
      </w:r>
      <w:r>
        <w:rPr>
          <w:b/>
          <w:bCs/>
        </w:rPr>
        <w:t xml:space="preserve"> </w:t>
      </w:r>
      <w:r>
        <w:rPr>
          <w:b/>
          <w:bCs/>
        </w:rPr>
        <w:t xml:space="preserve">every night,</w:t>
      </w:r>
      <w:r>
        <w:br/>
      </w:r>
      <w:r>
        <w:t xml:space="preserve">    (a) things or characteristics that express agreement or approval</w:t>
      </w:r>
      <w:r>
        <w:br/>
      </w:r>
      <w:r>
        <w:t xml:space="preserve">    (b) humans</w:t>
      </w:r>
      <w:r>
        <w:br/>
      </w:r>
      <w:r>
        <w:t xml:space="preserve">    (c) acts of being in a working position; or the acts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'I'd like to meet the devil some night,' he said once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malignant</w:t>
      </w:r>
      <w:r>
        <w:rPr>
          <w:b/>
          <w:bCs/>
        </w:rPr>
        <w:t xml:space="preserve"> </w:t>
      </w:r>
      <w:r>
        <w:rPr>
          <w:b/>
          <w:bCs/>
        </w:rPr>
        <w:t xml:space="preserve">smile.</w:t>
      </w:r>
      <w:r>
        <w:br/>
      </w:r>
      <w:r>
        <w:t xml:space="preserve">    (a) harmful or evil</w:t>
      </w:r>
      <w:r>
        <w:br/>
      </w:r>
      <w:r>
        <w:br/>
      </w:r>
      <w:r>
        <w:t xml:space="preserve">in medicine: harmful growth as with a cancerous tumor</w:t>
      </w:r>
      <w:r>
        <w:br/>
      </w:r>
      <w:r>
        <w:t xml:space="preserve">    (b) strict, firm, or hard (not giving in, not giving way, or not giving up)</w:t>
      </w:r>
      <w:r>
        <w:br/>
      </w:r>
      <w:r>
        <w:t xml:space="preserve">    (c) relating to classical music plays in which most of the dialogue is sung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detachment that made this possible,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loneliness with which Lestat and I moved through the world of mortal men.</w:t>
      </w:r>
      <w:r>
        <w:br/>
      </w:r>
      <w:r>
        <w:t xml:space="preserve">    (a) help make clear</w:t>
      </w:r>
      <w:r>
        <w:br/>
      </w:r>
      <w:r>
        <w:t xml:space="preserve">    (b) work or operate</w:t>
      </w:r>
      <w:r>
        <w:br/>
      </w:r>
      <w:r>
        <w:t xml:space="preserve">    (c) extreme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thinking at that moment, wordlessly and rather deeply, 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friendship between Lestat and me might have been; how few impediments to it there would have been, and how much to be shared.</w:t>
      </w:r>
      <w:r>
        <w:br/>
      </w:r>
      <w:r>
        <w:t xml:space="preserve">    (a) wonderful</w:t>
      </w:r>
      <w:r>
        <w:br/>
      </w:r>
      <w:r>
        <w:t xml:space="preserve">    (b) create dramatic change</w:t>
      </w:r>
      <w:r>
        <w:br/>
      </w:r>
      <w:r>
        <w:t xml:space="preserve">    (c) mirror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'There is no bed in there,'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one to the other with nodding heads.</w:t>
      </w:r>
      <w:r>
        <w:br/>
      </w:r>
      <w:r>
        <w:t xml:space="preserve">    (a) viewed in a certain way so as to form a belief or opinion</w:t>
      </w:r>
      <w:r>
        <w:br/>
      </w:r>
      <w:r>
        <w:t xml:space="preserve">    (b) made a decision or voiced an opinion by formal group vote</w:t>
      </w:r>
      <w:r>
        <w:br/>
      </w:r>
      <w:r>
        <w:t xml:space="preserve">    (c) placed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 must have all the things you never had of life and make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immortality</w:t>
      </w:r>
      <w:r>
        <w:rPr>
          <w:b/>
          <w:bCs/>
        </w:rPr>
        <w:t xml:space="preserve"> </w:t>
      </w:r>
      <w:r>
        <w:rPr>
          <w:b/>
          <w:bCs/>
        </w:rPr>
        <w:t xml:space="preserve">a junk shop in which both of us become grotesque.</w:t>
      </w:r>
      <w:r>
        <w:br/>
      </w:r>
      <w:r>
        <w:t xml:space="preserve">    (a) someone who disturbs or annoys</w:t>
      </w:r>
      <w:r>
        <w:br/>
      </w:r>
      <w:r>
        <w:t xml:space="preserve">    (b) eternal life (to live forever)</w:t>
      </w:r>
      <w:r>
        <w:br/>
      </w:r>
      <w:r>
        <w:t xml:space="preserve">    (c) with or based on basic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positively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loathed</w:t>
      </w:r>
      <w:r>
        <w:rPr>
          <w:b/>
          <w:bCs/>
        </w:rPr>
        <w:t xml:space="preserve"> </w:t>
      </w:r>
      <w:r>
        <w:rPr>
          <w:b/>
          <w:bCs/>
        </w:rPr>
        <w:t xml:space="preserve">Lestat.</w:t>
      </w:r>
      <w:r>
        <w:br/>
      </w:r>
      <w:r>
        <w:t xml:space="preserve">    (a) developed or changed gradually</w:t>
      </w:r>
      <w:r>
        <w:br/>
      </w:r>
      <w:r>
        <w:t xml:space="preserve">    (b) detested or intensely disliked</w:t>
      </w:r>
      <w:r>
        <w:br/>
      </w:r>
      <w:r>
        <w:t xml:space="preserve">    (c) took (power or responsibility)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talked now of some country teacher, a name garbled, who found in Lestat a brilliant pupil and begged to take him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 </w:t>
      </w:r>
      <w:r>
        <w:rPr>
          <w:b/>
          <w:bCs/>
        </w:rPr>
        <w:t xml:space="preserve">for an education.</w:t>
      </w:r>
      <w:r>
        <w:br/>
      </w:r>
      <w:r>
        <w:t xml:space="preserve">    (a) dense, rainy forest with many species</w:t>
      </w:r>
      <w:r>
        <w:br/>
      </w:r>
      <w:r>
        <w:t xml:space="preserve">    (b) island (that is made of a coral reef)</w:t>
      </w:r>
      <w:r>
        <w:br/>
      </w:r>
      <w:r>
        <w:t xml:space="preserve">    (c) the residence of a religious community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turned on Lestat now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veritably</w:t>
      </w:r>
      <w:r>
        <w:rPr>
          <w:b/>
          <w:bCs/>
        </w:rPr>
        <w:t xml:space="preserve"> </w:t>
      </w:r>
      <w:r>
        <w:rPr>
          <w:b/>
          <w:bCs/>
        </w:rPr>
        <w:t xml:space="preserve">dragged him towards the bed.</w:t>
      </w:r>
      <w:r>
        <w:br/>
      </w:r>
      <w:r>
        <w:t xml:space="preserve">    (a) said in a manner that is less harsh or less offensive than stating something directly</w:t>
      </w:r>
      <w:r>
        <w:br/>
      </w:r>
      <w:r>
        <w:t xml:space="preserve">    (b) in a manner that is not trustworthy, or attracts unwelcome attention, or is improper</w:t>
      </w:r>
      <w:r>
        <w:br/>
      </w:r>
      <w:r>
        <w:t xml:space="preserve">    (c) used for emphasis:  to describe one thing as almost like another (more intense) 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this put me in a fit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.</w:t>
      </w:r>
      <w:r>
        <w:br/>
      </w:r>
      <w:r>
        <w:t xml:space="preserve">    (a) the act of stirring up (emotionally or physically); or a state of emotional unrest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formula (a mathematical expression that describe a relationship between variables)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Lestat sat down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beckoned</w:t>
      </w:r>
      <w:r>
        <w:rPr>
          <w:b/>
          <w:bCs/>
        </w:rPr>
        <w:t xml:space="preserve"> </w:t>
      </w:r>
      <w:r>
        <w:rPr>
          <w:b/>
          <w:bCs/>
        </w:rPr>
        <w:t xml:space="preserve">her to sit in his lap.</w:t>
      </w:r>
      <w:r>
        <w:br/>
      </w:r>
      <w:r>
        <w:t xml:space="preserve">    (a) called (to come by using a hand gesture or a nod)</w:t>
      </w:r>
      <w:r>
        <w:br/>
      </w:r>
      <w:r>
        <w:t xml:space="preserve">    (b) provided evidence of something -- especially oral evidence in court</w:t>
      </w:r>
      <w:r>
        <w:br/>
      </w:r>
      <w:r>
        <w:t xml:space="preserve">    (c) showed something -- such as demonstrated, expressed, or represented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saw her white hand clutching at his sleeve, and I could see his chest heaving for breath and his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contorted</w:t>
      </w:r>
      <w:r>
        <w:rPr>
          <w:b/>
          <w:bCs/>
        </w:rPr>
        <w:t xml:space="preserve"> </w:t>
      </w:r>
      <w:r>
        <w:rPr>
          <w:b/>
          <w:bCs/>
        </w:rPr>
        <w:t xml:space="preserve">the way I'd never seen it.</w:t>
      </w:r>
      <w:r>
        <w:br/>
      </w:r>
      <w:r>
        <w:t xml:space="preserve">    (a) twisted</w:t>
      </w:r>
      <w:r>
        <w:br/>
      </w:r>
      <w:r>
        <w:t xml:space="preserve">    (b) flushed</w:t>
      </w:r>
      <w:r>
        <w:br/>
      </w:r>
      <w:r>
        <w:t xml:space="preserve">    (c) faced downward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with this act of will, my senses emerged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</w:t>
      </w:r>
      <w:r>
        <w:rPr>
          <w:b/>
          <w:bCs/>
        </w:rPr>
        <w:t xml:space="preserve">.</w:t>
      </w:r>
      <w:r>
        <w:br/>
      </w:r>
      <w:r>
        <w:t xml:space="preserve">    (a) to cause or to experience great mental or physical suffering</w:t>
      </w:r>
      <w:r>
        <w:br/>
      </w:r>
      <w:r>
        <w:t xml:space="preserve">    (b) point to differences between; or compare to show differences</w:t>
      </w:r>
      <w:r>
        <w:br/>
      </w:r>
      <w:r>
        <w:t xml:space="preserve">    (c) provide investment funds for something -- such as a business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great loathsome brown rat he held, its feet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poised</w:t>
      </w:r>
      <w:r>
        <w:rPr>
          <w:b/>
          <w:bCs/>
        </w:rPr>
        <w:t xml:space="preserve">, its mouth agape, its great curved tail frozen in the air.</w:t>
      </w:r>
      <w:r>
        <w:br/>
      </w:r>
      <w:r>
        <w:t xml:space="preserve">    (a) calm, confident, and in control—especially in movement, behavior, or when ready to act</w:t>
      </w:r>
      <w:r>
        <w:br/>
      </w:r>
      <w:r>
        <w:t xml:space="preserve">    (b) removed or suppressed something considered obscene, immoral, or politically unacceptable</w:t>
      </w:r>
      <w:r>
        <w:br/>
      </w:r>
      <w:r>
        <w:t xml:space="preserve">    (c) without a personal preference; or without any tendency to move in a particular direction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masterful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auburn</w:t>
      </w:r>
      <w:r>
        <w:rPr>
          <w:b/>
          <w:bCs/>
        </w:rPr>
        <w:t xml:space="preserve">-haired vampire looked on, his hands clasped in front of him; and when Claudia rose now, the boy shuddered.</w:t>
      </w:r>
      <w:r>
        <w:br/>
      </w:r>
      <w:r>
        <w:t xml:space="preserve">    (a) reddish-brown</w:t>
      </w:r>
      <w:r>
        <w:br/>
      </w:r>
      <w:r>
        <w:t xml:space="preserve">    (b) painted white</w:t>
      </w:r>
      <w:r>
        <w:br/>
      </w:r>
      <w:r>
        <w:t xml:space="preserve">    (c) challengeable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took her quickly from Armand, and felt her soft limbs against me as if we were both in. the coffin,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that paralytic sleep.</w:t>
      </w:r>
      <w:r>
        <w:br/>
      </w:r>
      <w:r>
        <w:t xml:space="preserve">    (a) showing, demonstrating, determining, or causing acceptance</w:t>
      </w:r>
      <w:r>
        <w:br/>
      </w:r>
      <w:r>
        <w:t xml:space="preserve">    (b) placing trust (in someone) by talking about private things</w:t>
      </w:r>
      <w:r>
        <w:br/>
      </w:r>
      <w:r>
        <w:t xml:space="preserve">    (c) giving in, giving up, or giving way (easily moved or soft)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when I looked up to her, Claudia was standing there as if transfixed and lost in thought,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and bitterness gone from her face, so that she had the blank expression of that doll.</w:t>
      </w:r>
      <w:r>
        <w:br/>
      </w:r>
      <w:r>
        <w:t xml:space="preserve">    (a) deep and bitter anger or hatred</w:t>
      </w:r>
      <w:r>
        <w:br/>
      </w:r>
      <w:r>
        <w:t xml:space="preserve">    (b) measure of general intelligence</w:t>
      </w:r>
      <w:r>
        <w:br/>
      </w:r>
      <w:r>
        <w:t xml:space="preserve">    (c) a firm decision to do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2026-07-31T16:49:25Z</dcterms:created>
  <dcterms:modified xsi:type="dcterms:W3CDTF">2026-07-31T16:49:25Z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