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c10ecc119ba57c150e3a69af9969f37a6fd1f6"/>
    <w:p>
      <w:pPr>
        <w:pStyle w:val="Heading1"/>
      </w:pPr>
      <w:r>
        <w:rPr>
          <w:b/>
          <w:bCs/>
        </w:rPr>
        <w:t xml:space="preserve">Inkheart</w:t>
      </w:r>
      <w:r>
        <w:br/>
      </w:r>
      <w:r>
        <w:rPr>
          <w:i/>
          <w:iCs/>
        </w:rPr>
        <w:t xml:space="preserve">Cornelia Funke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dog barked somewhere in the darkness,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often she tossed and turned Meggie couldn't get to sleep.</w:t>
      </w:r>
      <w:r>
        <w:br/>
      </w:r>
      <w:r>
        <w:t xml:space="preserve">    (a) people who are good at or spend much time studying, thinking, and reasoning</w:t>
      </w:r>
      <w:r>
        <w:br/>
      </w:r>
      <w:r>
        <w:t xml:space="preserve">    (b) regardless of how</w:t>
      </w:r>
      <w:r>
        <w:br/>
      </w:r>
      <w:r>
        <w:t xml:space="preserve">    (c) aka analysis -- psychiatric treatment; or a theory of psychiatric treatment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Farid,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looked much the same as the boys who lounged around on the beach nudging one another when girls passed by.</w:t>
      </w:r>
      <w:r>
        <w:br/>
      </w:r>
      <w:r>
        <w:t xml:space="preserve">    (a) in keeping with or in agreement with what was just stated</w:t>
      </w:r>
      <w:r>
        <w:br/>
      </w:r>
      <w:r>
        <w:t xml:space="preserve">    (b) therefore (for that reason)</w:t>
      </w:r>
      <w:r>
        <w:br/>
      </w:r>
      <w:r>
        <w:t xml:space="preserve">    (c) a word used to connect contrasting ideas as when using</w:t>
      </w:r>
      <w:r>
        <w:t xml:space="preserve"> </w:t>
      </w:r>
      <w:r>
        <w:rPr>
          <w:i/>
          <w:iCs/>
        </w:rPr>
        <w:t xml:space="preserve">though</w:t>
      </w:r>
      <w:r>
        <w:t xml:space="preserve">,</w:t>
      </w:r>
      <w:r>
        <w:t xml:space="preserve"> </w:t>
      </w:r>
      <w:r>
        <w:rPr>
          <w:i/>
          <w:iCs/>
        </w:rPr>
        <w:t xml:space="preserve">in spite of that</w:t>
      </w:r>
      <w:r>
        <w:t xml:space="preserve">,</w:t>
      </w:r>
      <w:r>
        <w:t xml:space="preserve"> </w:t>
      </w:r>
      <w:r>
        <w:rPr>
          <w:i/>
          <w:iCs/>
        </w:rPr>
        <w:t xml:space="preserve">in contrast</w:t>
      </w:r>
      <w:r>
        <w:t xml:space="preserve">,</w:t>
      </w:r>
      <w:r>
        <w:t xml:space="preserve"> </w:t>
      </w:r>
      <w:r>
        <w:rPr>
          <w:i/>
          <w:iCs/>
        </w:rPr>
        <w:t xml:space="preserve">nevertheless</w:t>
      </w:r>
      <w:r>
        <w:t xml:space="preserve">, etc.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Meggie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scrutinized</w:t>
      </w:r>
      <w:r>
        <w:rPr>
          <w:b/>
          <w:bCs/>
        </w:rPr>
        <w:t xml:space="preserve"> </w:t>
      </w:r>
      <w:r>
        <w:rPr>
          <w:b/>
          <w:bCs/>
        </w:rPr>
        <w:t xml:space="preserve">her father's face.</w:t>
      </w:r>
      <w:r>
        <w:br/>
      </w:r>
      <w:r>
        <w:t xml:space="preserve">    (a) mirrored back (an image)</w:t>
      </w:r>
      <w:r>
        <w:br/>
      </w:r>
      <w:r>
        <w:t xml:space="preserve">    (b) quoted (to make a point)</w:t>
      </w:r>
      <w:r>
        <w:br/>
      </w:r>
      <w:r>
        <w:t xml:space="preserve">    (c) looked at very carefully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hard as Meggie tried to see something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sinister</w:t>
      </w:r>
      <w:r>
        <w:rPr>
          <w:b/>
          <w:bCs/>
        </w:rPr>
        <w:t xml:space="preserve"> </w:t>
      </w:r>
      <w:r>
        <w:rPr>
          <w:b/>
          <w:bCs/>
        </w:rPr>
        <w:t xml:space="preserve">about him, she couldn't, not in the pale morning light.</w:t>
      </w:r>
      <w:r>
        <w:br/>
      </w:r>
      <w:r>
        <w:t xml:space="preserve">    (a) not thoughtful about the past</w:t>
      </w:r>
      <w:r>
        <w:br/>
      </w:r>
      <w:r>
        <w:t xml:space="preserve">    (b) evil, harmful, or frightening</w:t>
      </w:r>
      <w:r>
        <w:br/>
      </w:r>
      <w:r>
        <w:t xml:space="preserve">    (c) not able to be disagreed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Elinor inspected her again, this time with unconcealed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</w:t>
      </w:r>
      <w:r>
        <w:rPr>
          <w:b/>
          <w:bCs/>
        </w:rPr>
        <w:t xml:space="preserve">.</w:t>
      </w:r>
      <w:r>
        <w:br/>
      </w:r>
      <w:r>
        <w:t xml:space="preserve">    (a) prejudice or unfair treatment</w:t>
      </w:r>
      <w:r>
        <w:br/>
      </w:r>
      <w:r>
        <w:t xml:space="preserve">    (b) frustration at being treated unfairly</w:t>
      </w:r>
      <w:r>
        <w:br/>
      </w:r>
      <w:r>
        <w:t xml:space="preserve">    (c) lack of respect (as though she was not good enough)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far as she knew, the monks had worked at desks with sloping tops in the scriptoria of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monasteries</w:t>
      </w:r>
      <w:r>
        <w:rPr>
          <w:b/>
          <w:bCs/>
        </w:rPr>
        <w:t xml:space="preserve">, but she kept this information to herself.</w:t>
      </w:r>
      <w:r>
        <w:br/>
      </w:r>
      <w:r>
        <w:t xml:space="preserve">    (a) the residences of religious communities</w:t>
      </w:r>
      <w:r>
        <w:br/>
      </w:r>
      <w:r>
        <w:t xml:space="preserve">    (b) things that help clarify or demonstrate</w:t>
      </w:r>
      <w:r>
        <w:br/>
      </w:r>
      <w:r>
        <w:t xml:space="preserve">    (c) things designed to stops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cast Mo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inquiring</w:t>
      </w:r>
      <w:r>
        <w:rPr>
          <w:b/>
          <w:bCs/>
        </w:rPr>
        <w:t xml:space="preserve"> </w:t>
      </w:r>
      <w:r>
        <w:rPr>
          <w:b/>
          <w:bCs/>
        </w:rPr>
        <w:t xml:space="preserve">glance.</w:t>
      </w:r>
      <w:r>
        <w:br/>
      </w:r>
      <w:r>
        <w:t xml:space="preserve">    (a) gradually adding or removing</w:t>
      </w:r>
      <w:r>
        <w:br/>
      </w:r>
      <w:r>
        <w:t xml:space="preserve">    (b) questioning</w:t>
      </w:r>
      <w:r>
        <w:br/>
      </w:r>
      <w:r>
        <w:t xml:space="preserve">    (c) thinking about or discussing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Dustfinger's voice was full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</w:t>
      </w:r>
      <w:r>
        <w:rPr>
          <w:b/>
          <w:bCs/>
        </w:rPr>
        <w:t xml:space="preserve">.</w:t>
      </w:r>
      <w:r>
        <w:br/>
      </w:r>
      <w:r>
        <w:t xml:space="preserve">    (a) not answer questions; or block progress</w:t>
      </w:r>
      <w:r>
        <w:br/>
      </w:r>
      <w:r>
        <w:t xml:space="preserve">    (b) disrespect</w:t>
      </w:r>
      <w:r>
        <w:br/>
      </w:r>
      <w:r>
        <w:t xml:space="preserve">    (c) move from more general to more specific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 was staring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incredulously</w:t>
      </w:r>
      <w:r>
        <w:rPr>
          <w:b/>
          <w:bCs/>
        </w:rPr>
        <w:t xml:space="preserve"> </w:t>
      </w:r>
      <w:r>
        <w:rPr>
          <w:b/>
          <w:bCs/>
        </w:rPr>
        <w:t xml:space="preserve">at the book in Capricorn's hand as if he expected it to dissolve into thin air at any moment.</w:t>
      </w:r>
      <w:r>
        <w:br/>
      </w:r>
      <w:r>
        <w:t xml:space="preserve">    (a) with disbelief; or with difficulty accepting something so unexpected</w:t>
      </w:r>
      <w:r>
        <w:br/>
      </w:r>
      <w:r>
        <w:t xml:space="preserve">    (b) in a manner that intentionally angers, challenges, or upsets someone</w:t>
      </w:r>
      <w:r>
        <w:br/>
      </w:r>
      <w:r>
        <w:t xml:space="preserve">    (c) in a manner that influences reason or general desire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Diabolical</w:t>
      </w:r>
      <w:r>
        <w:rPr>
          <w:b/>
          <w:bCs/>
        </w:rPr>
        <w:t xml:space="preserve"> </w:t>
      </w:r>
      <w:r>
        <w:rPr>
          <w:b/>
          <w:bCs/>
        </w:rPr>
        <w:t xml:space="preserve">celebrations.</w:t>
      </w:r>
      <w:r>
        <w:br/>
      </w:r>
      <w:r>
        <w:t xml:space="preserve">    (a) related to the spreading of a disease to another part of the body</w:t>
      </w:r>
      <w:r>
        <w:br/>
      </w:r>
      <w:r>
        <w:t xml:space="preserve">    (b) evil; very bad; or cruel and clever (like something of the devil)</w:t>
      </w:r>
      <w:r>
        <w:br/>
      </w:r>
      <w:r>
        <w:t xml:space="preserve">    (c) relating to a surface rather than to anything deep or penetrating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beckoned</w:t>
      </w:r>
      <w:r>
        <w:rPr>
          <w:b/>
          <w:bCs/>
        </w:rPr>
        <w:t xml:space="preserve"> </w:t>
      </w:r>
      <w:r>
        <w:rPr>
          <w:b/>
          <w:bCs/>
        </w:rPr>
        <w:t xml:space="preserve">to a waitress and asked for more coffee.</w:t>
      </w:r>
      <w:r>
        <w:br/>
      </w:r>
      <w:r>
        <w:t xml:space="preserve">    (a) called (to come by using a hand gesture or a nod)</w:t>
      </w:r>
      <w:r>
        <w:br/>
      </w:r>
      <w:r>
        <w:t xml:space="preserve">    (b) provided evidence of something -- especially oral evidence in court</w:t>
      </w:r>
      <w:r>
        <w:br/>
      </w:r>
      <w:r>
        <w:t xml:space="preserve">    (c) showed something -- such as demonstrated, expressed, or represented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 just follow you,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inconspicuously</w:t>
      </w:r>
      <w:r>
        <w:rPr>
          <w:b/>
          <w:bCs/>
        </w:rPr>
        <w:t xml:space="preserve">.</w:t>
      </w:r>
      <w:r>
        <w:br/>
      </w:r>
      <w:r>
        <w:t xml:space="preserve">    (a) in a disrespectful or rejecting manner</w:t>
      </w:r>
      <w:r>
        <w:br/>
      </w:r>
      <w:r>
        <w:t xml:space="preserve">    (b) with grace of movement and flexibility</w:t>
      </w:r>
      <w:r>
        <w:br/>
      </w:r>
      <w:r>
        <w:t xml:space="preserve">    (c) in a manner that is not easily noticed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had to put them up here," said Fenoglio defensively, signs of a guilty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conscience</w:t>
      </w:r>
      <w:r>
        <w:rPr>
          <w:b/>
          <w:bCs/>
        </w:rPr>
        <w:t xml:space="preserve"> </w:t>
      </w:r>
      <w:r>
        <w:rPr>
          <w:b/>
          <w:bCs/>
        </w:rPr>
        <w:t xml:space="preserve">lurking among his wrinkles.</w:t>
      </w:r>
      <w:r>
        <w:br/>
      </w:r>
      <w:r>
        <w:t xml:space="preserve">    (a) a complex carbohydrate that is the chief constituent of all plant tissues and fibers</w:t>
      </w:r>
      <w:r>
        <w:br/>
      </w:r>
      <w:r>
        <w:t xml:space="preserve">    (b) not planning to kill a person, but then intentionally killing in the heat of passion</w:t>
      </w:r>
      <w:r>
        <w:br/>
      </w:r>
      <w:r>
        <w:t xml:space="preserve">    (c) feeling or appraisal of having personally behaved in a morally right or wrong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Farid saw other ghosts and spirits, too, whole armies of them: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malignant</w:t>
      </w:r>
      <w:r>
        <w:rPr>
          <w:b/>
          <w:bCs/>
        </w:rPr>
        <w:t xml:space="preserve">, all-powerful beings who tore the hearts out of poor mortal boys and ate them.</w:t>
      </w:r>
      <w:r>
        <w:br/>
      </w:r>
      <w:r>
        <w:t xml:space="preserve">    (a) relating to classical music plays in which most of the dialogue is sung</w:t>
      </w:r>
      <w:r>
        <w:br/>
      </w:r>
      <w:r>
        <w:t xml:space="preserve">    (b) harmful or evil</w:t>
      </w:r>
      <w:r>
        <w:br/>
      </w:r>
      <w:r>
        <w:br/>
      </w:r>
      <w:r>
        <w:t xml:space="preserve">in medicine: harmful growth as with a cancerous tumor</w:t>
      </w:r>
      <w:r>
        <w:br/>
      </w:r>
      <w:r>
        <w:t xml:space="preserve">    (c) strict, firm, or hard (not giving in, not giving way, or not giving up)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...even if he was taking great pains to hide his concern under a mask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indifference</w:t>
      </w:r>
      <w:r>
        <w:rPr>
          <w:b/>
          <w:bCs/>
        </w:rPr>
        <w:t xml:space="preserve">.</w:t>
      </w:r>
      <w:r>
        <w:br/>
      </w:r>
      <w:r>
        <w:t xml:space="preserve">    (a) lacking concern</w:t>
      </w:r>
      <w:r>
        <w:br/>
      </w:r>
      <w:r>
        <w:t xml:space="preserve">    (b) chaotic disorder</w:t>
      </w:r>
      <w:r>
        <w:br/>
      </w:r>
      <w:r>
        <w:t xml:space="preserve">    (c) risky investment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slipped beneath his feet as he clambered over them, and when he listened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nocturnal</w:t>
      </w:r>
      <w:r>
        <w:rPr>
          <w:b/>
          <w:bCs/>
        </w:rPr>
        <w:t xml:space="preserve"> </w:t>
      </w:r>
      <w:r>
        <w:rPr>
          <w:b/>
          <w:bCs/>
        </w:rPr>
        <w:t xml:space="preserve">sounds again, afraid the noise might have attracted someone's attention, he saw a guard appear among the ruined houses.</w:t>
      </w:r>
      <w:r>
        <w:br/>
      </w:r>
      <w:r>
        <w:t xml:space="preserve">    (a) the quality of not being sensible and careful</w:t>
      </w:r>
      <w:r>
        <w:br/>
      </w:r>
      <w:r>
        <w:t xml:space="preserve">    (b) the quality of being unchanging or continuous</w:t>
      </w:r>
      <w:r>
        <w:br/>
      </w:r>
      <w:r>
        <w:t xml:space="preserve">    (c) active during the night; or relating to night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everyone knew one thing: The Shadow was immortal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invulnerable</w:t>
      </w:r>
      <w:r>
        <w:rPr>
          <w:b/>
          <w:bCs/>
        </w:rPr>
        <w:t xml:space="preserve"> </w:t>
      </w:r>
      <w:r>
        <w:rPr>
          <w:b/>
          <w:bCs/>
        </w:rPr>
        <w:t xml:space="preserve">and as pitiless as his master.</w:t>
      </w:r>
      <w:r>
        <w:br/>
      </w:r>
      <w:r>
        <w:t xml:space="preserve">    (a) not representative</w:t>
      </w:r>
      <w:r>
        <w:br/>
      </w:r>
      <w:r>
        <w:t xml:space="preserve">    (b) impossible to harm</w:t>
      </w:r>
      <w:r>
        <w:br/>
      </w:r>
      <w:r>
        <w:t xml:space="preserve">    (c) good or beneficial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Let us use our magic and enchantments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conjure</w:t>
      </w:r>
      <w:r>
        <w:rPr>
          <w:b/>
          <w:bCs/>
        </w:rPr>
        <w:t xml:space="preserve"> </w:t>
      </w:r>
      <w:r>
        <w:rPr>
          <w:b/>
          <w:bCs/>
        </w:rPr>
        <w:t xml:space="preserve">up a woman out of flowers.</w:t>
      </w:r>
      <w:r>
        <w:br/>
      </w:r>
      <w:r>
        <w:t xml:space="preserve">    (a) summon into existence by magic</w:t>
      </w:r>
      <w:r>
        <w:br/>
      </w:r>
      <w:r>
        <w:t xml:space="preserve">    (b) provide better understanding or make clear</w:t>
      </w:r>
      <w:r>
        <w:br/>
      </w:r>
      <w:r>
        <w:t xml:space="preserve">    (c) read, listen, or watch with eager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He's planning to feed you to his friend like a fly to a frog, so how about a little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indignation</w:t>
      </w:r>
      <w:r>
        <w:rPr>
          <w:b/>
          <w:bCs/>
        </w:rPr>
        <w:t xml:space="preserve">?</w:t>
      </w:r>
      <w:r>
        <w:br/>
      </w:r>
      <w:r>
        <w:t xml:space="preserve">    (a) surprise as something unexpected</w:t>
      </w:r>
      <w:r>
        <w:br/>
      </w:r>
      <w:r>
        <w:t xml:space="preserve">    (b) anger at something unjust or wrong</w:t>
      </w:r>
      <w:r>
        <w:br/>
      </w:r>
      <w:r>
        <w:t xml:space="preserve">    (c) acceptance of something undesired as unavoidable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Does this mean we have to go the whole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wretched</w:t>
      </w:r>
      <w:r>
        <w:rPr>
          <w:b/>
          <w:bCs/>
        </w:rPr>
        <w:t xml:space="preserve"> </w:t>
      </w:r>
      <w:r>
        <w:rPr>
          <w:b/>
          <w:bCs/>
        </w:rPr>
        <w:t xml:space="preserve">way on foot again?</w:t>
      </w:r>
      <w:r>
        <w:br/>
      </w:r>
      <w:r>
        <w:t xml:space="preserve">    (a) not easily identified</w:t>
      </w:r>
      <w:r>
        <w:br/>
      </w:r>
      <w:r>
        <w:t xml:space="preserve">    (b) exactness or accuracy</w:t>
      </w:r>
      <w:r>
        <w:br/>
      </w:r>
      <w:r>
        <w:t xml:space="preserve">    (c) miserable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2026-07-31T16:45:17Z</dcterms:created>
  <dcterms:modified xsi:type="dcterms:W3CDTF">2026-07-31T16:45:17Z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