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5587fa062b2e49dc7e948ada242fcb92ea2ab2"/>
    <w:p>
      <w:pPr>
        <w:pStyle w:val="Heading1"/>
      </w:pPr>
      <w:r>
        <w:rPr>
          <w:b/>
          <w:bCs/>
        </w:rPr>
        <w:t xml:space="preserve">Inheritance</w:t>
      </w:r>
      <w:r>
        <w:br/>
      </w:r>
      <w:r>
        <w:rPr>
          <w:i/>
          <w:iCs/>
        </w:rPr>
        <w:t xml:space="preserve">Christopher Paolini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acquitted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well at the interview.</w:t>
      </w:r>
      <w:r>
        <w:br/>
      </w:r>
      <w:r>
        <w:t xml:space="preserve">    (a) exercised</w:t>
      </w:r>
      <w:r>
        <w:br/>
      </w:r>
      <w:r>
        <w:t xml:space="preserve">    (b) tired</w:t>
      </w:r>
      <w:r>
        <w:br/>
      </w:r>
      <w:r>
        <w:t xml:space="preserve">    (c) handled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children painted the ocean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azure</w:t>
      </w:r>
      <w:r>
        <w:rPr>
          <w:b/>
          <w:bCs/>
        </w:rPr>
        <w:t xml:space="preserve"> </w:t>
      </w:r>
      <w:r>
        <w:rPr>
          <w:b/>
          <w:bCs/>
        </w:rPr>
        <w:t xml:space="preserve">shade on the classroom mural.</w:t>
      </w:r>
      <w:r>
        <w:br/>
      </w:r>
      <w:r>
        <w:t xml:space="preserve">    (a) dark red</w:t>
      </w:r>
      <w:r>
        <w:br/>
      </w:r>
      <w:r>
        <w:t xml:space="preserve">    (b) pale yellow</w:t>
      </w:r>
      <w:r>
        <w:br/>
      </w:r>
      <w:r>
        <w:t xml:space="preserve">    (c) bright blue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calls himself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 </w:t>
      </w:r>
      <w:r>
        <w:rPr>
          <w:b/>
          <w:bCs/>
        </w:rPr>
        <w:t xml:space="preserve">from Brooklyn.</w:t>
      </w:r>
      <w:r>
        <w:br/>
      </w:r>
      <w:r>
        <w:t xml:space="preserve">    (a) someone who protects the weak and delivers justice to those who are evil</w:t>
      </w:r>
      <w:r>
        <w:br/>
      </w:r>
      <w:r>
        <w:t xml:space="preserve">    (b) someone who knows everything about everyone</w:t>
      </w:r>
      <w:r>
        <w:br/>
      </w:r>
      <w:r>
        <w:t xml:space="preserve">    (c) someone who composes and shares poems about important events and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wined, dined,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into signing the contract.</w:t>
      </w:r>
      <w:r>
        <w:br/>
      </w:r>
      <w:r>
        <w:t xml:space="preserve">    (a) encouraged</w:t>
      </w:r>
      <w:r>
        <w:br/>
      </w:r>
      <w:r>
        <w:t xml:space="preserve">    (b) forced</w:t>
      </w:r>
      <w:r>
        <w:br/>
      </w:r>
      <w:r>
        <w:t xml:space="preserve">    (c) tricked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believes in some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convoluted</w:t>
      </w:r>
      <w:r>
        <w:rPr>
          <w:b/>
          <w:bCs/>
        </w:rPr>
        <w:t xml:space="preserve"> </w:t>
      </w:r>
      <w:r>
        <w:rPr>
          <w:b/>
          <w:bCs/>
        </w:rPr>
        <w:t xml:space="preserve">conspiracy theory.</w:t>
      </w:r>
      <w:r>
        <w:br/>
      </w:r>
      <w:r>
        <w:t xml:space="preserve">    (a) complex</w:t>
      </w:r>
      <w:r>
        <w:br/>
      </w:r>
      <w:r>
        <w:t xml:space="preserve">    (b) honest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cerebral cortex is highly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convoluted</w:t>
      </w:r>
      <w:r>
        <w:rPr>
          <w:b/>
          <w:bCs/>
        </w:rPr>
        <w:t xml:space="preserve">.</w:t>
      </w:r>
      <w:r>
        <w:br/>
      </w:r>
      <w:r>
        <w:t xml:space="preserve">    (a) having complex folds and twists</w:t>
      </w:r>
      <w:r>
        <w:br/>
      </w:r>
      <w:r>
        <w:t xml:space="preserve">    (b) indicative of evolutionary advancement</w:t>
      </w:r>
      <w:r>
        <w:br/>
      </w:r>
      <w:r>
        <w:t xml:space="preserve">    (c) very thorough or complete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offices are housed in an imposing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.</w:t>
      </w:r>
      <w:r>
        <w:br/>
      </w:r>
      <w:r>
        <w:t xml:space="preserve">    (a) color</w:t>
      </w:r>
      <w:r>
        <w:br/>
      </w:r>
      <w:r>
        <w:t xml:space="preserve">    (b) neighborhood</w:t>
      </w:r>
      <w:r>
        <w:br/>
      </w:r>
      <w:r>
        <w:t xml:space="preserve">    (c)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Iran's top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envoy</w:t>
      </w:r>
      <w:r>
        <w:rPr>
          <w:b/>
          <w:bCs/>
        </w:rPr>
        <w:t xml:space="preserve"> </w:t>
      </w:r>
      <w:r>
        <w:rPr>
          <w:b/>
          <w:bCs/>
        </w:rPr>
        <w:t xml:space="preserve">to the United Nations nuclear agency dismissed the accusation.</w:t>
      </w:r>
      <w:r>
        <w:br/>
      </w:r>
      <w:r>
        <w:t xml:space="preserve">    (a) scientist</w:t>
      </w:r>
      <w:r>
        <w:br/>
      </w:r>
      <w:r>
        <w:t xml:space="preserve">    (b) representative</w:t>
      </w:r>
      <w:r>
        <w:br/>
      </w:r>
      <w:r>
        <w:t xml:space="preserve">    (c) translator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feinted</w:t>
      </w:r>
      <w:r>
        <w:rPr>
          <w:b/>
          <w:bCs/>
        </w:rPr>
        <w:t xml:space="preserve"> </w:t>
      </w:r>
      <w:r>
        <w:rPr>
          <w:b/>
          <w:bCs/>
        </w:rPr>
        <w:t xml:space="preserve">left and then charged from the right.</w:t>
      </w:r>
      <w:r>
        <w:br/>
      </w:r>
      <w:r>
        <w:t xml:space="preserve">    (a) faked</w:t>
      </w:r>
      <w:r>
        <w:br/>
      </w:r>
      <w:r>
        <w:t xml:space="preserve">    (b) attacked strongly</w:t>
      </w:r>
      <w:r>
        <w:br/>
      </w:r>
      <w:r>
        <w:t xml:space="preserve">    (c) moved sideways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from infancy with a sense that life should be fair.</w:t>
      </w:r>
      <w:r>
        <w:br/>
      </w:r>
      <w:r>
        <w:t xml:space="preserve">    (a) filled</w:t>
      </w:r>
      <w:r>
        <w:br/>
      </w:r>
      <w:r>
        <w:t xml:space="preserve">    (b) misled</w:t>
      </w:r>
      <w:r>
        <w:br/>
      </w:r>
      <w:r>
        <w:t xml:space="preserve">    (c) discouraged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storm raged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implacable</w:t>
      </w:r>
      <w:r>
        <w:rPr>
          <w:b/>
          <w:bCs/>
        </w:rPr>
        <w:t xml:space="preserve"> </w:t>
      </w:r>
      <w:r>
        <w:rPr>
          <w:b/>
          <w:bCs/>
        </w:rPr>
        <w:t xml:space="preserve">force, showing no signs of stopping.</w:t>
      </w:r>
      <w:r>
        <w:br/>
      </w:r>
      <w:r>
        <w:t xml:space="preserve">    (a) increasing</w:t>
      </w:r>
      <w:r>
        <w:br/>
      </w:r>
      <w:r>
        <w:t xml:space="preserve">    (b) unyielding</w:t>
      </w:r>
      <w:r>
        <w:br/>
      </w:r>
      <w:r>
        <w:t xml:space="preserve">    (c) diminishing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will defeat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infidels</w:t>
      </w:r>
      <w:r>
        <w:rPr>
          <w:b/>
          <w:bCs/>
        </w:rPr>
        <w:t xml:space="preserve"> </w:t>
      </w:r>
      <w:r>
        <w:rPr>
          <w:b/>
          <w:bCs/>
        </w:rPr>
        <w:t xml:space="preserve">in a holy war.</w:t>
      </w:r>
      <w:r>
        <w:br/>
      </w:r>
      <w:r>
        <w:t xml:space="preserve">    (a) cowards</w:t>
      </w:r>
      <w:r>
        <w:br/>
      </w:r>
      <w:r>
        <w:t xml:space="preserve">    (b) aggressors</w:t>
      </w:r>
      <w:r>
        <w:br/>
      </w:r>
      <w:r>
        <w:t xml:space="preserve">    (c) unbelievers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juncture</w:t>
      </w:r>
      <w:r>
        <w:rPr>
          <w:b/>
          <w:bCs/>
        </w:rPr>
        <w:t xml:space="preserve"> </w:t>
      </w:r>
      <w:r>
        <w:rPr>
          <w:b/>
          <w:bCs/>
        </w:rPr>
        <w:t xml:space="preserve">I didn't know what to do.</w:t>
      </w:r>
      <w:r>
        <w:br/>
      </w:r>
      <w:r>
        <w:t xml:space="preserve">    (a) point</w:t>
      </w:r>
      <w:r>
        <w:br/>
      </w:r>
      <w:r>
        <w:t xml:space="preserve">    (b) new point</w:t>
      </w:r>
      <w:r>
        <w:br/>
      </w:r>
      <w:r>
        <w:t xml:space="preserve">    (c) difficult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project turned into a bureaucratic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morass</w:t>
      </w:r>
      <w:r>
        <w:rPr>
          <w:b/>
          <w:bCs/>
        </w:rPr>
        <w:t xml:space="preserve"> </w:t>
      </w:r>
      <w:r>
        <w:rPr>
          <w:b/>
          <w:bCs/>
        </w:rPr>
        <w:t xml:space="preserve">of paperwork and approvals.</w:t>
      </w:r>
      <w:r>
        <w:br/>
      </w:r>
      <w:r>
        <w:t xml:space="preserve">    (a) a right that is naturally due because of human nature and the natural condition</w:t>
      </w:r>
      <w:r>
        <w:br/>
      </w:r>
      <w:r>
        <w:t xml:space="preserve">    (b) surgical interruption of nerve tracts to and from the frontal lobe of the brain</w:t>
      </w:r>
      <w:r>
        <w:br/>
      </w:r>
      <w:r>
        <w:t xml:space="preserve">    (c) difficult situation that frustrates progress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avoided eye contact as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narrated</w:t>
      </w:r>
      <w:r>
        <w:rPr>
          <w:b/>
          <w:bCs/>
        </w:rPr>
        <w:t xml:space="preserve"> </w:t>
      </w:r>
      <w:r>
        <w:rPr>
          <w:b/>
          <w:bCs/>
        </w:rPr>
        <w:t xml:space="preserve">the story of how she ended up in prison.</w:t>
      </w:r>
      <w:r>
        <w:br/>
      </w:r>
      <w:r>
        <w:t xml:space="preserve">    (a) told (a story)</w:t>
      </w:r>
      <w:r>
        <w:br/>
      </w:r>
      <w:r>
        <w:t xml:space="preserve">    (b) urged strongly</w:t>
      </w:r>
      <w:r>
        <w:br/>
      </w:r>
      <w:r>
        <w:t xml:space="preserve">    (c) discouraged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queen traveled with a large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retinue</w:t>
      </w:r>
      <w:r>
        <w:rPr>
          <w:b/>
          <w:bCs/>
        </w:rPr>
        <w:t xml:space="preserve"> </w:t>
      </w:r>
      <w:r>
        <w:rPr>
          <w:b/>
          <w:bCs/>
        </w:rPr>
        <w:t xml:space="preserve">of servants and guards to ensure her safety and comfort.</w:t>
      </w:r>
      <w:r>
        <w:br/>
      </w:r>
      <w:r>
        <w:t xml:space="preserve">    (a) car</w:t>
      </w:r>
      <w:r>
        <w:br/>
      </w:r>
      <w:r>
        <w:t xml:space="preserve">    (b) plane</w:t>
      </w:r>
      <w:r>
        <w:br/>
      </w:r>
      <w:r>
        <w:t xml:space="preserve">    (c)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sharpener shouldn't be used 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serrated</w:t>
      </w:r>
      <w:r>
        <w:rPr>
          <w:b/>
          <w:bCs/>
        </w:rPr>
        <w:t xml:space="preserve"> </w:t>
      </w:r>
      <w:r>
        <w:rPr>
          <w:b/>
          <w:bCs/>
        </w:rPr>
        <w:t xml:space="preserve">blade.</w:t>
      </w:r>
      <w:r>
        <w:br/>
      </w:r>
      <w:r>
        <w:t xml:space="preserve">    (a) razor-thin</w:t>
      </w:r>
      <w:r>
        <w:br/>
      </w:r>
      <w:r>
        <w:t xml:space="preserve">    (b) saw-toothed</w:t>
      </w:r>
      <w:r>
        <w:br/>
      </w:r>
      <w:r>
        <w:t xml:space="preserve">    (c) rust-covered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soothsayer</w:t>
      </w:r>
      <w:r>
        <w:rPr>
          <w:b/>
          <w:bCs/>
        </w:rPr>
        <w:t xml:space="preserve"> </w:t>
      </w:r>
      <w:r>
        <w:rPr>
          <w:b/>
          <w:bCs/>
        </w:rPr>
        <w:t xml:space="preserve">foresaw a severe drought.</w:t>
      </w:r>
      <w:r>
        <w:br/>
      </w:r>
      <w:r>
        <w:t xml:space="preserve">    (a) Someone claiming magical ability to foresee the future</w:t>
      </w:r>
      <w:r>
        <w:br/>
      </w:r>
      <w:r>
        <w:t xml:space="preserve">    (b) someone skilled in predicting weather patterns</w:t>
      </w:r>
      <w:r>
        <w:br/>
      </w:r>
      <w:r>
        <w:t xml:space="preserve">    (c) someone who analyzes statistic to predict the future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Taliban wants total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their religious law.</w:t>
      </w:r>
      <w:r>
        <w:br/>
      </w:r>
      <w:r>
        <w:t xml:space="preserve">    (a) forced submission</w:t>
      </w:r>
      <w:r>
        <w:br/>
      </w:r>
      <w:r>
        <w:t xml:space="preserve">    (b) body temperature that is dangerously low</w:t>
      </w:r>
      <w:r>
        <w:br/>
      </w:r>
      <w:r>
        <w:t xml:space="preserve">    (c) gullibility (being too willing to believe)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wrested</w:t>
      </w:r>
      <w:r>
        <w:rPr>
          <w:b/>
          <w:bCs/>
        </w:rPr>
        <w:t xml:space="preserve"> </w:t>
      </w:r>
      <w:r>
        <w:rPr>
          <w:b/>
          <w:bCs/>
        </w:rPr>
        <w:t xml:space="preserve">power from the old government.</w:t>
      </w:r>
      <w:r>
        <w:br/>
      </w:r>
      <w:r>
        <w:t xml:space="preserve">    (a) took</w:t>
      </w:r>
      <w:r>
        <w:br/>
      </w:r>
      <w:r>
        <w:t xml:space="preserve">    (b) understood</w:t>
      </w:r>
      <w:r>
        <w:br/>
      </w:r>
      <w:r>
        <w:t xml:space="preserve">    (c) gave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2026-07-31T18:39:25Z</dcterms:created>
  <dcterms:modified xsi:type="dcterms:W3CDTF">2026-07-31T18:39:25Z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