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337cc9eb63282dbaf8f141c580373fa07ce4605"/>
    <w:p>
      <w:pPr>
        <w:pStyle w:val="Heading1"/>
      </w:pPr>
      <w:r>
        <w:rPr>
          <w:b/>
          <w:bCs/>
        </w:rPr>
        <w:t xml:space="preserve">Inherit the Wind</w:t>
      </w:r>
      <w:r>
        <w:br/>
      </w:r>
      <w:r>
        <w:rPr>
          <w:i/>
          <w:iCs/>
        </w:rPr>
        <w:t xml:space="preserve">Jerome Lawrence and Robert E. Lee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is important to the concept of the play that the town is visible always, looming there, as much on trial as the individual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defendant</w:t>
      </w:r>
      <w:r>
        <w:rPr>
          <w:b/>
          <w:bCs/>
        </w:rPr>
        <w:t xml:space="preserve">.</w:t>
      </w:r>
      <w:r>
        <w:br/>
      </w:r>
      <w:r>
        <w:t xml:space="preserve">    (a) belief or opinion formed by viewing things a certain way</w:t>
      </w:r>
      <w:r>
        <w:br/>
      </w:r>
      <w:r>
        <w:t xml:space="preserve">    (b) person legally accused in court</w:t>
      </w:r>
      <w:r>
        <w:br/>
      </w:r>
      <w:r>
        <w:t xml:space="preserve">    (c) soft leather shoe traditionally worn by Native Americans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opened it up, and read my sophomore science class Chapter 17, Darwin's Origin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Species</w:t>
      </w:r>
      <w:r>
        <w:rPr>
          <w:b/>
          <w:bCs/>
        </w:rPr>
        <w:t xml:space="preserve">.</w:t>
      </w:r>
      <w:r>
        <w:br/>
      </w:r>
      <w:r>
        <w:t xml:space="preserve">    (a) the quality of exactness or accuracy</w:t>
      </w:r>
      <w:r>
        <w:br/>
      </w:r>
      <w:r>
        <w:t xml:space="preserve">    (b) a similar group of animals or plants</w:t>
      </w:r>
      <w:r>
        <w:br/>
      </w:r>
      <w:r>
        <w:t xml:space="preserve">    (c) the gain of advantage from something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HORNBECK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saunters</w:t>
      </w:r>
      <w:r>
        <w:rPr>
          <w:b/>
          <w:bCs/>
        </w:rPr>
        <w:t xml:space="preserve"> </w:t>
      </w:r>
      <w:r>
        <w:rPr>
          <w:b/>
          <w:bCs/>
        </w:rPr>
        <w:t xml:space="preserve">on, chewing at an apple.</w:t>
      </w:r>
      <w:r>
        <w:br/>
      </w:r>
      <w:r>
        <w:t xml:space="preserve">    (a) starts fighting</w:t>
      </w:r>
      <w:r>
        <w:br/>
      </w:r>
      <w:r>
        <w:t xml:space="preserve">    (b) tells (a story)</w:t>
      </w:r>
      <w:r>
        <w:br/>
      </w:r>
      <w:r>
        <w:t xml:space="preserve">    (c) walks leisurely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(Emphatically, 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brandishes</w:t>
      </w:r>
      <w:r>
        <w:rPr>
          <w:b/>
          <w:bCs/>
        </w:rPr>
        <w:t xml:space="preserve"> </w:t>
      </w:r>
      <w:r>
        <w:rPr>
          <w:b/>
          <w:bCs/>
        </w:rPr>
        <w:t xml:space="preserve">the apple) The boob has been de-boobed</w:t>
      </w:r>
      <w:r>
        <w:br/>
      </w:r>
      <w:r>
        <w:t xml:space="preserve">    (a) waves something or exhibits it aggressively</w:t>
      </w:r>
      <w:r>
        <w:br/>
      </w:r>
      <w:r>
        <w:t xml:space="preserve">    (b) stops interacting; or stops having interest</w:t>
      </w:r>
      <w:r>
        <w:br/>
      </w:r>
      <w:r>
        <w:t xml:space="preserve">    (c) thinks carefully and makes a judgment about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do not feel that the dignity of the court will suffer if we remove a few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superfluous</w:t>
      </w:r>
      <w:r>
        <w:rPr>
          <w:b/>
          <w:bCs/>
        </w:rPr>
        <w:t xml:space="preserve"> </w:t>
      </w:r>
      <w:r>
        <w:rPr>
          <w:b/>
          <w:bCs/>
        </w:rPr>
        <w:t xml:space="preserve">outer garments.</w:t>
      </w:r>
      <w:r>
        <w:br/>
      </w:r>
      <w:r>
        <w:t xml:space="preserve">    (a) without purpose, job, or natural activity</w:t>
      </w:r>
      <w:r>
        <w:br/>
      </w:r>
      <w:r>
        <w:t xml:space="preserve">    (b) the quality of being sensible and careful</w:t>
      </w:r>
      <w:r>
        <w:br/>
      </w:r>
      <w:r>
        <w:t xml:space="preserve">    (c) more than is needed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BRADY I am not altogether satisfied that Mr. Sillers will render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impartial</w:t>
      </w:r>
      <w:r>
        <w:rPr>
          <w:b/>
          <w:bCs/>
        </w:rPr>
        <w:t xml:space="preserve">......DRUMMOND Out of order.</w:t>
      </w:r>
      <w:r>
        <w:br/>
      </w:r>
      <w:r>
        <w:t xml:space="preserve">    (a) the quality of disagreeing</w:t>
      </w:r>
      <w:r>
        <w:br/>
      </w:r>
      <w:r>
        <w:t xml:space="preserve">    (b) without favoritism or bias</w:t>
      </w:r>
      <w:r>
        <w:br/>
      </w:r>
      <w:r>
        <w:t xml:space="preserve">    (c) the quality of being Dutch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BRADY Unless the state of mind of the members of the jury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conforms</w:t>
      </w:r>
      <w:r>
        <w:rPr>
          <w:b/>
          <w:bCs/>
        </w:rPr>
        <w:t xml:space="preserve"> </w:t>
      </w:r>
      <w:r>
        <w:rPr>
          <w:b/>
          <w:bCs/>
        </w:rPr>
        <w:t xml:space="preserve">to the laws and patterns of society— DRUMMOND Conform!</w:t>
      </w:r>
      <w:r>
        <w:br/>
      </w:r>
      <w:r>
        <w:t xml:space="preserve">    (a) moves again into position to work; or starts again</w:t>
      </w:r>
      <w:r>
        <w:br/>
      </w:r>
      <w:r>
        <w:t xml:space="preserve">    (b) complies, fits in, or is similar to what is normal</w:t>
      </w:r>
      <w:r>
        <w:br/>
      </w:r>
      <w:r>
        <w:t xml:space="preserve">    (c) prepares food in a way that keeps it from spoiling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marked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contrast</w:t>
      </w:r>
      <w:r>
        <w:rPr>
          <w:b/>
          <w:bCs/>
        </w:rPr>
        <w:t xml:space="preserve">, DRUMMOND packs away his brief in a tattered leather case</w:t>
      </w:r>
      <w:r>
        <w:br/>
      </w:r>
      <w:r>
        <w:t xml:space="preserve">    (a) block or interfere</w:t>
      </w:r>
      <w:r>
        <w:br/>
      </w:r>
      <w:r>
        <w:t xml:space="preserve">    (b) come to terms with</w:t>
      </w:r>
      <w:r>
        <w:br/>
      </w:r>
      <w:r>
        <w:t xml:space="preserve">    (c) difference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 want me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testify</w:t>
      </w:r>
      <w:r>
        <w:rPr>
          <w:b/>
          <w:bCs/>
        </w:rPr>
        <w:t xml:space="preserve"> </w:t>
      </w:r>
      <w:r>
        <w:rPr>
          <w:b/>
          <w:bCs/>
        </w:rPr>
        <w:t xml:space="preserve">against Bert.</w:t>
      </w:r>
      <w:r>
        <w:br/>
      </w:r>
      <w:r>
        <w:t xml:space="preserve">    (a) provide oral evidence in court</w:t>
      </w:r>
      <w:r>
        <w:br/>
      </w:r>
      <w:r>
        <w:t xml:space="preserve">    (b) to show something -- such as to demonstrate, express, or represent</w:t>
      </w:r>
      <w:r>
        <w:br/>
      </w:r>
      <w:r>
        <w:t xml:space="preserve">    (c) to encourage growth or excitement, or to cause something to happen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wish to inquire what possible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relevance</w:t>
      </w:r>
      <w:r>
        <w:rPr>
          <w:b/>
          <w:bCs/>
        </w:rPr>
        <w:t xml:space="preserve"> </w:t>
      </w:r>
      <w:r>
        <w:rPr>
          <w:b/>
          <w:bCs/>
        </w:rPr>
        <w:t xml:space="preserve">the testimony of a Zoo-ology professor can have in this trial.</w:t>
      </w:r>
      <w:r>
        <w:br/>
      </w:r>
      <w:r>
        <w:t xml:space="preserve">    (a) Palestinian uprising or rebellion against Israeli control</w:t>
      </w:r>
      <w:r>
        <w:br/>
      </w:r>
      <w:r>
        <w:t xml:space="preserve">    (b) the study of dinosaurs and other prehistoric ancient life</w:t>
      </w:r>
      <w:r>
        <w:br/>
      </w:r>
      <w:r>
        <w:t xml:space="preserve">    (c) importance (meaningful relation to the issue in question)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BRADY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Irrelevant</w:t>
      </w:r>
      <w:r>
        <w:rPr>
          <w:b/>
          <w:bCs/>
        </w:rPr>
        <w:t xml:space="preserve">, immaterial, inadmissible.</w:t>
      </w:r>
      <w:r>
        <w:br/>
      </w:r>
      <w:r>
        <w:t xml:space="preserve">    (a) a person who works from within to destroy an established order; or relating to such destructive efforts</w:t>
      </w:r>
      <w:r>
        <w:br/>
      </w:r>
      <w:r>
        <w:t xml:space="preserve">    (b) not relevant (not related to the subject being considered, or not important enough to want to consider)</w:t>
      </w:r>
      <w:r>
        <w:br/>
      </w:r>
      <w:r>
        <w:t xml:space="preserve">    (c) the character or degree of bouncing back light (or more rarely: heat, sound, electromagnetic waves...)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Their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testimony</w:t>
      </w:r>
      <w:r>
        <w:rPr>
          <w:b/>
          <w:bCs/>
        </w:rPr>
        <w:t xml:space="preserve"> </w:t>
      </w:r>
      <w:r>
        <w:rPr>
          <w:b/>
          <w:bCs/>
        </w:rPr>
        <w:t xml:space="preserve">is basic to the defense of my client.</w:t>
      </w:r>
      <w:r>
        <w:br/>
      </w:r>
      <w:r>
        <w:t xml:space="preserve">    (a) an organ attached to the wall of the uterus to nourish the fetus during pregnancy</w:t>
      </w:r>
      <w:r>
        <w:br/>
      </w:r>
      <w:r>
        <w:t xml:space="preserve">    (b) an atom that has acquired an electrical charge by the loss or gain of an electron</w:t>
      </w:r>
      <w:r>
        <w:br/>
      </w:r>
      <w:r>
        <w:t xml:space="preserve">    (c) statements that serves as evidence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DAVENPORT sits,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resigned</w:t>
      </w:r>
      <w:r>
        <w:rPr>
          <w:b/>
          <w:bCs/>
        </w:rPr>
        <w:t xml:space="preserve"> </w:t>
      </w:r>
      <w:r>
        <w:rPr>
          <w:b/>
          <w:bCs/>
        </w:rPr>
        <w:t xml:space="preserve">but nervous.</w:t>
      </w:r>
      <w:r>
        <w:br/>
      </w:r>
      <w:r>
        <w:t xml:space="preserve">    (a) having accepted what is about to happen</w:t>
      </w:r>
      <w:r>
        <w:br/>
      </w:r>
      <w:r>
        <w:t xml:space="preserve">    (b) showed something -- such as demonstrated, expressed, or represented</w:t>
      </w:r>
      <w:r>
        <w:br/>
      </w:r>
      <w:r>
        <w:t xml:space="preserve">    (c) to be or to become used to (adapted to and with an expectation of)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am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resigning</w:t>
      </w:r>
      <w:r>
        <w:rPr>
          <w:b/>
          <w:bCs/>
        </w:rPr>
        <w:t xml:space="preserve"> </w:t>
      </w:r>
      <w:r>
        <w:rPr>
          <w:b/>
          <w:bCs/>
        </w:rPr>
        <w:t xml:space="preserve">my commission in the State Militia.</w:t>
      </w:r>
      <w:r>
        <w:br/>
      </w:r>
      <w:r>
        <w:t xml:space="preserve">    (a) changing</w:t>
      </w:r>
      <w:r>
        <w:br/>
      </w:r>
      <w:r>
        <w:t xml:space="preserve">    (b) fighting</w:t>
      </w:r>
      <w:r>
        <w:br/>
      </w:r>
      <w:r>
        <w:t xml:space="preserve">    (c) quitting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For he is pleading the case of the prosecution by 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contempt</w:t>
      </w:r>
      <w:r>
        <w:rPr>
          <w:b/>
          <w:bCs/>
        </w:rPr>
        <w:t xml:space="preserve"> </w:t>
      </w:r>
      <w:r>
        <w:rPr>
          <w:b/>
          <w:bCs/>
        </w:rPr>
        <w:t xml:space="preserve">for all that is holy.</w:t>
      </w:r>
      <w:r>
        <w:br/>
      </w:r>
      <w:r>
        <w:t xml:space="preserve">    (a) frustration at being treated unfairly</w:t>
      </w:r>
      <w:r>
        <w:br/>
      </w:r>
      <w:r>
        <w:t xml:space="preserve">    (b) disrespect</w:t>
      </w:r>
      <w:r>
        <w:br/>
      </w:r>
      <w:r>
        <w:t xml:space="preserve">    (c) prejudice or unfair treatment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This man wishes to be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accorded</w:t>
      </w:r>
      <w:r>
        <w:rPr>
          <w:b/>
          <w:bCs/>
        </w:rPr>
        <w:t xml:space="preserve"> </w:t>
      </w:r>
      <w:r>
        <w:rPr>
          <w:b/>
          <w:bCs/>
        </w:rPr>
        <w:t xml:space="preserve">the same privilege as a sponge!</w:t>
      </w:r>
      <w:r>
        <w:br/>
      </w:r>
      <w:r>
        <w:t xml:space="preserve">    (a) not judged in a negative way</w:t>
      </w:r>
      <w:r>
        <w:br/>
      </w:r>
      <w:r>
        <w:t xml:space="preserve">    (b) given (special treatment)</w:t>
      </w:r>
      <w:r>
        <w:br/>
      </w:r>
      <w:r>
        <w:t xml:space="preserve">    (c) found, sought, or researched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DRUMMOND:  Oh. God speaks to you. ... He tells you exactly what's right and what's wrong?</w:t>
      </w:r>
      <w:r>
        <w:br/>
      </w:r>
      <w:r>
        <w:rPr>
          <w:b/>
          <w:bCs/>
        </w:rPr>
        <w:t xml:space="preserve">BRADY:  (Doggedly) Yes.</w:t>
      </w:r>
      <w:r>
        <w:br/>
      </w:r>
      <w:r>
        <w:rPr>
          <w:b/>
          <w:bCs/>
        </w:rPr>
        <w:t xml:space="preserve">DRUMMOND:  And you act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accordingly</w:t>
      </w:r>
      <w:r>
        <w:rPr>
          <w:b/>
          <w:bCs/>
        </w:rPr>
        <w:t xml:space="preserve">?</w:t>
      </w:r>
      <w:r>
        <w:br/>
      </w:r>
      <w:r>
        <w:t xml:space="preserve">    (a) despite that (used to connect contrasting ideas.)</w:t>
      </w:r>
      <w:r>
        <w:br/>
      </w:r>
      <w:r>
        <w:t xml:space="preserve">    (b) in keeping with what was just stated</w:t>
      </w:r>
      <w:r>
        <w:br/>
      </w:r>
      <w:r>
        <w:t xml:space="preserve">    (c) in spite of that (used to connect contrasting ideas)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I'm trying to stop you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bigots</w:t>
      </w:r>
      <w:r>
        <w:rPr>
          <w:b/>
          <w:bCs/>
        </w:rPr>
        <w:t xml:space="preserve"> </w:t>
      </w:r>
      <w:r>
        <w:rPr>
          <w:b/>
          <w:bCs/>
        </w:rPr>
        <w:t xml:space="preserve">and ignoramuses from controlling the education of the United States!</w:t>
      </w:r>
      <w:r>
        <w:br/>
      </w:r>
      <w:r>
        <w:t xml:space="preserve">    (a) acts of taking something on as one's own</w:t>
      </w:r>
      <w:r>
        <w:br/>
      </w:r>
      <w:r>
        <w:t xml:space="preserve">    (b) logical conclusions reached by reasoning</w:t>
      </w:r>
      <w:r>
        <w:br/>
      </w:r>
      <w:r>
        <w:t xml:space="preserve">    (c) people who are intolerant and prejudiced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babble of voices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crescendos</w:t>
      </w:r>
      <w:r>
        <w:rPr>
          <w:b/>
          <w:bCs/>
        </w:rPr>
        <w:t xml:space="preserve">.</w:t>
      </w:r>
      <w:r>
        <w:br/>
      </w:r>
      <w:r>
        <w:t xml:space="preserve">    (a) gradually increases in intensity; or reaches maximum intensity</w:t>
      </w:r>
      <w:r>
        <w:br/>
      </w:r>
      <w:r>
        <w:t xml:space="preserve">    (b) points to differences between; or compares to show differences</w:t>
      </w:r>
      <w:r>
        <w:br/>
      </w:r>
      <w:r>
        <w:t xml:space="preserve">    (c) encourages growth or excitement, or causes something to happen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HORNBECK Shall I put that in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obituary</w:t>
      </w:r>
      <w:r>
        <w:rPr>
          <w:b/>
          <w:bCs/>
        </w:rPr>
        <w:t xml:space="preserve">?</w:t>
      </w:r>
      <w:r>
        <w:br/>
      </w:r>
      <w:r>
        <w:t xml:space="preserve">    (a) a general feeling of not being as good as others</w:t>
      </w:r>
      <w:r>
        <w:br/>
      </w:r>
      <w:r>
        <w:t xml:space="preserve">    (b) the act, process, or instance of telling a story</w:t>
      </w:r>
      <w:r>
        <w:br/>
      </w:r>
      <w:r>
        <w:t xml:space="preserve">    (c) published notice of death with a short biography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2026-07-31T18:26:34Z</dcterms:created>
  <dcterms:modified xsi:type="dcterms:W3CDTF">2026-07-31T18:26:34Z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