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beb6edd32e8956be1e1ad1a83f2bec71864f55"/>
    <w:p>
      <w:pPr>
        <w:pStyle w:val="Heading1"/>
      </w:pPr>
      <w:r>
        <w:rPr>
          <w:b/>
          <w:bCs/>
        </w:rPr>
        <w:t xml:space="preserve">Incidents in the Life of a Slave Girl</w:t>
      </w:r>
      <w:r>
        <w:br/>
      </w:r>
      <w:r>
        <w:rPr>
          <w:i/>
          <w:iCs/>
        </w:rPr>
        <w:t xml:space="preserve">Harriet Jacobs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long fight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abolition</w:t>
      </w:r>
      <w:r>
        <w:rPr>
          <w:b/>
          <w:bCs/>
        </w:rPr>
        <w:t xml:space="preserve"> </w:t>
      </w:r>
      <w:r>
        <w:rPr>
          <w:b/>
          <w:bCs/>
        </w:rPr>
        <w:t xml:space="preserve">finally achieved its goal in the 19th century.</w:t>
      </w:r>
      <w:r>
        <w:br/>
      </w:r>
      <w:r>
        <w:t xml:space="preserve">    (a) ending slavery</w:t>
      </w:r>
      <w:r>
        <w:br/>
      </w:r>
      <w:r>
        <w:t xml:space="preserve">    (b) outlawing alcohol</w:t>
      </w:r>
      <w:r>
        <w:br/>
      </w:r>
      <w:r>
        <w:t xml:space="preserve">    (c) regulating child labor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 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compel</w:t>
      </w:r>
      <w:r>
        <w:rPr>
          <w:b/>
          <w:bCs/>
        </w:rPr>
        <w:t xml:space="preserve"> </w:t>
      </w:r>
      <w:r>
        <w:rPr>
          <w:b/>
          <w:bCs/>
        </w:rPr>
        <w:t xml:space="preserve">the witness to testify?</w:t>
      </w:r>
      <w:r>
        <w:br/>
      </w:r>
      <w:r>
        <w:t xml:space="preserve">    (a) delay</w:t>
      </w:r>
      <w:r>
        <w:br/>
      </w:r>
      <w:r>
        <w:t xml:space="preserve">    (b) prevent</w:t>
      </w:r>
      <w:r>
        <w:br/>
      </w:r>
      <w:r>
        <w:t xml:space="preserve">    (c) force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job prospects are hindered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 </w:t>
      </w:r>
      <w:r>
        <w:rPr>
          <w:b/>
          <w:bCs/>
        </w:rPr>
        <w:t xml:space="preserve">of the conviction.</w:t>
      </w:r>
      <w:r>
        <w:br/>
      </w:r>
      <w:r>
        <w:t xml:space="preserve">    (a) important part</w:t>
      </w:r>
      <w:r>
        <w:br/>
      </w:r>
      <w:r>
        <w:t xml:space="preserve">    (b) unimportant part</w:t>
      </w:r>
      <w:r>
        <w:br/>
      </w:r>
      <w:r>
        <w:t xml:space="preserve">    (c) result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consequential</w:t>
      </w:r>
      <w:r>
        <w:rPr>
          <w:b/>
          <w:bCs/>
        </w:rPr>
        <w:t xml:space="preserve"> </w:t>
      </w:r>
      <w:r>
        <w:rPr>
          <w:b/>
          <w:bCs/>
        </w:rPr>
        <w:t xml:space="preserve">tax legislation in decades.</w:t>
      </w:r>
      <w:r>
        <w:br/>
      </w:r>
      <w:r>
        <w:t xml:space="preserve">    (a) unethical</w:t>
      </w:r>
      <w:r>
        <w:br/>
      </w:r>
      <w:r>
        <w:t xml:space="preserve">    (b) important</w:t>
      </w:r>
      <w:r>
        <w:br/>
      </w:r>
      <w:r>
        <w:t xml:space="preserve">    (c) harmful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professor greeted each student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cordially</w:t>
      </w:r>
      <w:r>
        <w:rPr>
          <w:b/>
          <w:bCs/>
        </w:rPr>
        <w:t xml:space="preserve"> </w:t>
      </w:r>
      <w:r>
        <w:rPr>
          <w:b/>
          <w:bCs/>
        </w:rPr>
        <w:t xml:space="preserve">as they entered.</w:t>
      </w:r>
      <w:r>
        <w:br/>
      </w:r>
      <w:r>
        <w:t xml:space="preserve">    (a) in a hurried manner</w:t>
      </w:r>
      <w:r>
        <w:br/>
      </w:r>
      <w:r>
        <w:t xml:space="preserve">    (b) in a friendly manner</w:t>
      </w:r>
      <w:r>
        <w:br/>
      </w:r>
      <w:r>
        <w:t xml:space="preserve">    (c) in a clumsy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financial loan</w:t>
      </w:r>
      <w:r>
        <w:br/>
      </w:r>
      <w:r>
        <w:t xml:space="preserve">    (b) patience or tolerance</w:t>
      </w:r>
      <w:r>
        <w:br/>
      </w:r>
      <w:r>
        <w:t xml:space="preserve">    (c) family concerns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fugitive</w:t>
      </w:r>
      <w:r>
        <w:rPr>
          <w:b/>
          <w:bCs/>
        </w:rPr>
        <w:t xml:space="preserve"> </w:t>
      </w:r>
      <w:r>
        <w:rPr>
          <w:b/>
          <w:bCs/>
        </w:rPr>
        <w:t xml:space="preserve">fled to Venezuela.</w:t>
      </w:r>
      <w:r>
        <w:br/>
      </w:r>
      <w:r>
        <w:t xml:space="preserve">    (a) rebel</w:t>
      </w:r>
      <w:r>
        <w:br/>
      </w:r>
      <w:r>
        <w:t xml:space="preserve">    (b) person running from the law</w:t>
      </w:r>
      <w:r>
        <w:br/>
      </w:r>
      <w:r>
        <w:t xml:space="preserve">    (c) person on vacation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hope to take the ACT just once.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 will take it early, so there is time to study and take it again if my scores aren't high enough.</w:t>
      </w:r>
      <w:r>
        <w:br/>
      </w:r>
      <w:r>
        <w:t xml:space="preserve">    (a) also</w:t>
      </w:r>
      <w:r>
        <w:br/>
      </w:r>
      <w:r>
        <w:t xml:space="preserve">    (b) but</w:t>
      </w:r>
      <w:r>
        <w:br/>
      </w:r>
      <w:r>
        <w:t xml:space="preserve">    (c) 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we get there, the main thing is to be absolutely sure we're not late.</w:t>
      </w:r>
      <w:r>
        <w:br/>
      </w:r>
      <w:r>
        <w:t xml:space="preserve">    (a) to whatever degree</w:t>
      </w:r>
      <w:r>
        <w:br/>
      </w:r>
      <w:r>
        <w:t xml:space="preserve">    (b) even if in a non-standard manner</w:t>
      </w:r>
      <w:r>
        <w:br/>
      </w:r>
      <w:r>
        <w:t xml:space="preserve">    (c) whatever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ingratitude</w:t>
      </w:r>
      <w:r>
        <w:rPr>
          <w:b/>
          <w:bCs/>
        </w:rPr>
        <w:t xml:space="preserve"> </w:t>
      </w:r>
      <w:r>
        <w:rPr>
          <w:b/>
          <w:bCs/>
        </w:rPr>
        <w:t xml:space="preserve">shown by those who benefited from her kindness was a bitter reminder of the world's indifference.</w:t>
      </w:r>
      <w:r>
        <w:br/>
      </w:r>
      <w:r>
        <w:t xml:space="preserve">    (a) lack of gratefulness</w:t>
      </w:r>
      <w:r>
        <w:br/>
      </w:r>
      <w:r>
        <w:t xml:space="preserve">    (b) lack of ability</w:t>
      </w:r>
      <w:r>
        <w:br/>
      </w:r>
      <w:r>
        <w:t xml:space="preserve">    (c) lack of success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graduates have high college debt.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too many of them haven't found good-paying jobs.</w:t>
      </w:r>
      <w:r>
        <w:br/>
      </w:r>
      <w:r>
        <w:t xml:space="preserve">    (a) in contrast to that</w:t>
      </w:r>
      <w:r>
        <w:br/>
      </w:r>
      <w:r>
        <w:t xml:space="preserve">    (b) as a result of that</w:t>
      </w:r>
      <w:r>
        <w:br/>
      </w:r>
      <w:r>
        <w:t xml:space="preserve">    (c) in addition to that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didn't want to help, but I felt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obliged</w:t>
      </w:r>
      <w:r>
        <w:rPr>
          <w:b/>
          <w:bCs/>
        </w:rPr>
        <w:t xml:space="preserve"> </w:t>
      </w:r>
      <w:r>
        <w:rPr>
          <w:b/>
          <w:bCs/>
        </w:rPr>
        <w:t xml:space="preserve">because of our family connections.</w:t>
      </w:r>
      <w:r>
        <w:br/>
      </w:r>
      <w:r>
        <w:t xml:space="preserve">    (a) interested</w:t>
      </w:r>
      <w:r>
        <w:br/>
      </w:r>
      <w:r>
        <w:t xml:space="preserve">    (b) sad</w:t>
      </w:r>
      <w:r>
        <w:br/>
      </w:r>
      <w:r>
        <w:t xml:space="preserve">    (c) required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work environment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oppressive</w:t>
      </w:r>
      <w:r>
        <w:rPr>
          <w:b/>
          <w:bCs/>
        </w:rPr>
        <w:t xml:space="preserve">.</w:t>
      </w:r>
      <w:r>
        <w:br/>
      </w:r>
      <w:r>
        <w:t xml:space="preserve">    (a) harsh and unfair</w:t>
      </w:r>
      <w:r>
        <w:br/>
      </w:r>
      <w:r>
        <w:t xml:space="preserve">    (b) very important</w:t>
      </w:r>
      <w:r>
        <w:br/>
      </w:r>
      <w:r>
        <w:t xml:space="preserve">    (c) friendly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oppressed</w:t>
      </w:r>
      <w:r>
        <w:rPr>
          <w:b/>
          <w:bCs/>
        </w:rPr>
        <w:t xml:space="preserve"> </w:t>
      </w:r>
      <w:r>
        <w:rPr>
          <w:b/>
          <w:bCs/>
        </w:rPr>
        <w:t xml:space="preserve">by her insecurity.</w:t>
      </w:r>
      <w:r>
        <w:br/>
      </w:r>
      <w:r>
        <w:t xml:space="preserve">    (a) made uncomfortable (it weighs heavily on the spirit)</w:t>
      </w:r>
      <w:r>
        <w:br/>
      </w:r>
      <w:r>
        <w:t xml:space="preserve">    (b) laughed at or made fun of--while showing a lack of respect</w:t>
      </w:r>
      <w:r>
        <w:br/>
      </w:r>
      <w:r>
        <w:t xml:space="preserve">    (c) showed fear by positioning the body as though afraid of being hit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that country people who are gay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persecuted</w:t>
      </w:r>
      <w:r>
        <w:rPr>
          <w:b/>
          <w:bCs/>
        </w:rPr>
        <w:t xml:space="preserve"> </w:t>
      </w:r>
      <w:r>
        <w:rPr>
          <w:b/>
          <w:bCs/>
        </w:rPr>
        <w:t xml:space="preserve">by law.</w:t>
      </w:r>
      <w:r>
        <w:br/>
      </w:r>
      <w:r>
        <w:t xml:space="preserve">    (a) treated badly</w:t>
      </w:r>
      <w:r>
        <w:br/>
      </w:r>
      <w:r>
        <w:t xml:space="preserve">    (b) ignored</w:t>
      </w:r>
      <w:r>
        <w:br/>
      </w:r>
      <w:r>
        <w:t xml:space="preserve">    (c) forced to leave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Courage is dangerous without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prudence</w:t>
      </w:r>
      <w:r>
        <w:rPr>
          <w:b/>
          <w:bCs/>
        </w:rPr>
        <w:t xml:space="preserve">.</w:t>
      </w:r>
      <w:r>
        <w:br/>
      </w:r>
      <w:r>
        <w:t xml:space="preserve">    (a) good support</w:t>
      </w:r>
      <w:r>
        <w:br/>
      </w:r>
      <w:r>
        <w:t xml:space="preserve">    (b) good purpose</w:t>
      </w:r>
      <w:r>
        <w:br/>
      </w:r>
      <w:r>
        <w:t xml:space="preserve">    (c) good sense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lawyers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remonstrate</w:t>
      </w:r>
      <w:r>
        <w:rPr>
          <w:b/>
          <w:bCs/>
        </w:rPr>
        <w:t xml:space="preserve"> </w:t>
      </w:r>
      <w:r>
        <w:rPr>
          <w:b/>
          <w:bCs/>
        </w:rPr>
        <w:t xml:space="preserve">that we're starting without a written agreement, but we trust each other.</w:t>
      </w:r>
      <w:r>
        <w:br/>
      </w:r>
      <w:r>
        <w:t xml:space="preserve">    (a) promise</w:t>
      </w:r>
      <w:r>
        <w:br/>
      </w:r>
      <w:r>
        <w:t xml:space="preserve">    (b) explain</w:t>
      </w:r>
      <w:r>
        <w:br/>
      </w:r>
      <w:r>
        <w:t xml:space="preserve">    (c) protest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received an invoice for $100 for services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rendered</w:t>
      </w:r>
      <w:r>
        <w:rPr>
          <w:b/>
          <w:bCs/>
        </w:rPr>
        <w:t xml:space="preserve">.</w:t>
      </w:r>
      <w:r>
        <w:br/>
      </w:r>
      <w:r>
        <w:t xml:space="preserve">    (a) to be performed</w:t>
      </w:r>
      <w:r>
        <w:br/>
      </w:r>
      <w:r>
        <w:t xml:space="preserve">    (b) described in writing</w:t>
      </w:r>
      <w:r>
        <w:br/>
      </w:r>
      <w:r>
        <w:t xml:space="preserve">    (c) provided or supplied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disorder will eventually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</w:t>
      </w:r>
      <w:r>
        <w:rPr>
          <w:b/>
          <w:bCs/>
        </w:rPr>
        <w:t xml:space="preserve"> </w:t>
      </w:r>
      <w:r>
        <w:rPr>
          <w:b/>
          <w:bCs/>
        </w:rPr>
        <w:t xml:space="preserve">her paralyzed.</w:t>
      </w:r>
      <w:r>
        <w:br/>
      </w:r>
      <w:r>
        <w:t xml:space="preserve">    (a) make</w:t>
      </w:r>
      <w:r>
        <w:br/>
      </w:r>
      <w:r>
        <w:t xml:space="preserve">    (b) unmake</w:t>
      </w:r>
      <w:r>
        <w:br/>
      </w:r>
      <w:r>
        <w:t xml:space="preserve">    (c) compare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to never drink again.</w:t>
      </w:r>
      <w:r>
        <w:br/>
      </w:r>
      <w:r>
        <w:t xml:space="preserve">    (a) was encouraged</w:t>
      </w:r>
      <w:r>
        <w:br/>
      </w:r>
      <w:r>
        <w:t xml:space="preserve">    (b) firmly decided</w:t>
      </w:r>
      <w:r>
        <w:br/>
      </w:r>
      <w:r>
        <w:t xml:space="preserve">    (c) was forced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2026-07-31T15:29:31Z</dcterms:created>
  <dcterms:modified xsi:type="dcterms:W3CDTF">2026-07-31T15:29:31Z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