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9f10939511172ced56f196468ab2185a79f2c4"/>
    <w:p>
      <w:pPr>
        <w:pStyle w:val="Heading1"/>
      </w:pPr>
      <w:r>
        <w:rPr>
          <w:b/>
          <w:bCs/>
        </w:rPr>
        <w:t xml:space="preserve">Incidents in the Life of a Slave Girl</w:t>
      </w:r>
      <w:r>
        <w:br/>
      </w:r>
      <w:r>
        <w:rPr>
          <w:i/>
          <w:iCs/>
        </w:rPr>
        <w:t xml:space="preserve">Harriet Jacobs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this good grandmother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indebted</w:t>
      </w:r>
      <w:r>
        <w:rPr>
          <w:b/>
          <w:bCs/>
        </w:rPr>
        <w:t xml:space="preserve"> </w:t>
      </w:r>
      <w:r>
        <w:rPr>
          <w:b/>
          <w:bCs/>
        </w:rPr>
        <w:t xml:space="preserve">for many comforts.</w:t>
      </w:r>
      <w:r>
        <w:br/>
      </w:r>
      <w:r>
        <w:t xml:space="preserve">    (a) to be grateful for a favor; or to owe money; or to be in the position of owing a debt of gratitude</w:t>
      </w:r>
      <w:r>
        <w:br/>
      </w:r>
      <w:r>
        <w:t xml:space="preserve">    (b) the state or quality of expressing or displaying sexual activity or violence with detailed clarity</w:t>
      </w:r>
      <w:r>
        <w:br/>
      </w:r>
      <w:r>
        <w:t xml:space="preserve">    (c) influenced by personal belief, feelings, or preferences (rather than being based purely upon fact)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brief period of suspense, the will of my mistress was read, and we learned that she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to her sister's daughter, a child of five years old.</w:t>
      </w:r>
      <w:r>
        <w:br/>
      </w:r>
      <w:r>
        <w:t xml:space="preserve">    (a) guided or managed</w:t>
      </w:r>
      <w:r>
        <w:br/>
      </w:r>
      <w:r>
        <w:t xml:space="preserve">    (b) helped make clear</w:t>
      </w:r>
      <w:r>
        <w:br/>
      </w:r>
      <w:r>
        <w:t xml:space="preserve">    (c) give or pass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 day of sale came, she took her place among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chattels</w:t>
      </w:r>
      <w:r>
        <w:rPr>
          <w:b/>
          <w:bCs/>
        </w:rPr>
        <w:t xml:space="preserve">, and at the first call she sprang upon the auction-block.</w:t>
      </w:r>
      <w:r>
        <w:br/>
      </w:r>
      <w:r>
        <w:t xml:space="preserve">    (a) a central open spaces in buildings</w:t>
      </w:r>
      <w:r>
        <w:br/>
      </w:r>
      <w:r>
        <w:t xml:space="preserve">    (b) things that are tangible and owned</w:t>
      </w:r>
      <w:r>
        <w:br/>
      </w:r>
      <w:r>
        <w:t xml:space="preserve">    (c) acts of stopping a battle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 not resort to corporal punishment, but to all the petty, tyrannical ways that human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ingenuity</w:t>
      </w:r>
      <w:r>
        <w:rPr>
          <w:b/>
          <w:bCs/>
        </w:rPr>
        <w:t xml:space="preserve"> </w:t>
      </w:r>
      <w:r>
        <w:rPr>
          <w:b/>
          <w:bCs/>
        </w:rPr>
        <w:t xml:space="preserve">could devise.</w:t>
      </w:r>
      <w:r>
        <w:br/>
      </w:r>
      <w:r>
        <w:t xml:space="preserve">    (a) ability to solve problems in smart creative ways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the act, process, or instance of telling a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told her that when he was captured, he broke away, and was about casting himself into the river, when thoughts of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</w:rPr>
        <w:t xml:space="preserve">came over him, and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desisted</w:t>
      </w:r>
      <w:r>
        <w:rPr>
          <w:b/>
          <w:bCs/>
        </w:rPr>
        <w:t xml:space="preserve">.</w:t>
      </w:r>
      <w:r>
        <w:br/>
      </w:r>
      <w:r>
        <w:t xml:space="preserve">    (a) adapted</w:t>
      </w:r>
      <w:r>
        <w:br/>
      </w:r>
      <w:r>
        <w:t xml:space="preserve">    (b) stopped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turned to confront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, and behold, there stood his old master's next door neighbor!</w:t>
      </w:r>
      <w:r>
        <w:br/>
      </w:r>
      <w:r>
        <w:t xml:space="preserve">    (a) someone who changes something (upon review)</w:t>
      </w:r>
      <w:r>
        <w:br/>
      </w:r>
      <w:r>
        <w:t xml:space="preserve">    (b) someone who takes something on as their own</w:t>
      </w:r>
      <w:r>
        <w:br/>
      </w:r>
      <w:r>
        <w:t xml:space="preserve">    (c) someone who offers opposition or is hostile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 second wife, many years the junior of her husband; and the hoary-headed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miscreant</w:t>
      </w:r>
      <w:r>
        <w:rPr>
          <w:b/>
          <w:bCs/>
        </w:rPr>
        <w:t xml:space="preserve"> </w:t>
      </w:r>
      <w:r>
        <w:rPr>
          <w:b/>
          <w:bCs/>
        </w:rPr>
        <w:t xml:space="preserve">was enough to try the patience of a wiser and better woman.</w:t>
      </w:r>
      <w:r>
        <w:br/>
      </w:r>
      <w:r>
        <w:t xml:space="preserve">    (a) something (typically a statement) that disagrees with itself; or (more rarely) the act of disagreeing</w:t>
      </w:r>
      <w:r>
        <w:br/>
      </w:r>
      <w:r>
        <w:t xml:space="preserve">    (b) a person who behaves badly or breaks rules -- especially someone who commits crimes or acts immorally</w:t>
      </w:r>
      <w:r>
        <w:br/>
      </w:r>
      <w:r>
        <w:t xml:space="preserve">    (c) something made of the brownish metal with the same name -- such as a sculpture or a third place medal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this is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I get, you ungrateful girl!</w:t>
      </w:r>
      <w:r>
        <w:br/>
      </w:r>
      <w:r>
        <w:t xml:space="preserve">    (a) examine in detail to better understand</w:t>
      </w:r>
      <w:r>
        <w:br/>
      </w:r>
      <w:r>
        <w:t xml:space="preserve">    (b) compensate for a loss; or pay a reward</w:t>
      </w:r>
      <w:r>
        <w:br/>
      </w:r>
      <w:r>
        <w:t xml:space="preserve">    (c)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Report said that this young lady cherished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affection for a man who had resolved to marry for wealth.</w:t>
      </w:r>
      <w:r>
        <w:br/>
      </w:r>
      <w:r>
        <w:t xml:space="preserve">    (a) not aware of something</w:t>
      </w:r>
      <w:r>
        <w:br/>
      </w:r>
      <w:r>
        <w:t xml:space="preserve">    (b) consistent or the same</w:t>
      </w:r>
      <w:r>
        <w:br/>
      </w:r>
      <w:r>
        <w:t xml:space="preserve">    (c) not returned or repaid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slave girl is reared in an atmosphere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licentiousness</w:t>
      </w:r>
      <w:r>
        <w:rPr>
          <w:b/>
          <w:bCs/>
        </w:rPr>
        <w:t xml:space="preserve"> </w:t>
      </w:r>
      <w:r>
        <w:rPr>
          <w:b/>
          <w:bCs/>
        </w:rPr>
        <w:t xml:space="preserve">and fear.</w:t>
      </w:r>
      <w:r>
        <w:br/>
      </w:r>
      <w:r>
        <w:t xml:space="preserve">    (a) lacking a tendency to be full of thought</w:t>
      </w:r>
      <w:r>
        <w:br/>
      </w:r>
      <w:r>
        <w:t xml:space="preserve">    (b) of socially unacceptable sexual behavior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may have had religious principles inculcated by some pious mother or grandmother, or some good mistress; she may have a lover, whose good opinion and peace of mind are dear to her heart; or the profligate men who have power over her may be exceedingly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to her.</w:t>
      </w:r>
      <w:r>
        <w:br/>
      </w:r>
      <w:r>
        <w:t xml:space="preserve">    (a) extremely unpleasant, disgusting, dislikable, or worthy of hate</w:t>
      </w:r>
      <w:r>
        <w:br/>
      </w:r>
      <w:r>
        <w:t xml:space="preserve">    (b) not trustworthy, or improper, or attracting unwelcome attention</w:t>
      </w:r>
      <w:r>
        <w:br/>
      </w:r>
      <w:r>
        <w:t xml:space="preserve">    (c) the degree to which something is able to change or is different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shuddered; but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constrained</w:t>
      </w:r>
      <w:r>
        <w:rPr>
          <w:b/>
          <w:bCs/>
        </w:rPr>
        <w:t xml:space="preserve"> </w:t>
      </w:r>
      <w:r>
        <w:rPr>
          <w:b/>
          <w:bCs/>
        </w:rPr>
        <w:t xml:space="preserve">to listen, while he talked of his intention to give me a home of my own, and to make a lady of me.</w:t>
      </w:r>
      <w:r>
        <w:br/>
      </w:r>
      <w:r>
        <w:t xml:space="preserve">    (a) restricted; or lacking spontaneity</w:t>
      </w:r>
      <w:r>
        <w:br/>
      </w:r>
      <w:r>
        <w:t xml:space="preserve">    (b) not provided with investment funds</w:t>
      </w:r>
      <w:r>
        <w:br/>
      </w:r>
      <w:r>
        <w:t xml:space="preserve">    (c) stopped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keep myself pure; and, under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circumstances, I tried hard to preserve my self-respect; but I was struggling alone in the powerful grasp of the demon Slavery; and the monster proved too strong for me.</w:t>
      </w:r>
      <w:r>
        <w:br/>
      </w:r>
      <w:r>
        <w:t xml:space="preserve">    (a) working against one's interests</w:t>
      </w:r>
      <w:r>
        <w:br/>
      </w:r>
      <w:r>
        <w:t xml:space="preserve">    (b) poor ability to make a decision</w:t>
      </w:r>
      <w:r>
        <w:br/>
      </w:r>
      <w:r>
        <w:t xml:space="preserve">    (c) non-traditional or non-standard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seemed to be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facetious</w:t>
      </w:r>
      <w:r>
        <w:rPr>
          <w:b/>
          <w:bCs/>
        </w:rPr>
        <w:t xml:space="preserve"> </w:t>
      </w:r>
      <w:r>
        <w:rPr>
          <w:b/>
          <w:bCs/>
        </w:rPr>
        <w:t xml:space="preserve">mood, and I expected some jeers were coming.</w:t>
      </w:r>
      <w:r>
        <w:br/>
      </w:r>
      <w:r>
        <w:t xml:space="preserve">    (a) treating serious issues in a humorous way</w:t>
      </w:r>
      <w:r>
        <w:br/>
      </w:r>
      <w:r>
        <w:t xml:space="preserve">    (b) unable or difficult to meet and talk with</w:t>
      </w:r>
      <w:r>
        <w:br/>
      </w:r>
      <w:r>
        <w:t xml:space="preserve">    (c) without purpose, job, or natural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it likely Dr. Flint would do his utmost to taunt and insult him, and I was afraid my uncle might lose control of himself, and retort in some way that would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construed</w:t>
      </w:r>
      <w:r>
        <w:rPr>
          <w:b/>
          <w:bCs/>
        </w:rPr>
        <w:t xml:space="preserve"> </w:t>
      </w:r>
      <w:r>
        <w:rPr>
          <w:b/>
          <w:bCs/>
        </w:rPr>
        <w:t xml:space="preserve">into a punishable offence; and I was well aware that in court his word would not be taken against any white man's.</w:t>
      </w:r>
      <w:r>
        <w:br/>
      </w:r>
      <w:r>
        <w:t xml:space="preserve">    (a) a non-doctor who assisted a women in childbirth</w:t>
      </w:r>
      <w:r>
        <w:br/>
      </w:r>
      <w:r>
        <w:t xml:space="preserve">    (b) not controlled, prevented, or made less intense</w:t>
      </w:r>
      <w:r>
        <w:br/>
      </w:r>
      <w:r>
        <w:t xml:space="preserve">    (c) understood something to have a specific meaning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told my grandmother of it, when we had our next conference at the trap-door, and begged of her not to allow the children to be impertinent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irascible</w:t>
      </w:r>
      <w:r>
        <w:rPr>
          <w:b/>
          <w:bCs/>
        </w:rPr>
        <w:t xml:space="preserve"> </w:t>
      </w:r>
      <w:r>
        <w:rPr>
          <w:b/>
          <w:bCs/>
        </w:rPr>
        <w:t xml:space="preserve">old man.</w:t>
      </w:r>
      <w:r>
        <w:br/>
      </w:r>
      <w:r>
        <w:t xml:space="preserve">    (a) easily angered</w:t>
      </w:r>
      <w:r>
        <w:br/>
      </w:r>
      <w:r>
        <w:t xml:space="preserve">    (b) unable to find</w:t>
      </w:r>
      <w:r>
        <w:br/>
      </w:r>
      <w:r>
        <w:t xml:space="preserve">    (c) very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prevent this,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stupefied</w:t>
      </w:r>
      <w:r>
        <w:rPr>
          <w:b/>
          <w:bCs/>
        </w:rPr>
        <w:t xml:space="preserve"> </w:t>
      </w:r>
      <w:r>
        <w:rPr>
          <w:b/>
          <w:bCs/>
        </w:rPr>
        <w:t xml:space="preserve">me with drugs.</w:t>
      </w:r>
      <w:r>
        <w:br/>
      </w:r>
      <w:r>
        <w:t xml:space="preserve">    (a) made unable to think; or completely surprised</w:t>
      </w:r>
      <w:r>
        <w:br/>
      </w:r>
      <w:r>
        <w:t xml:space="preserve">    (b) donated a portion of one's income to a church</w:t>
      </w:r>
      <w:r>
        <w:br/>
      </w:r>
      <w:r>
        <w:t xml:space="preserve">    (c) caused to happen or occurred as a consequence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he had travelled through the Northern States and Canada; and though the abolitionists had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decoy</w:t>
      </w:r>
      <w:r>
        <w:rPr>
          <w:b/>
          <w:bCs/>
        </w:rPr>
        <w:t xml:space="preserve"> </w:t>
      </w:r>
      <w:r>
        <w:rPr>
          <w:b/>
          <w:bCs/>
        </w:rPr>
        <w:t xml:space="preserve">him away, they had never succeeded.</w:t>
      </w:r>
      <w:r>
        <w:br/>
      </w:r>
      <w:r>
        <w:t xml:space="preserve">    (a) provide investment funds for something -- such as a business</w:t>
      </w:r>
      <w:r>
        <w:br/>
      </w:r>
      <w:r>
        <w:t xml:space="preserve">    (b) someone or something used for trickery -- especially to lure</w:t>
      </w:r>
      <w:r>
        <w:br/>
      </w:r>
      <w:r>
        <w:t xml:space="preserve">    (c) point to differences between; or compare to show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stipulated</w:t>
      </w:r>
      <w:r>
        <w:rPr>
          <w:b/>
          <w:bCs/>
        </w:rPr>
        <w:t xml:space="preserve"> </w:t>
      </w:r>
      <w:r>
        <w:rPr>
          <w:b/>
          <w:bCs/>
        </w:rPr>
        <w:t xml:space="preserve">month expired, the necessity of passing up and down stairs frequently, caused my limbs to swell so painfully, that I became unable to perform my duties.</w:t>
      </w:r>
      <w:r>
        <w:br/>
      </w:r>
      <w:r>
        <w:t xml:space="preserve">    (a) corrupted or seduced from virtue, duty, or allegiance  OR  excessively drank, engaged in casual sex, and/or drug abuse while partying</w:t>
      </w:r>
      <w:r>
        <w:br/>
      </w:r>
      <w:r>
        <w:t xml:space="preserve">    (b) injured the ligaments of a joint by stretching them too far (ligaments are the tough, fibrous bands that connect bones across joints)</w:t>
      </w:r>
      <w:r>
        <w:br/>
      </w:r>
      <w:r>
        <w:t xml:space="preserve">    (c) to formally state -- such as a condition, or a requirement of a contract, or an opinion of a circumstance that has legal significance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letters from the City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Iniquity</w:t>
      </w:r>
      <w:r>
        <w:rPr>
          <w:b/>
          <w:bCs/>
        </w:rPr>
        <w:t xml:space="preserve">, addressed to me under an assumed name.</w:t>
      </w:r>
      <w:r>
        <w:br/>
      </w:r>
      <w:r>
        <w:t xml:space="preserve">    (a) set of laws</w:t>
      </w:r>
      <w:r>
        <w:br/>
      </w:r>
      <w:r>
        <w:t xml:space="preserve">    (b) immorality; or an immoral act</w:t>
      </w:r>
      <w:r>
        <w:br/>
      </w:r>
      <w:r>
        <w:t xml:space="preserve">    (c) long-accepted behavior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2026-07-31T15:29:32Z</dcterms:created>
  <dcterms:modified xsi:type="dcterms:W3CDTF">2026-07-31T15:29:32Z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