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0382d217ad8ea79cd197786a831dd7aa901d87"/>
    <w:p>
      <w:pPr>
        <w:pStyle w:val="Heading1"/>
      </w:pPr>
      <w:r>
        <w:rPr>
          <w:b/>
          <w:bCs/>
        </w:rPr>
        <w:t xml:space="preserve">In the Unlikely Event</w:t>
      </w:r>
      <w:r>
        <w:br/>
      </w:r>
      <w:r>
        <w:rPr>
          <w:i/>
          <w:iCs/>
        </w:rPr>
        <w:t xml:space="preserve">Judy Blume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lobbied</w:t>
      </w:r>
      <w:r>
        <w:rPr>
          <w:b/>
          <w:bCs/>
        </w:rPr>
        <w:t xml:space="preserve"> </w:t>
      </w:r>
      <w:r>
        <w:rPr>
          <w:b/>
          <w:bCs/>
        </w:rPr>
        <w:t xml:space="preserve">for a dog when she was a girl, when they'd lived on Westfield Avenue in a single-family house with a backyard, close to her father's shop, Ammerman's Fine Food Emporium.</w:t>
      </w:r>
      <w:r>
        <w:br/>
      </w:r>
      <w:r>
        <w:t xml:space="preserve">    (a) someone who is paid to influence legislation through persuasion of public officials</w:t>
      </w:r>
      <w:r>
        <w:br/>
      </w:r>
      <w:r>
        <w:t xml:space="preserve">    (b) thought of something as true or likely, even though it was not known with certainty</w:t>
      </w:r>
      <w:r>
        <w:br/>
      </w:r>
      <w:r>
        <w:t xml:space="preserve">    (c) paused to change how something is done -- often while reducing the use of resources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Irene had once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to Rusty she'd had the opportunity, when she was young, to marry into the family who'd started Volupte.</w:t>
      </w:r>
      <w:r>
        <w:br/>
      </w:r>
      <w:r>
        <w:t xml:space="preserve">    (a) placed trust (in someone) by talking about private things</w:t>
      </w:r>
      <w:r>
        <w:br/>
      </w:r>
      <w:r>
        <w:t xml:space="preserve">    (b) viewed in a certain way so as to form a belief or opinion</w:t>
      </w:r>
      <w:r>
        <w:br/>
      </w:r>
      <w:r>
        <w:t xml:space="preserve">    (c) made a decision or voiced an opinion by formal group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wonder Dana had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dissuade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taking the non-scheduled flight to Tampa, then Miami.</w:t>
      </w:r>
      <w:r>
        <w:br/>
      </w:r>
      <w:r>
        <w:t xml:space="preserve">    (a) to spread to other parts of the body</w:t>
      </w:r>
      <w:r>
        <w:br/>
      </w:r>
      <w:r>
        <w:t xml:space="preserve">    (b) move into position to work; or start</w:t>
      </w:r>
      <w:r>
        <w:br/>
      </w:r>
      <w:r>
        <w:t xml:space="preserve">    (c) persuade someone not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they started separating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, a few bodies, or parts of them, became distinguishable.</w:t>
      </w:r>
      <w:r>
        <w:br/>
      </w:r>
      <w:r>
        <w:t xml:space="preserve">    (a) the act of treating or preparing food in a way that keeps it from spoiling</w:t>
      </w:r>
      <w:r>
        <w:br/>
      </w:r>
      <w:r>
        <w:t xml:space="preserve">    (b) passages food and drink follow between the back of mouths and the stomachs</w:t>
      </w:r>
      <w:r>
        <w:br/>
      </w:r>
      <w:r>
        <w:t xml:space="preserve">    (c) pieces of something that has been destroyed; or trash that is lying around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owner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in Miami, where Ruby was heading, said there was no replacing Ruby.</w:t>
      </w:r>
      <w:r>
        <w:br/>
      </w:r>
      <w:r>
        <w:t xml:space="preserve">    (a) a person who wanders from town to town with no fixed home or job</w:t>
      </w:r>
      <w:r>
        <w:br/>
      </w:r>
      <w:r>
        <w:t xml:space="preserve">    (b) accept something undesired as unavoidable or the lesser of evils</w:t>
      </w:r>
      <w:r>
        <w:br/>
      </w:r>
      <w:r>
        <w:t xml:space="preserve">    (c) feel angry or unhappy about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active in the community, philanthropic, giving money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synagogues</w:t>
      </w:r>
      <w:r>
        <w:rPr>
          <w:b/>
          <w:bCs/>
        </w:rPr>
        <w:t xml:space="preserve"> </w:t>
      </w:r>
      <w:r>
        <w:rPr>
          <w:b/>
          <w:bCs/>
        </w:rPr>
        <w:t xml:space="preserve">and other Jewish charities.</w:t>
      </w:r>
      <w:r>
        <w:br/>
      </w:r>
      <w:r>
        <w:t xml:space="preserve">    (a) places where members of the Jewish faith worship</w:t>
      </w:r>
      <w:r>
        <w:br/>
      </w:r>
      <w:r>
        <w:t xml:space="preserve">    (b) images (seen on a mirror or other shiny surface)</w:t>
      </w:r>
      <w:r>
        <w:br/>
      </w:r>
      <w:r>
        <w:t xml:space="preserve">    (c) electronic components that act as one-way valves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Stewardess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 </w:t>
      </w:r>
      <w:r>
        <w:rPr>
          <w:b/>
          <w:bCs/>
        </w:rPr>
        <w:t xml:space="preserve">in Crash Warned Sister</w:t>
      </w:r>
      <w:r>
        <w:br/>
      </w:r>
      <w:r>
        <w:t xml:space="preserve">    (a) died, was destroyed, or ceased to exist</w:t>
      </w:r>
      <w:r>
        <w:br/>
      </w:r>
      <w:r>
        <w:t xml:space="preserve">    (b) examined in detail to better understand</w:t>
      </w:r>
      <w:r>
        <w:br/>
      </w:r>
      <w:r>
        <w:t xml:space="preserve">    (c) moved into position to work; or started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Ronald T. Stein was today named chairman of the Union County division of the Annual March of Dimes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Polio</w:t>
      </w:r>
      <w:r>
        <w:rPr>
          <w:b/>
          <w:bCs/>
        </w:rPr>
        <w:t xml:space="preserve"> </w:t>
      </w:r>
      <w:r>
        <w:rPr>
          <w:b/>
          <w:bCs/>
        </w:rPr>
        <w:t xml:space="preserve">Drive.</w:t>
      </w:r>
      <w:r>
        <w:br/>
      </w:r>
      <w:r>
        <w:t xml:space="preserve">    (a) viral disease that causes muscle paralysis</w:t>
      </w:r>
      <w:r>
        <w:br/>
      </w:r>
      <w:r>
        <w:t xml:space="preserve">    (b) bacteria that infects the respiratory system</w:t>
      </w:r>
      <w:r>
        <w:br/>
      </w:r>
      <w:r>
        <w:t xml:space="preserve">    (c) genetic disorder leading to weakened bones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WORLD MAY HAVE BEEN falling apart but at Dr. O's office everything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.</w:t>
      </w:r>
      <w:r>
        <w:br/>
      </w:r>
      <w:r>
        <w:t xml:space="preserve">    (a) calm and untroubled</w:t>
      </w:r>
      <w:r>
        <w:br/>
      </w:r>
      <w:r>
        <w:t xml:space="preserve">    (b) not done on purpose</w:t>
      </w:r>
      <w:r>
        <w:br/>
      </w:r>
      <w:r>
        <w:t xml:space="preserve">    (c) not straightforward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Gene Kelly had his appendix removed in Paris and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recuperating</w:t>
      </w:r>
      <w:r>
        <w:rPr>
          <w:b/>
          <w:bCs/>
        </w:rPr>
        <w:t xml:space="preserve"> </w:t>
      </w:r>
      <w:r>
        <w:rPr>
          <w:b/>
          <w:bCs/>
        </w:rPr>
        <w:t xml:space="preserve">in Switzerland.</w:t>
      </w:r>
      <w:r>
        <w:br/>
      </w:r>
      <w:r>
        <w:t xml:space="preserve">    (a) regaining health or strength</w:t>
      </w:r>
      <w:r>
        <w:br/>
      </w:r>
      <w:r>
        <w:t xml:space="preserve">    (b) subsequent (happening later)</w:t>
      </w:r>
      <w:r>
        <w:br/>
      </w:r>
      <w:r>
        <w:t xml:space="preserve">    (c) gradually adding or removing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days after the crash, a "Public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" meeting was held at City Hall, demanding authorities shut down Newark Airport.</w:t>
      </w:r>
      <w:r>
        <w:br/>
      </w:r>
      <w:r>
        <w:t xml:space="preserve">    (a) anger or annoyance at something unjust or wrong</w:t>
      </w:r>
      <w:r>
        <w:br/>
      </w:r>
      <w:r>
        <w:t xml:space="preserve">    (b) surprise as something unexpected</w:t>
      </w:r>
      <w:r>
        <w:br/>
      </w:r>
      <w:r>
        <w:t xml:space="preserve">    (c)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least they were doing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.</w:t>
      </w:r>
      <w:r>
        <w:br/>
      </w:r>
      <w:r>
        <w:t xml:space="preserve">    (a) good or beneficial</w:t>
      </w:r>
      <w:r>
        <w:br/>
      </w:r>
      <w:r>
        <w:t xml:space="preserve">    (b) not representative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Hard work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attitude paid off.</w:t>
      </w:r>
      <w:r>
        <w:br/>
      </w:r>
      <w:r>
        <w:t xml:space="preserve">    (a) not sensible or careful</w:t>
      </w:r>
      <w:r>
        <w:br/>
      </w:r>
      <w:r>
        <w:t xml:space="preserve">    (b) unable to get closer to</w:t>
      </w:r>
      <w:r>
        <w:br/>
      </w:r>
      <w:r>
        <w:t xml:space="preserve">    (c)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Yours, Dad (Mike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)</w:t>
      </w:r>
      <w:r>
        <w:br/>
      </w:r>
      <w:r>
        <w:t xml:space="preserve">    (a) a male member of a religious order typically living under vows of poverty, chastity, and obedience</w:t>
      </w:r>
      <w:r>
        <w:br/>
      </w:r>
      <w:r>
        <w:t xml:space="preserve">    (b) gradual destruction (of something previously established) -- such as a government, rule, or belief</w:t>
      </w:r>
      <w:r>
        <w:br/>
      </w:r>
      <w:r>
        <w:t xml:space="preserve">    (c) a system of government with a ruler who has absolute power -- especially one who abuses that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brushed out her hair, cut in a becoming style that never touched the collar of her suit jacket, and fastened her jaunty cap, which she had to leave on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flight, not that she minded.</w:t>
      </w:r>
      <w:r>
        <w:br/>
      </w:r>
      <w:r>
        <w:t xml:space="preserve">    (a) meticulousness (care about small details)</w:t>
      </w:r>
      <w:r>
        <w:br/>
      </w:r>
      <w:r>
        <w:t xml:space="preserve">    (b) the time during which something continues</w:t>
      </w:r>
      <w:r>
        <w:br/>
      </w:r>
      <w:r>
        <w:t xml:space="preserve">    (c) a particular understanding or explanation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never knew when the chief stewardess might show up to run a checklist, observing the dress and work habits of the girls,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evaluation</w:t>
      </w:r>
      <w:r>
        <w:rPr>
          <w:b/>
          <w:bCs/>
        </w:rPr>
        <w:t xml:space="preserve"> </w:t>
      </w:r>
      <w:r>
        <w:rPr>
          <w:b/>
          <w:bCs/>
        </w:rPr>
        <w:t xml:space="preserve">procedure most of them dreaded.</w:t>
      </w:r>
      <w:r>
        <w:br/>
      </w:r>
      <w:r>
        <w:t xml:space="preserve">    (a) an international boundary or a wilderness at the edge of a settled area</w:t>
      </w:r>
      <w:r>
        <w:br/>
      </w:r>
      <w:r>
        <w:t xml:space="preserve">    (b) the act of finding fault and telling others; or a description of faults</w:t>
      </w:r>
      <w:r>
        <w:br/>
      </w:r>
      <w:r>
        <w:t xml:space="preserve">    (c) the process of thinking carefully and making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principal he has a veto over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controversial</w:t>
      </w:r>
      <w:r>
        <w:rPr>
          <w:b/>
          <w:bCs/>
        </w:rPr>
        <w:t xml:space="preserve"> </w:t>
      </w:r>
      <w:r>
        <w:rPr>
          <w:b/>
          <w:bCs/>
        </w:rPr>
        <w:t xml:space="preserve">stories.</w:t>
      </w:r>
      <w:r>
        <w:br/>
      </w:r>
      <w:r>
        <w:t xml:space="preserve">    (a) not bouncing back light/heat/sound...</w:t>
      </w:r>
      <w:r>
        <w:br/>
      </w:r>
      <w:r>
        <w:t xml:space="preserve">    (b) tending to arouse strong disagreement</w:t>
      </w:r>
      <w:r>
        <w:br/>
      </w:r>
      <w:r>
        <w:t xml:space="preserve">    (c) expressing or arousing sensual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vetoed</w:t>
      </w:r>
      <w:r>
        <w:rPr>
          <w:b/>
          <w:bCs/>
        </w:rPr>
        <w:t xml:space="preserve"> </w:t>
      </w:r>
      <w:r>
        <w:rPr>
          <w:b/>
          <w:bCs/>
        </w:rPr>
        <w:t xml:space="preserve">it, said it was inflammatory.</w:t>
      </w:r>
      <w:r>
        <w:br/>
      </w:r>
      <w:r>
        <w:t xml:space="preserve">    (a) with rises and falls in pitch</w:t>
      </w:r>
      <w:r>
        <w:br/>
      </w:r>
      <w:r>
        <w:t xml:space="preserve">    (b) embarrassed or self-conscious</w:t>
      </w:r>
      <w:r>
        <w:br/>
      </w:r>
      <w:r>
        <w:t xml:space="preserve">    (c) blocked (prevented) an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Could it be caused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Communists</w:t>
      </w:r>
      <w:r>
        <w:rPr>
          <w:b/>
          <w:bCs/>
        </w:rPr>
        <w:t xml:space="preserve">?</w:t>
      </w:r>
      <w:r>
        <w:br/>
      </w:r>
      <w:r>
        <w:t xml:space="preserve">    (a) subatomic particles with negative charge that are found in all atoms and that act as the primary carrier of electricity</w:t>
      </w:r>
      <w:r>
        <w:br/>
      </w:r>
      <w:r>
        <w:t xml:space="preserve">    (b) people who suffer from psychosis (any severe mental disorder in which contact with reality is lost or highly distorted)</w:t>
      </w:r>
      <w:r>
        <w:br/>
      </w:r>
      <w:r>
        <w:t xml:space="preserve">    (c) people who support an economic system that abolishes private ownership of property with the goal of a classless society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I won't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expelled</w:t>
      </w:r>
      <w:r>
        <w:rPr>
          <w:b/>
          <w:bCs/>
        </w:rPr>
        <w:t xml:space="preserve">.</w:t>
      </w:r>
      <w:r>
        <w:br/>
      </w:r>
      <w:r>
        <w:t xml:space="preserve">    (a) forced out</w:t>
      </w:r>
      <w:r>
        <w:br/>
      </w:r>
      <w:r>
        <w:t xml:space="preserve">    (b) subtracted</w:t>
      </w:r>
      <w:r>
        <w:br/>
      </w:r>
      <w:r>
        <w:t xml:space="preserve">    (c) translated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2026-07-31T19:57:17Z</dcterms:created>
  <dcterms:modified xsi:type="dcterms:W3CDTF">2026-07-31T19:57:17Z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