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238e5fdbaa0b88e2cf699502ffffc887ef109f"/>
    <w:p>
      <w:pPr>
        <w:pStyle w:val="Heading1"/>
      </w:pPr>
      <w:r>
        <w:rPr>
          <w:b/>
          <w:bCs/>
        </w:rPr>
        <w:t xml:space="preserve">In Cold Blood</w:t>
      </w:r>
      <w:r>
        <w:br/>
      </w:r>
      <w:r>
        <w:rPr>
          <w:i/>
          <w:iCs/>
        </w:rPr>
        <w:t xml:space="preserve">Truman Capote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good at making a point in an interesting and memorable way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.</w:t>
      </w:r>
      <w:r>
        <w:br/>
      </w:r>
      <w:r>
        <w:t xml:space="preserve">    (a) short true story</w:t>
      </w:r>
      <w:r>
        <w:br/>
      </w:r>
      <w:r>
        <w:t xml:space="preserve">    (b) long boring lecture</w:t>
      </w:r>
      <w:r>
        <w:br/>
      </w:r>
      <w:r>
        <w:t xml:space="preserve">    (c) detailed research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continues</w:t>
      </w:r>
      <w:r>
        <w:br/>
      </w:r>
      <w:r>
        <w:t xml:space="preserve">    (b) gets nearer</w:t>
      </w:r>
      <w:r>
        <w:br/>
      </w:r>
      <w:r>
        <w:t xml:space="preserve">    (c) is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think about</w:t>
      </w:r>
      <w:r>
        <w:br/>
      </w:r>
      <w:r>
        <w:t xml:space="preserve">    (b) assign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circumference of the earth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24,900 miles at the equator.</w:t>
      </w:r>
      <w:r>
        <w:br/>
      </w:r>
      <w:r>
        <w:t xml:space="preserve">    (a) exactly</w:t>
      </w:r>
      <w:r>
        <w:br/>
      </w:r>
      <w:r>
        <w:t xml:space="preserve">    (b) commonly mistaken as</w:t>
      </w:r>
      <w:r>
        <w:br/>
      </w:r>
      <w:r>
        <w:t xml:space="preserve">    (c)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strengths</w:t>
      </w:r>
      <w:r>
        <w:br/>
      </w:r>
      <w:r>
        <w:t xml:space="preserve">    (b) characteristics</w:t>
      </w:r>
      <w:r>
        <w:br/>
      </w:r>
      <w:r>
        <w:t xml:space="preserve">    (c) weaknesses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raised voice</w:t>
      </w:r>
      <w:r>
        <w:br/>
      </w:r>
      <w:r>
        <w:t xml:space="preserve">    (b) shaky voice</w:t>
      </w:r>
      <w:r>
        <w:br/>
      </w:r>
      <w:r>
        <w:t xml:space="preserve">    (c) firm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jury did not know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defendant</w:t>
      </w:r>
      <w:r>
        <w:rPr>
          <w:b/>
          <w:bCs/>
        </w:rPr>
        <w:t xml:space="preserve"> </w:t>
      </w:r>
      <w:r>
        <w:rPr>
          <w:b/>
          <w:bCs/>
        </w:rPr>
        <w:t xml:space="preserve">had a long criminal history.</w:t>
      </w:r>
      <w:r>
        <w:br/>
      </w:r>
      <w:r>
        <w:t xml:space="preserve">    (a) person who is a witness</w:t>
      </w:r>
      <w:r>
        <w:br/>
      </w:r>
      <w:r>
        <w:t xml:space="preserve">    (b) person who is on trial</w:t>
      </w:r>
      <w:r>
        <w:br/>
      </w:r>
      <w:r>
        <w:t xml:space="preserve">    (c) person filing a complaint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dour</w:t>
      </w:r>
      <w:r>
        <w:rPr>
          <w:b/>
          <w:bCs/>
        </w:rPr>
        <w:t xml:space="preserve"> </w:t>
      </w:r>
      <w:r>
        <w:rPr>
          <w:b/>
          <w:bCs/>
        </w:rPr>
        <w:t xml:space="preserve">guard frowned at every joke and ordered the students to be quiet.</w:t>
      </w:r>
      <w:r>
        <w:br/>
      </w:r>
      <w:r>
        <w:t xml:space="preserve">    (a) grim and unfriendly</w:t>
      </w:r>
      <w:r>
        <w:br/>
      </w:r>
      <w:r>
        <w:t xml:space="preserve">    (b) cheerful and playful</w:t>
      </w:r>
      <w:r>
        <w:br/>
      </w:r>
      <w:r>
        <w:t xml:space="preserve">    (c) confused and lost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increase</w:t>
      </w:r>
      <w:r>
        <w:br/>
      </w:r>
      <w:r>
        <w:t xml:space="preserve">    (b) create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minimizing</w:t>
      </w:r>
      <w:r>
        <w:br/>
      </w:r>
      <w:r>
        <w:t xml:space="preserve">    (b) exaggerating</w:t>
      </w:r>
      <w:r>
        <w:br/>
      </w:r>
      <w:r>
        <w:t xml:space="preserve">    (c) showing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theorized</w:t>
      </w:r>
      <w:r>
        <w:br/>
      </w:r>
      <w:r>
        <w:t xml:space="preserve">    (b) disbelieved</w:t>
      </w:r>
      <w:r>
        <w:br/>
      </w:r>
      <w:r>
        <w:t xml:space="preserve">    (c) fantasized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.</w:t>
      </w:r>
      <w:r>
        <w:br/>
      </w:r>
      <w:r>
        <w:t xml:space="preserve">    (a) permissive (not strict)</w:t>
      </w:r>
      <w:r>
        <w:br/>
      </w:r>
      <w:r>
        <w:t xml:space="preserve">    (b) authoritarian (overly strict)</w:t>
      </w:r>
      <w:r>
        <w:br/>
      </w:r>
      <w:r>
        <w:t xml:space="preserve">    (c) concerned or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as a result of that</w:t>
      </w:r>
      <w:r>
        <w:br/>
      </w:r>
      <w:r>
        <w:t xml:space="preserve">    (b) in contrast to that</w:t>
      </w:r>
      <w:r>
        <w:br/>
      </w:r>
      <w:r>
        <w:t xml:space="preserve">    (c) in addition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technique</w:t>
      </w:r>
      <w:r>
        <w:br/>
      </w:r>
      <w:r>
        <w:t xml:space="preserve">    (b) reason</w:t>
      </w:r>
      <w:r>
        <w:br/>
      </w:r>
      <w:r>
        <w:t xml:space="preserve">    (c) excuse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in addition</w:t>
      </w:r>
      <w:r>
        <w:br/>
      </w:r>
      <w:r>
        <w:t xml:space="preserve">    (b) also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imprisoned for life without the possibility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parole</w:t>
      </w:r>
      <w:r>
        <w:rPr>
          <w:b/>
          <w:bCs/>
        </w:rPr>
        <w:t xml:space="preserve">.</w:t>
      </w:r>
      <w:r>
        <w:br/>
      </w:r>
      <w:r>
        <w:t xml:space="preserve">    (a) early release from prison</w:t>
      </w:r>
      <w:r>
        <w:br/>
      </w:r>
      <w:r>
        <w:t xml:space="preserve">    (b) appeal to a higher court</w:t>
      </w:r>
      <w:r>
        <w:br/>
      </w:r>
      <w:r>
        <w:t xml:space="preserve">    (c) transfer to a new prison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pawn shop</w:t>
      </w:r>
      <w:r>
        <w:rPr>
          <w:b/>
          <w:bCs/>
        </w:rPr>
        <w:t xml:space="preserve"> </w:t>
      </w:r>
      <w:r>
        <w:rPr>
          <w:b/>
          <w:bCs/>
        </w:rPr>
        <w:t xml:space="preserve">wanted to charge too much interest.</w:t>
      </w:r>
      <w:r>
        <w:br/>
      </w:r>
      <w:r>
        <w:t xml:space="preserve">    (a) a lender that does all business over the internet</w:t>
      </w:r>
      <w:r>
        <w:br/>
      </w:r>
      <w:r>
        <w:t xml:space="preserve">    (b) a lender that holds personal property as collateral</w:t>
      </w:r>
      <w:r>
        <w:br/>
      </w:r>
      <w:r>
        <w:t xml:space="preserve">    (c) a shop that sells household goods via monthly payments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Successful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pragmatists</w:t>
      </w:r>
      <w:r>
        <w:rPr>
          <w:b/>
          <w:bCs/>
        </w:rPr>
        <w:t xml:space="preserve">. Compromise is built into the system.</w:t>
      </w:r>
      <w:r>
        <w:br/>
      </w:r>
      <w:r>
        <w:t xml:space="preserve">    (a) personable</w:t>
      </w:r>
      <w:r>
        <w:br/>
      </w:r>
      <w:r>
        <w:t xml:space="preserve">    (b) practical</w:t>
      </w:r>
      <w:r>
        <w:br/>
      </w:r>
      <w:r>
        <w:t xml:space="preserve">    (c) busy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results of the initial investigation were unclear, but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subsequent</w:t>
      </w:r>
      <w:r>
        <w:rPr>
          <w:b/>
          <w:bCs/>
        </w:rPr>
        <w:t xml:space="preserve"> </w:t>
      </w:r>
      <w:r>
        <w:rPr>
          <w:b/>
          <w:bCs/>
        </w:rPr>
        <w:t xml:space="preserve">investigation concluded that she used good judgment.</w:t>
      </w:r>
      <w:r>
        <w:br/>
      </w:r>
      <w:r>
        <w:t xml:space="preserve">    (a) official</w:t>
      </w:r>
      <w:r>
        <w:br/>
      </w:r>
      <w:r>
        <w:t xml:space="preserve">    (b) thorough</w:t>
      </w:r>
      <w:r>
        <w:br/>
      </w:r>
      <w:r>
        <w:t xml:space="preserve">    (c) following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testified</w:t>
      </w:r>
      <w:r>
        <w:rPr>
          <w:b/>
          <w:bCs/>
        </w:rPr>
        <w:t xml:space="preserve"> </w:t>
      </w:r>
      <w:r>
        <w:rPr>
          <w:b/>
          <w:bCs/>
        </w:rPr>
        <w:t xml:space="preserve">that he struck her.</w:t>
      </w:r>
      <w:r>
        <w:br/>
      </w:r>
      <w:r>
        <w:t xml:space="preserve">    (a) said</w:t>
      </w:r>
      <w:r>
        <w:br/>
      </w:r>
      <w:r>
        <w:t xml:space="preserve">    (b) lied</w:t>
      </w:r>
      <w:r>
        <w:br/>
      </w:r>
      <w:r>
        <w:t xml:space="preserve">    (c) hid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2026-07-31T15:28:51Z</dcterms:created>
  <dcterms:modified xsi:type="dcterms:W3CDTF">2026-07-31T15:28:51Z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