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06212407ab5976120b62974b6f442e005710e52"/>
    <w:p>
      <w:pPr>
        <w:pStyle w:val="Heading1"/>
      </w:pPr>
      <w:r>
        <w:rPr>
          <w:b/>
          <w:bCs/>
        </w:rPr>
        <w:t xml:space="preserve">In Cold Blood</w:t>
      </w:r>
      <w:r>
        <w:br/>
      </w:r>
      <w:r>
        <w:rPr>
          <w:i/>
          <w:iCs/>
        </w:rPr>
        <w:t xml:space="preserve">Truman Capote</w:t>
      </w:r>
      <w:r>
        <w:br/>
      </w:r>
      <w:r>
        <w:rPr>
          <w:b/>
          <w:bCs/>
        </w:rPr>
        <w:t xml:space="preserve">Extra Credit Vocabulary Preview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  <w:u w:val="single"/>
        </w:rPr>
        <w:t xml:space="preserve">Amnesia</w:t>
      </w:r>
      <w:r>
        <w:rPr>
          <w:b/>
          <w:bCs/>
        </w:rPr>
        <w:t xml:space="preserve"> </w:t>
      </w:r>
      <w:r>
        <w:rPr>
          <w:b/>
          <w:bCs/>
        </w:rPr>
        <w:t xml:space="preserve">is much more common in the movies than it is in life.</w:t>
      </w:r>
      <w:r>
        <w:br/>
      </w:r>
      <w:r>
        <w:t xml:space="preserve">    (a) a minor gunshot wound</w:t>
      </w:r>
      <w:r>
        <w:br/>
      </w:r>
      <w:r>
        <w:t xml:space="preserve">    (b) love at first sight</w:t>
      </w:r>
      <w:r>
        <w:br/>
      </w:r>
      <w:r>
        <w:t xml:space="preserve">    (c) loss of memory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old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ballad</w:t>
      </w:r>
      <w:r>
        <w:rPr>
          <w:b/>
          <w:bCs/>
        </w:rPr>
        <w:t xml:space="preserve"> </w:t>
      </w:r>
      <w:r>
        <w:rPr>
          <w:b/>
          <w:bCs/>
        </w:rPr>
        <w:t xml:space="preserve">told the tragic tale of two lovers separated by war.</w:t>
      </w:r>
      <w:r>
        <w:br/>
      </w:r>
      <w:r>
        <w:t xml:space="preserve">    (a) dramatic performance on stage</w:t>
      </w:r>
      <w:r>
        <w:br/>
      </w:r>
      <w:r>
        <w:t xml:space="preserve">    (b) song that tells a story</w:t>
      </w:r>
      <w:r>
        <w:br/>
      </w:r>
      <w:r>
        <w:t xml:space="preserve">    (c) traditional short story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Their offices are housed in an imposing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edifice</w:t>
      </w:r>
      <w:r>
        <w:rPr>
          <w:b/>
          <w:bCs/>
        </w:rPr>
        <w:t xml:space="preserve">.</w:t>
      </w:r>
      <w:r>
        <w:br/>
      </w:r>
      <w:r>
        <w:t xml:space="preserve">    (a) building</w:t>
      </w:r>
      <w:r>
        <w:br/>
      </w:r>
      <w:r>
        <w:t xml:space="preserve">    (b) color</w:t>
      </w:r>
      <w:r>
        <w:br/>
      </w:r>
      <w:r>
        <w:t xml:space="preserve">    (c) neighborhood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Tolkien referred to his</w:t>
      </w:r>
      <w:r>
        <w:rPr>
          <w:b/>
          <w:bCs/>
        </w:rPr>
        <w:t xml:space="preserve"> </w:t>
      </w:r>
      <w:r>
        <w:rPr>
          <w:b/>
          <w:bCs/>
          <w:i/>
          <w:iCs/>
        </w:rPr>
        <w:t xml:space="preserve">Lord of the Rings</w:t>
      </w:r>
      <w:r>
        <w:rPr>
          <w:b/>
          <w:bCs/>
        </w:rPr>
        <w:t xml:space="preserve"> </w:t>
      </w:r>
      <w:r>
        <w:rPr>
          <w:b/>
          <w:bCs/>
        </w:rPr>
        <w:t xml:space="preserve">character, Gandalf, as an</w:t>
      </w:r>
      <w:r>
        <w:rPr>
          <w:b/>
          <w:bCs/>
        </w:rPr>
        <w:t xml:space="preserve"> </w:t>
      </w:r>
      <w:r>
        <w:rPr>
          <w:b/>
          <w:bCs/>
          <w:i/>
          <w:iCs/>
        </w:rPr>
        <w:t xml:space="preserve">angel</w:t>
      </w:r>
      <w:r>
        <w:rPr>
          <w:b/>
          <w:bCs/>
          <w:i/>
          <w:iCs/>
        </w:rPr>
        <w:t xml:space="preserve"> </w:t>
      </w:r>
      <w:r>
        <w:rPr>
          <w:b/>
          <w:bCs/>
          <w:i/>
          <w:iCs/>
          <w:u w:val="single"/>
        </w:rPr>
        <w:t xml:space="preserve">incarnate</w:t>
      </w:r>
      <w:r>
        <w:rPr>
          <w:b/>
          <w:bCs/>
        </w:rPr>
        <w:t xml:space="preserve">.</w:t>
      </w:r>
      <w:r>
        <w:br/>
      </w:r>
      <w:r>
        <w:t xml:space="preserve">    (a) in a human body</w:t>
      </w:r>
      <w:r>
        <w:br/>
      </w:r>
      <w:r>
        <w:t xml:space="preserve">    (b) in evil surroundings</w:t>
      </w:r>
      <w:r>
        <w:br/>
      </w:r>
      <w:r>
        <w:t xml:space="preserve">    (c) in training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They sued the manufacturer, demanding to be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indemnified</w:t>
      </w:r>
      <w:r>
        <w:rPr>
          <w:b/>
          <w:bCs/>
        </w:rPr>
        <w:t xml:space="preserve"> </w:t>
      </w:r>
      <w:r>
        <w:rPr>
          <w:b/>
          <w:bCs/>
        </w:rPr>
        <w:t xml:space="preserve">for their medical costs.</w:t>
      </w:r>
      <w:r>
        <w:br/>
      </w:r>
      <w:r>
        <w:t xml:space="preserve">    (a) protected or compensated</w:t>
      </w:r>
      <w:r>
        <w:br/>
      </w:r>
      <w:r>
        <w:t xml:space="preserve">    (b) embarrassed or self-conscious</w:t>
      </w:r>
      <w:r>
        <w:br/>
      </w:r>
      <w:r>
        <w:t xml:space="preserve">    (c) with rises and falls in pitch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effect of music 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ineffable</w:t>
      </w:r>
      <w:r>
        <w:rPr>
          <w:b/>
          <w:bCs/>
        </w:rPr>
        <w:t xml:space="preserve"> </w:t>
      </w:r>
      <w:r>
        <w:rPr>
          <w:b/>
          <w:bCs/>
        </w:rPr>
        <w:t xml:space="preserve">because we can't understand how it resonates within us.</w:t>
      </w:r>
      <w:r>
        <w:br/>
      </w:r>
      <w:r>
        <w:t xml:space="preserve">    (a) not important</w:t>
      </w:r>
      <w:r>
        <w:br/>
      </w:r>
      <w:r>
        <w:t xml:space="preserve">    (b) indescribable</w:t>
      </w:r>
      <w:r>
        <w:br/>
      </w:r>
      <w:r>
        <w:t xml:space="preserve">    (c) forgettable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hilltop fortress looked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invulnerable</w:t>
      </w:r>
      <w:r>
        <w:rPr>
          <w:b/>
          <w:bCs/>
        </w:rPr>
        <w:t xml:space="preserve"> </w:t>
      </w:r>
      <w:r>
        <w:rPr>
          <w:b/>
          <w:bCs/>
        </w:rPr>
        <w:t xml:space="preserve">behind its cliffs and thick walls.</w:t>
      </w:r>
      <w:r>
        <w:br/>
      </w:r>
      <w:r>
        <w:t xml:space="preserve">    (a) unable to be harmed</w:t>
      </w:r>
      <w:r>
        <w:br/>
      </w:r>
      <w:r>
        <w:t xml:space="preserve">    (b) likely to surrender</w:t>
      </w:r>
      <w:r>
        <w:br/>
      </w:r>
      <w:r>
        <w:t xml:space="preserve">    (c) easy to attack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am trying to avoid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litigation</w:t>
      </w:r>
      <w:r>
        <w:rPr>
          <w:b/>
          <w:bCs/>
        </w:rPr>
        <w:t xml:space="preserve">.</w:t>
      </w:r>
      <w:r>
        <w:br/>
      </w:r>
      <w:r>
        <w:t xml:space="preserve">    (a) the process of a engaging in a lawsuit</w:t>
      </w:r>
      <w:r>
        <w:br/>
      </w:r>
      <w:r>
        <w:t xml:space="preserve">    (b) feelings of respect and reverence</w:t>
      </w:r>
      <w:r>
        <w:br/>
      </w:r>
      <w:r>
        <w:t xml:space="preserve">    (c) close friendship amongst a group of people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test for bacterial infection came back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negative</w:t>
      </w:r>
      <w:r>
        <w:rPr>
          <w:b/>
          <w:bCs/>
        </w:rPr>
        <w:t xml:space="preserve">.</w:t>
      </w:r>
      <w:r>
        <w:br/>
      </w:r>
      <w:r>
        <w:t xml:space="preserve">    (a) not having found the condition to be present</w:t>
      </w:r>
      <w:r>
        <w:br/>
      </w:r>
      <w:r>
        <w:t xml:space="preserve">    (b) bad or harmful</w:t>
      </w:r>
      <w:r>
        <w:br/>
      </w:r>
      <w:r>
        <w:t xml:space="preserve">    (c) pessimistic or disagreeable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My apology did not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pacify</w:t>
      </w:r>
      <w:r>
        <w:rPr>
          <w:b/>
          <w:bCs/>
        </w:rPr>
        <w:t xml:space="preserve"> </w:t>
      </w:r>
      <w:r>
        <w:rPr>
          <w:b/>
          <w:bCs/>
        </w:rPr>
        <w:t xml:space="preserve">her.</w:t>
      </w:r>
      <w:r>
        <w:br/>
      </w:r>
      <w:r>
        <w:t xml:space="preserve">    (a) interest</w:t>
      </w:r>
      <w:r>
        <w:br/>
      </w:r>
      <w:r>
        <w:t xml:space="preserve">    (b) make sense to</w:t>
      </w:r>
      <w:r>
        <w:br/>
      </w:r>
      <w:r>
        <w:t xml:space="preserve">    (c) calm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patient's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pallid</w:t>
      </w:r>
      <w:r>
        <w:rPr>
          <w:b/>
          <w:bCs/>
        </w:rPr>
        <w:t xml:space="preserve"> </w:t>
      </w:r>
      <w:r>
        <w:rPr>
          <w:b/>
          <w:bCs/>
        </w:rPr>
        <w:t xml:space="preserve">complexion alarmed the nurse on duty.</w:t>
      </w:r>
      <w:r>
        <w:br/>
      </w:r>
      <w:r>
        <w:t xml:space="preserve">    (a) unhealthily pale</w:t>
      </w:r>
      <w:r>
        <w:br/>
      </w:r>
      <w:r>
        <w:t xml:space="preserve">    (b) deeply flushed</w:t>
      </w:r>
      <w:r>
        <w:br/>
      </w:r>
      <w:r>
        <w:t xml:space="preserve">    (c) heavily wrinkled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seeks immortality through her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progeny</w:t>
      </w:r>
      <w:r>
        <w:rPr>
          <w:b/>
          <w:bCs/>
        </w:rPr>
        <w:t xml:space="preserve">.</w:t>
      </w:r>
      <w:r>
        <w:br/>
      </w:r>
      <w:r>
        <w:t xml:space="preserve">    (a) scientific research</w:t>
      </w:r>
      <w:r>
        <w:br/>
      </w:r>
      <w:r>
        <w:t xml:space="preserve">    (b) children and their descendants</w:t>
      </w:r>
      <w:r>
        <w:br/>
      </w:r>
      <w:r>
        <w:t xml:space="preserve">    (c) move to an afterlife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pugnacious</w:t>
      </w:r>
      <w:r>
        <w:rPr>
          <w:b/>
          <w:bCs/>
        </w:rPr>
        <w:t xml:space="preserve"> </w:t>
      </w:r>
      <w:r>
        <w:rPr>
          <w:b/>
          <w:bCs/>
        </w:rPr>
        <w:t xml:space="preserve">Congressman was in no mood to compromise.</w:t>
      </w:r>
      <w:r>
        <w:br/>
      </w:r>
      <w:r>
        <w:t xml:space="preserve">    (a) ineffective or bad</w:t>
      </w:r>
      <w:r>
        <w:br/>
      </w:r>
      <w:r>
        <w:t xml:space="preserve">    (b) quick to fight or argue</w:t>
      </w:r>
      <w:r>
        <w:br/>
      </w:r>
      <w:r>
        <w:t xml:space="preserve">    (c) effective or good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At the time, it was an emergency. There was no time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quibble</w:t>
      </w:r>
      <w:r>
        <w:rPr>
          <w:b/>
          <w:bCs/>
        </w:rPr>
        <w:t xml:space="preserve"> </w:t>
      </w:r>
      <w:r>
        <w:rPr>
          <w:b/>
          <w:bCs/>
        </w:rPr>
        <w:t xml:space="preserve">over details.</w:t>
      </w:r>
      <w:r>
        <w:br/>
      </w:r>
      <w:r>
        <w:t xml:space="preserve">    (a) argue (about unimportant things)</w:t>
      </w:r>
      <w:r>
        <w:br/>
      </w:r>
      <w:r>
        <w:t xml:space="preserve">    (b) analyze or analysis</w:t>
      </w:r>
      <w:r>
        <w:br/>
      </w:r>
      <w:r>
        <w:t xml:space="preserve">    (c) be distressed or distress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added some Gershwin to her piano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repertoire</w:t>
      </w:r>
      <w:r>
        <w:rPr>
          <w:b/>
          <w:bCs/>
        </w:rPr>
        <w:t xml:space="preserve">.</w:t>
      </w:r>
      <w:r>
        <w:br/>
      </w:r>
      <w:r>
        <w:t xml:space="preserve">    (a) capabilities</w:t>
      </w:r>
      <w:r>
        <w:br/>
      </w:r>
      <w:r>
        <w:t xml:space="preserve">    (b) favorites</w:t>
      </w:r>
      <w:r>
        <w:br/>
      </w:r>
      <w:r>
        <w:t xml:space="preserve">    (c) recordings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Even among friends, Lena was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reticent</w:t>
      </w:r>
      <w:r>
        <w:rPr>
          <w:b/>
          <w:bCs/>
        </w:rPr>
        <w:t xml:space="preserve"> </w:t>
      </w:r>
      <w:r>
        <w:rPr>
          <w:b/>
          <w:bCs/>
        </w:rPr>
        <w:t xml:space="preserve">about her plans.</w:t>
      </w:r>
      <w:r>
        <w:br/>
      </w:r>
      <w:r>
        <w:t xml:space="preserve">    (a) ready to celebrate</w:t>
      </w:r>
      <w:r>
        <w:br/>
      </w:r>
      <w:r>
        <w:t xml:space="preserve">    (b) not willing to talk</w:t>
      </w:r>
      <w:r>
        <w:br/>
      </w:r>
      <w:r>
        <w:t xml:space="preserve">    (c) eager to argue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Each of the poem's four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stanzas</w:t>
      </w:r>
      <w:r>
        <w:rPr>
          <w:b/>
          <w:bCs/>
        </w:rPr>
        <w:t xml:space="preserve"> </w:t>
      </w:r>
      <w:r>
        <w:rPr>
          <w:b/>
          <w:bCs/>
        </w:rPr>
        <w:t xml:space="preserve">tells part of the story.</w:t>
      </w:r>
      <w:r>
        <w:br/>
      </w:r>
      <w:r>
        <w:t xml:space="preserve">    (a) titles</w:t>
      </w:r>
      <w:r>
        <w:br/>
      </w:r>
      <w:r>
        <w:t xml:space="preserve">    (b) verses</w:t>
      </w:r>
      <w:r>
        <w:br/>
      </w:r>
      <w:r>
        <w:t xml:space="preserve">    (c) rhymes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previews are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tantalizing</w:t>
      </w:r>
      <w:r>
        <w:rPr>
          <w:b/>
          <w:bCs/>
        </w:rPr>
        <w:t xml:space="preserve">.</w:t>
      </w:r>
      <w:r>
        <w:br/>
      </w:r>
      <w:r>
        <w:t xml:space="preserve">    (a) causing disappointment</w:t>
      </w:r>
      <w:r>
        <w:br/>
      </w:r>
      <w:r>
        <w:t xml:space="preserve">    (b) misleading</w:t>
      </w:r>
      <w:r>
        <w:br/>
      </w:r>
      <w:r>
        <w:t xml:space="preserve">    (c) arousing interest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was 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unwitting</w:t>
      </w:r>
      <w:r>
        <w:rPr>
          <w:b/>
          <w:bCs/>
        </w:rPr>
        <w:t xml:space="preserve"> </w:t>
      </w:r>
      <w:r>
        <w:rPr>
          <w:b/>
          <w:bCs/>
        </w:rPr>
        <w:t xml:space="preserve">accomplice in the crime.</w:t>
      </w:r>
      <w:r>
        <w:br/>
      </w:r>
      <w:r>
        <w:t xml:space="preserve">    (a) unintentional</w:t>
      </w:r>
      <w:r>
        <w:br/>
      </w:r>
      <w:r>
        <w:t xml:space="preserve">    (b) unimportant</w:t>
      </w:r>
      <w:r>
        <w:br/>
      </w:r>
      <w:r>
        <w:t xml:space="preserve">    (c) unkind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Police used to be allowed to use their discretion in deciding whether to arrest any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vagrant</w:t>
      </w:r>
      <w:r>
        <w:rPr>
          <w:b/>
          <w:bCs/>
        </w:rPr>
        <w:t xml:space="preserve">.</w:t>
      </w:r>
      <w:r>
        <w:br/>
      </w:r>
      <w:r>
        <w:t xml:space="preserve">    (a) person who used recreational drugs</w:t>
      </w:r>
      <w:r>
        <w:br/>
      </w:r>
      <w:r>
        <w:t xml:space="preserve">    (b) someone who is visiting from out-of-town</w:t>
      </w:r>
      <w:r>
        <w:br/>
      </w:r>
      <w:r>
        <w:t xml:space="preserve">    (c) impoverished person without a home or job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2026-07-31T15:28:51Z</dcterms:created>
  <dcterms:modified xsi:type="dcterms:W3CDTF">2026-07-31T15:28:51Z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