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8f842533f6ec37f78c843b7a371f26cb658fa0"/>
    <w:p>
      <w:pPr>
        <w:pStyle w:val="Heading1"/>
      </w:pPr>
      <w:r>
        <w:rPr>
          <w:b/>
          <w:bCs/>
        </w:rPr>
        <w:t xml:space="preserve">Immortal in Death</w:t>
      </w:r>
      <w:r>
        <w:br/>
      </w:r>
      <w:r>
        <w:rPr>
          <w:i/>
          <w:iCs/>
        </w:rPr>
        <w:t xml:space="preserve">J. D. Robb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clutching in her stomach came back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as she stared at the window display with its feathers and beads and dyed rubber unisuits.</w:t>
      </w:r>
      <w:r>
        <w:br/>
      </w:r>
      <w:r>
        <w:t xml:space="preserve">    (a) very important</w:t>
      </w:r>
      <w:r>
        <w:br/>
      </w:r>
      <w:r>
        <w:t xml:space="preserve">    (b) with intensity</w:t>
      </w:r>
      <w:r>
        <w:br/>
      </w:r>
      <w:r>
        <w:t xml:space="preserve">    (c) available cash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younger woman has love on her side, but even that isn't a match for the strength of Pandora's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.</w:t>
      </w:r>
      <w:r>
        <w:br/>
      </w:r>
      <w:r>
        <w:t xml:space="preserve">    (a) something made from parts</w:t>
      </w:r>
      <w:r>
        <w:br/>
      </w:r>
      <w:r>
        <w:t xml:space="preserve">    (b) something that stands out</w:t>
      </w:r>
      <w:r>
        <w:br/>
      </w:r>
      <w:r>
        <w:t xml:space="preserve">    (c) the act of taking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, she took off...</w:t>
      </w:r>
      <w:r>
        <w:br/>
      </w:r>
      <w:r>
        <w:t xml:space="preserve">    (a) having accepted something unpleasant as unavoidable</w:t>
      </w:r>
      <w:r>
        <w:br/>
      </w:r>
      <w:r>
        <w:t xml:space="preserve">    (b) to be or to become used to (adapted to and with an expectation of)</w:t>
      </w:r>
      <w:r>
        <w:br/>
      </w:r>
      <w:r>
        <w:t xml:space="preserve">    (c) showed something -- such as demonstrated, expressed, or represented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pull me, I will take leave and pursue the case on personal time. If necessary, 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.</w:t>
      </w:r>
      <w:r>
        <w:br/>
      </w:r>
      <w:r>
        <w:t xml:space="preserve">    (a) rule</w:t>
      </w:r>
      <w:r>
        <w:br/>
      </w:r>
      <w:r>
        <w:t xml:space="preserve">    (b) quit (her job)</w:t>
      </w:r>
      <w:r>
        <w:br/>
      </w:r>
      <w:r>
        <w:t xml:space="preserve">    (c) draw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consider herself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phobic</w:t>
      </w:r>
      <w:r>
        <w:rPr>
          <w:b/>
          <w:bCs/>
        </w:rPr>
        <w:t xml:space="preserve">, but closed-in spaces made her itchy.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related to an extreme and unreasonable fear of something</w:t>
      </w:r>
      <w:r>
        <w:br/>
      </w:r>
      <w:r>
        <w:t xml:space="preserve">    (c) the state or degree of being pessimistic or disagreeable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even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.</w:t>
      </w:r>
      <w:r>
        <w:br/>
      </w:r>
      <w:r>
        <w:t xml:space="preserve">    (a) sincerity (realness)</w:t>
      </w:r>
      <w:r>
        <w:br/>
      </w:r>
      <w:r>
        <w:t xml:space="preserve">    (b) sensible and careful</w:t>
      </w:r>
      <w:r>
        <w:br/>
      </w:r>
      <w:r>
        <w:t xml:space="preserve">    (c) sufficiently capable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dim light his black shirt was a stark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to the white of hers.</w:t>
      </w:r>
      <w:r>
        <w:br/>
      </w:r>
      <w:r>
        <w:t xml:space="preserve">    (a) difference (in brightness or tone)</w:t>
      </w:r>
      <w:r>
        <w:br/>
      </w:r>
      <w:r>
        <w:t xml:space="preserve">    (b) come to terms with</w:t>
      </w:r>
      <w:r>
        <w:br/>
      </w:r>
      <w:r>
        <w:t xml:space="preserve">    (c) block or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Roarke, she used the handplate for access, then moved behind the U-shaped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console</w:t>
      </w:r>
      <w:r>
        <w:rPr>
          <w:b/>
          <w:bCs/>
        </w:rPr>
        <w:t xml:space="preserve">.</w:t>
      </w:r>
      <w:r>
        <w:br/>
      </w:r>
      <w:r>
        <w:t xml:space="preserve">    (a) controls (for electrical equipment)</w:t>
      </w:r>
      <w:r>
        <w:br/>
      </w:r>
      <w:r>
        <w:t xml:space="preserve">    (b) in a state where something cannot be seen clearly</w:t>
      </w:r>
      <w:r>
        <w:br/>
      </w:r>
      <w:r>
        <w:t xml:space="preserve">    (c) the state or character of being greater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 UBSTANCE SIMILAR TO THR-50, AKA Z EUS, WITH ADDITION OF STIMULANT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ENHANCE</w:t>
      </w:r>
      <w:r>
        <w:rPr>
          <w:b/>
          <w:bCs/>
        </w:rPr>
        <w:t xml:space="preserve"> </w:t>
      </w:r>
      <w:r>
        <w:rPr>
          <w:b/>
          <w:bCs/>
        </w:rPr>
        <w:t xml:space="preserve">SEXUAL ABILITY AND CELL REGENERATION.</w:t>
      </w:r>
      <w:r>
        <w:br/>
      </w:r>
      <w:r>
        <w:t xml:space="preserve">    (a) influence or effect</w:t>
      </w:r>
      <w:r>
        <w:br/>
      </w:r>
      <w:r>
        <w:t xml:space="preserve">    (b) gain advantage from</w:t>
      </w:r>
      <w:r>
        <w:br/>
      </w:r>
      <w:r>
        <w:t xml:space="preserve">    (c) increase or improve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don't remember having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her.</w:t>
      </w:r>
      <w:r>
        <w:br/>
      </w:r>
      <w:r>
        <w:t xml:space="preserve">    (a) a noisy argument, confrontation, or fight</w:t>
      </w:r>
      <w:r>
        <w:br/>
      </w:r>
      <w:r>
        <w:t xml:space="preserve">    (b) a particular understanding or explanation</w:t>
      </w:r>
      <w:r>
        <w:br/>
      </w:r>
      <w:r>
        <w:t xml:space="preserve">    (c) the time during which something continues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actually more about me, and an incident that you might find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correlates</w:t>
      </w:r>
      <w:r>
        <w:rPr>
          <w:b/>
          <w:bCs/>
        </w:rPr>
        <w:t xml:space="preserve"> </w:t>
      </w:r>
      <w:r>
        <w:rPr>
          <w:b/>
          <w:bCs/>
        </w:rPr>
        <w:t xml:space="preserve">with what you're feeling right now.</w:t>
      </w:r>
      <w:r>
        <w:br/>
      </w:r>
      <w:r>
        <w:t xml:space="preserve">    (a) gives authority, power, knowledge, or confidence to someone so they can do something</w:t>
      </w:r>
      <w:r>
        <w:br/>
      </w:r>
      <w:r>
        <w:t xml:space="preserve">    (b) pauses to change how something is done -- often while reducing the use of resources</w:t>
      </w:r>
      <w:r>
        <w:br/>
      </w:r>
      <w:r>
        <w:t xml:space="preserve">    (c) has a relationship such that a change in one thing helps predict a change in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tossed off some typical cliche about Pandora being sorry, but she looked more miserable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.</w:t>
      </w:r>
      <w:r>
        <w:br/>
      </w:r>
      <w:r>
        <w:t xml:space="preserve">    (a) not capable of being suffered through (or put up with)</w:t>
      </w:r>
      <w:r>
        <w:br/>
      </w:r>
      <w:r>
        <w:t xml:space="preserve">    (b) not capable of surviving; or not capable of being done</w:t>
      </w:r>
      <w:r>
        <w:br/>
      </w:r>
      <w:r>
        <w:t xml:space="preserve">    (c) desirous of seeking revenge or wanting to hurt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lush pool with an overhead that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simulate</w:t>
      </w:r>
      <w:r>
        <w:rPr>
          <w:b/>
          <w:bCs/>
        </w:rPr>
        <w:t xml:space="preserve"> </w:t>
      </w:r>
      <w:r>
        <w:rPr>
          <w:b/>
          <w:bCs/>
        </w:rPr>
        <w:t xml:space="preserve">starlight, sunshine, or moonbeams at the flick of a control;</w:t>
      </w:r>
      <w:r>
        <w:br/>
      </w:r>
      <w:r>
        <w:t xml:space="preserve">    (a) examine in detail to better understand</w:t>
      </w:r>
      <w:r>
        <w:br/>
      </w:r>
      <w:r>
        <w:t xml:space="preserve">    (b) appropriate in size, amount, or degree</w:t>
      </w:r>
      <w:r>
        <w:br/>
      </w:r>
      <w:r>
        <w:t xml:space="preserve">    (c) imitate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way the mind of a cop worked was a marvel,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mused</w:t>
      </w:r>
      <w:r>
        <w:rPr>
          <w:b/>
          <w:bCs/>
        </w:rPr>
        <w:t xml:space="preserve">.</w:t>
      </w:r>
      <w:r>
        <w:br/>
      </w:r>
      <w:r>
        <w:t xml:space="preserve">    (a) thought</w:t>
      </w:r>
      <w:r>
        <w:br/>
      </w:r>
      <w:r>
        <w:t xml:space="preserve">    (b) was abundant or plentiful</w:t>
      </w:r>
      <w:r>
        <w:br/>
      </w:r>
      <w:r>
        <w:t xml:space="preserve">    (c) expelled or gotten rid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no intention nor desire to investigate formally, or to launch any informal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inquiries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incident.</w:t>
      </w:r>
      <w:r>
        <w:br/>
      </w:r>
      <w:r>
        <w:t xml:space="preserve">    (a) social events or ceremonies</w:t>
      </w:r>
      <w:r>
        <w:br/>
      </w:r>
      <w:r>
        <w:t xml:space="preserve">    (b) reasons for doing something</w:t>
      </w:r>
      <w:r>
        <w:br/>
      </w:r>
      <w:r>
        <w:t xml:space="preserve">    (c) questions or investigations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You're having it outdoors, so I might suggest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arbors</w:t>
      </w:r>
      <w:r>
        <w:rPr>
          <w:b/>
          <w:bCs/>
        </w:rPr>
        <w:t xml:space="preserve">, wisteria.</w:t>
      </w:r>
      <w:r>
        <w:br/>
      </w:r>
      <w:r>
        <w:t xml:space="preserve">    (a) things designed to stops something else</w:t>
      </w:r>
      <w:r>
        <w:br/>
      </w:r>
      <w:r>
        <w:t xml:space="preserve">    (b) things accepted as true (without proof)</w:t>
      </w:r>
      <w:r>
        <w:br/>
      </w:r>
      <w:r>
        <w:t xml:space="preserve">    (c) frameworks that support climbing plants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makes you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.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relating to existentialism -- a philosophical movement that assumes each person is free to determine what is essential in their existence</w:t>
      </w:r>
      <w:r>
        <w:br/>
      </w:r>
      <w:r>
        <w:t xml:space="preserve">    (c) like you will live forever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Ambrose, spindly female, mixed race, head of chemical rehab at the Midtown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Rehabilitation</w:t>
      </w:r>
      <w:r>
        <w:rPr>
          <w:b/>
          <w:bCs/>
        </w:rPr>
        <w:t xml:space="preserve"> </w:t>
      </w:r>
      <w:r>
        <w:rPr>
          <w:b/>
          <w:bCs/>
        </w:rPr>
        <w:t xml:space="preserve">Center for Substance Addiction.</w:t>
      </w:r>
      <w:r>
        <w:br/>
      </w:r>
      <w:r>
        <w:t xml:space="preserve">    (a) the state or character of agreeing or approving</w:t>
      </w:r>
      <w:r>
        <w:br/>
      </w:r>
      <w:r>
        <w:t xml:space="preserve">    (b) to restore someone to a state of good condition</w:t>
      </w:r>
      <w:r>
        <w:br/>
      </w:r>
      <w:r>
        <w:t xml:space="preserve">    (c) the degree to which something can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question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staff one at a time.</w:t>
      </w:r>
      <w:r>
        <w:br/>
      </w:r>
      <w:r>
        <w:t xml:space="preserve">    (a) having the ability to change for different situations</w:t>
      </w:r>
      <w:r>
        <w:br/>
      </w:r>
      <w:r>
        <w:t xml:space="preserve">    (b) relating in a meaningful way to the issue in question</w:t>
      </w:r>
      <w:r>
        <w:br/>
      </w:r>
      <w:r>
        <w:t xml:space="preserve">    (c) not concerned with what others might think of oneself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I see three potential suspects, all, as it turns out,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, with opportunity, and with means.</w:t>
      </w:r>
      <w:r>
        <w:br/>
      </w:r>
      <w:r>
        <w:t xml:space="preserve">    (a) the sacred writings of Islam</w:t>
      </w:r>
      <w:r>
        <w:br/>
      </w:r>
      <w:r>
        <w:t xml:space="preserve">    (b) small quantity or indication</w:t>
      </w:r>
      <w:r>
        <w:br/>
      </w:r>
      <w:r>
        <w:t xml:space="preserve">    (c) reason (for doing something)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2026-07-31T16:11:18Z</dcterms:created>
  <dcterms:modified xsi:type="dcterms:W3CDTF">2026-07-31T16:11:18Z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