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ad725d1901df4a97f43a08b1d098a83109b421"/>
    <w:p>
      <w:pPr>
        <w:pStyle w:val="Heading1"/>
      </w:pPr>
      <w:r>
        <w:rPr>
          <w:b/>
          <w:bCs/>
        </w:rPr>
        <w:t xml:space="preserve">I Survived The Sinking of the Titanic, 1912</w:t>
      </w:r>
      <w:r>
        <w:br/>
      </w:r>
      <w:r>
        <w:rPr>
          <w:i/>
          <w:iCs/>
        </w:rPr>
        <w:t xml:space="preserve">Lauren Tarshis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to see a shooting star before they docked in New York.</w:t>
      </w:r>
      <w:r>
        <w:br/>
      </w:r>
      <w:r>
        <w:t xml:space="preserve">    (a) firm in purpose</w:t>
      </w:r>
      <w:r>
        <w:br/>
      </w:r>
      <w:r>
        <w:t xml:space="preserve">    (b) careful thought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hadn't planned on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meteors</w:t>
      </w:r>
      <w:r>
        <w:rPr>
          <w:b/>
          <w:bCs/>
        </w:rPr>
        <w:t xml:space="preserve"> </w:t>
      </w:r>
      <w:r>
        <w:rPr>
          <w:b/>
          <w:bCs/>
        </w:rPr>
        <w:t xml:space="preserve">hitting the ship," Mr. Andrews said thoughtfully.</w:t>
      </w:r>
      <w:r>
        <w:br/>
      </w:r>
      <w:r>
        <w:t xml:space="preserve">    (a) solar flares</w:t>
      </w:r>
      <w:r>
        <w:br/>
      </w:r>
      <w:r>
        <w:t xml:space="preserve">    (b) large space rocks with irregular orbits</w:t>
      </w:r>
      <w:r>
        <w:br/>
      </w:r>
      <w:r>
        <w:t xml:space="preserve">    (c) streaks of light in the sky caused by small space rocks burning up in Earth’s atmosphere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Apparently</w:t>
      </w:r>
      <w:r>
        <w:rPr>
          <w:b/>
          <w:bCs/>
        </w:rPr>
        <w:t xml:space="preserve"> </w:t>
      </w:r>
      <w:r>
        <w:rPr>
          <w:b/>
          <w:bCs/>
        </w:rPr>
        <w:t xml:space="preserve">he's bringing her back for his collection.</w:t>
      </w:r>
      <w:r>
        <w:br/>
      </w:r>
      <w:r>
        <w:t xml:space="preserve">    (a) in a manner that is connected or fits together by being equivalent, proportionate, or matched</w:t>
      </w:r>
      <w:r>
        <w:br/>
      </w:r>
      <w:r>
        <w:t xml:space="preserve">    (b) obviously or clearly; or seemingly so (appearing clear or obvious--though not necessarily so)</w:t>
      </w:r>
      <w:r>
        <w:br/>
      </w:r>
      <w:r>
        <w:t xml:space="preserve">    (c) not treated in a manner that demonstrates a sense of superiority, but is supposed to seem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"Next time I'll leave a trail of bread crumbs, like Hansel and Gretel," she'd said, their first day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hoard</w:t>
      </w:r>
      <w:r>
        <w:rPr>
          <w:b/>
          <w:bCs/>
        </w:rPr>
        <w:t xml:space="preserve">.</w:t>
      </w:r>
      <w:r>
        <w:br/>
      </w:r>
      <w:r>
        <w:t xml:space="preserve">    (a) the difference between tones of an image</w:t>
      </w:r>
      <w:r>
        <w:br/>
      </w:r>
      <w:r>
        <w:t xml:space="preserve">    (b) gathers something valuable and stores it</w:t>
      </w:r>
      <w:r>
        <w:br/>
      </w:r>
      <w:r>
        <w:t xml:space="preserve">    (c) hold together (connect or unite) or wrap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so sorry, Henry," she said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 </w:t>
      </w:r>
      <w:r>
        <w:rPr>
          <w:b/>
          <w:bCs/>
        </w:rPr>
        <w:t xml:space="preserve">voice.</w:t>
      </w:r>
      <w:r>
        <w:br/>
      </w:r>
      <w:r>
        <w:t xml:space="preserve">    (a) said indirectly</w:t>
      </w:r>
      <w:r>
        <w:br/>
      </w:r>
      <w:r>
        <w:t xml:space="preserve">    (b) greatly annoyed</w:t>
      </w:r>
      <w:r>
        <w:br/>
      </w:r>
      <w:r>
        <w:t xml:space="preserve">    (c) came or arrived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thought that Phoebe had gone to the promenade deck—that she'd been woken up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commotion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ice and figured that George had gone out to see what was happening.</w:t>
      </w:r>
      <w:r>
        <w:br/>
      </w:r>
      <w:r>
        <w:t xml:space="preserve">    (a) noisy disturbance</w:t>
      </w:r>
      <w:r>
        <w:br/>
      </w:r>
      <w:r>
        <w:t xml:space="preserve">    (b) size or dimension</w:t>
      </w:r>
      <w:r>
        <w:br/>
      </w:r>
      <w:r>
        <w:t xml:space="preserve">    (c) circular movement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"Women and children only, sir,"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somberly</w:t>
      </w:r>
      <w:r>
        <w:rPr>
          <w:b/>
          <w:bCs/>
        </w:rPr>
        <w:t xml:space="preserve">.</w:t>
      </w:r>
      <w:r>
        <w:br/>
      </w:r>
      <w:r>
        <w:t xml:space="preserve">    (a) with disbelief; or with difficulty accepting something so unexpected</w:t>
      </w:r>
      <w:r>
        <w:br/>
      </w:r>
      <w:r>
        <w:t xml:space="preserve">    (b) in a manner that influences reason or general desire to do something</w:t>
      </w:r>
      <w:r>
        <w:br/>
      </w:r>
      <w:r>
        <w:t xml:space="preserve">    (c) solemnly (in a manner that is serious--not cheerful or lighthearted)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now it hit him: how strange it was that the ship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collided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iceberg at the exact moment the scar-faced man had opened the lid of Mr. Burrows's crate.</w:t>
      </w:r>
      <w:r>
        <w:br/>
      </w:r>
      <w:r>
        <w:t xml:space="preserve">    (a) edited by omitting or modifying parts considered indelicate</w:t>
      </w:r>
      <w:r>
        <w:br/>
      </w:r>
      <w:r>
        <w:t xml:space="preserve">    (b) crashed together with violent impact; or came into conflict</w:t>
      </w:r>
      <w:r>
        <w:br/>
      </w:r>
      <w:r>
        <w:t xml:space="preserve">    (c) exposed as not true, real, or as valuable as others thought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2026-05-20T14:50:18Z</dcterms:created>
  <dcterms:modified xsi:type="dcterms:W3CDTF">2026-05-20T14:50:18Z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