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13532d691684f5c438916c57f83e4d727ffd30"/>
    <w:p>
      <w:pPr>
        <w:pStyle w:val="Heading1"/>
      </w:pPr>
      <w:r>
        <w:rPr>
          <w:b/>
          <w:bCs/>
        </w:rPr>
        <w:t xml:space="preserve">I Survived The San Francisco Earthquake, 1906</w:t>
      </w:r>
      <w:r>
        <w:br/>
      </w:r>
      <w:r>
        <w:rPr>
          <w:i/>
          <w:iCs/>
        </w:rPr>
        <w:t xml:space="preserve">Lauren Tarshis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"No," Leo said,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summoning</w:t>
      </w:r>
      <w:r>
        <w:rPr>
          <w:b/>
          <w:bCs/>
        </w:rPr>
        <w:t xml:space="preserve"> </w:t>
      </w:r>
      <w:r>
        <w:rPr>
          <w:b/>
          <w:bCs/>
        </w:rPr>
        <w:t xml:space="preserve">up all of his strength.</w:t>
      </w:r>
      <w:r>
        <w:br/>
      </w:r>
      <w:r>
        <w:t xml:space="preserve">    (a) accepting as true (without proof)</w:t>
      </w:r>
      <w:r>
        <w:br/>
      </w:r>
      <w:r>
        <w:t xml:space="preserve">    (b) calling forth; or calling to come</w:t>
      </w:r>
      <w:r>
        <w:br/>
      </w:r>
      <w:r>
        <w:t xml:space="preserve">    (c) causing something to move forward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Why did that kid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constantly</w:t>
      </w:r>
      <w:r>
        <w:rPr>
          <w:b/>
          <w:bCs/>
        </w:rPr>
        <w:t xml:space="preserve"> </w:t>
      </w:r>
      <w:r>
        <w:rPr>
          <w:b/>
          <w:bCs/>
        </w:rPr>
        <w:t xml:space="preserve">pester him?</w:t>
      </w:r>
      <w:r>
        <w:br/>
      </w:r>
      <w:r>
        <w:t xml:space="preserve">    (a) with too much concern for formal rules, details, or book learning</w:t>
      </w:r>
      <w:r>
        <w:br/>
      </w:r>
      <w:r>
        <w:t xml:space="preserve">    (b) in a manner that is unchanging, continuous, or happens repeatedly</w:t>
      </w:r>
      <w:r>
        <w:br/>
      </w:r>
      <w:r>
        <w:t xml:space="preserve">    (c) in a manner that is crosswise (at a right angle to the long axis)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Fletch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wavered</w:t>
      </w:r>
      <w:r>
        <w:rPr>
          <w:b/>
          <w:bCs/>
        </w:rPr>
        <w:t xml:space="preserve"> </w:t>
      </w:r>
      <w:r>
        <w:rPr>
          <w:b/>
          <w:bCs/>
        </w:rPr>
        <w:t xml:space="preserve">a little, Leo could see.</w:t>
      </w:r>
      <w:r>
        <w:br/>
      </w:r>
      <w:r>
        <w:t xml:space="preserve">    (a) concentrated, look at, or paid attention to</w:t>
      </w:r>
      <w:r>
        <w:br/>
      </w:r>
      <w:r>
        <w:t xml:space="preserve">    (b) was unsure or weak; or moved back and forth</w:t>
      </w:r>
      <w:r>
        <w:br/>
      </w:r>
      <w:r>
        <w:t xml:space="preserve">    (c) made appropriate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lip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quivered</w:t>
      </w:r>
      <w:r>
        <w:rPr>
          <w:b/>
          <w:bCs/>
        </w:rPr>
        <w:t xml:space="preserve">, and Leo thought he might burst into tears.</w:t>
      </w:r>
      <w:r>
        <w:br/>
      </w:r>
      <w:r>
        <w:t xml:space="preserve">    (a) to shake or tremble slightly</w:t>
      </w:r>
      <w:r>
        <w:br/>
      </w:r>
      <w:r>
        <w:t xml:space="preserve">    (b) not working or not operating</w:t>
      </w:r>
      <w:r>
        <w:br/>
      </w:r>
      <w:r>
        <w:t xml:space="preserve">    (c) calculates or judges too 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each grabbed one of Wilkie's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massive</w:t>
      </w:r>
      <w:r>
        <w:rPr>
          <w:b/>
          <w:bCs/>
        </w:rPr>
        <w:t xml:space="preserve"> </w:t>
      </w:r>
      <w:r>
        <w:rPr>
          <w:b/>
          <w:bCs/>
        </w:rPr>
        <w:t xml:space="preserve">arms.</w:t>
      </w:r>
      <w:r>
        <w:br/>
      </w:r>
      <w:r>
        <w:t xml:space="preserve">    (a) very large</w:t>
      </w:r>
      <w:r>
        <w:br/>
      </w:r>
      <w:r>
        <w:t xml:space="preserve">    (b) related to</w:t>
      </w:r>
      <w:r>
        <w:br/>
      </w:r>
      <w:r>
        <w:t xml:space="preserve">    (c) changeable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around them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refugees</w:t>
      </w:r>
      <w:r>
        <w:rPr>
          <w:b/>
          <w:bCs/>
        </w:rPr>
        <w:t xml:space="preserve"> </w:t>
      </w:r>
      <w:r>
        <w:rPr>
          <w:b/>
          <w:bCs/>
        </w:rPr>
        <w:t xml:space="preserve">from San Francisco.</w:t>
      </w:r>
      <w:r>
        <w:br/>
      </w:r>
      <w:r>
        <w:t xml:space="preserve">    (a) quiet voices; or a quiet voice</w:t>
      </w:r>
      <w:r>
        <w:br/>
      </w:r>
      <w:r>
        <w:t xml:space="preserve">    (b) understandings or explanations</w:t>
      </w:r>
      <w:r>
        <w:br/>
      </w:r>
      <w:r>
        <w:t xml:space="preserve">    (c) people who fled their homeland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2026-07-31T20:06:22Z</dcterms:created>
  <dcterms:modified xsi:type="dcterms:W3CDTF">2026-07-31T20:06:22Z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