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84be8ba217855b1f8521097d6d060107e826174"/>
    <w:p>
      <w:pPr>
        <w:pStyle w:val="Heading1"/>
      </w:pPr>
      <w:r>
        <w:rPr>
          <w:b/>
          <w:bCs/>
        </w:rPr>
        <w:t xml:space="preserve">I Survived The Destruction of Pompeii, AD 79</w:t>
      </w:r>
      <w:r>
        <w:br/>
      </w:r>
      <w:r>
        <w:rPr>
          <w:i/>
          <w:iCs/>
        </w:rPr>
        <w:t xml:space="preserve">Lauren Tarshis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CHAPTER 1 — AUGUST 24, AD 79 — 1:00 P.M. — THE CITY OF POMPEII,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ROMAN EMPIRE</w:t>
      </w:r>
      <w:r>
        <w:br/>
      </w:r>
      <w:r>
        <w:t xml:space="preserve">    (a) an academic degree that typically requires 2 years of additional study after graduating from college</w:t>
      </w:r>
      <w:r>
        <w:br/>
      </w:r>
      <w:r>
        <w:t xml:space="preserve">    (b) Rome between the absolute rule of Augustus (27 BC) and the fall of the Western Roman Empire (476 AD)</w:t>
      </w:r>
      <w:r>
        <w:br/>
      </w:r>
      <w:r>
        <w:t xml:space="preserve">    (c) into a state where something can be seen clearly; or into a state where something has come into view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</w:t>
      </w:r>
      <w:r>
        <w:rPr>
          <w:b/>
          <w:bCs/>
          <w:u w:val="single"/>
        </w:rPr>
        <w:t xml:space="preserve">Salve</w:t>
      </w:r>
      <w:r>
        <w:rPr>
          <w:b/>
          <w:bCs/>
        </w:rPr>
        <w:t xml:space="preserve">," Marcus said, a friendly Latin hello for the deadly reptile.</w:t>
      </w:r>
      <w:r>
        <w:br/>
      </w:r>
      <w:r>
        <w:t xml:space="preserve">    (a) to expression feelings or thoughts enthusiastically  OR  to squirt or give off (typically under pressure such as blood or leaking gas)</w:t>
      </w:r>
      <w:r>
        <w:br/>
      </w:r>
      <w:r>
        <w:t xml:space="preserve">    (b) the act of hiding something by making it blend in with its surroundings; or hiding the truth; or something that hides or deceives</w:t>
      </w:r>
      <w:r>
        <w:br/>
      </w:r>
      <w:r>
        <w:t xml:space="preserve">    (c) a cream or liquid put onto skin to make it feel better or heal</w:t>
      </w:r>
      <w:r>
        <w:br/>
      </w:r>
      <w:r>
        <w:br/>
      </w:r>
      <w:r>
        <w:t xml:space="preserve">or:</w:t>
      </w:r>
      <w:r>
        <w:br/>
      </w:r>
      <w:r>
        <w:br/>
      </w:r>
      <w:r>
        <w:t xml:space="preserve">anything that eases pain or anxiety; or the act of doing such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For days they'd been scrubbing the villa so that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mosaic</w:t>
      </w:r>
      <w:r>
        <w:rPr>
          <w:b/>
          <w:bCs/>
        </w:rPr>
        <w:t xml:space="preserve"> </w:t>
      </w:r>
      <w:r>
        <w:rPr>
          <w:b/>
          <w:bCs/>
        </w:rPr>
        <w:t xml:space="preserve">floors shined like diamonds, so that every silver bowl and goblet gleamed.</w:t>
      </w:r>
      <w:r>
        <w:br/>
      </w:r>
      <w:r>
        <w:t xml:space="preserve">    (a) a three-dimensional representation -- often made by carving, chiseling, or casting</w:t>
      </w:r>
      <w:r>
        <w:br/>
      </w:r>
      <w:r>
        <w:t xml:space="preserve">    (b) a piece of thick textile fabric with pictures or designs formed by weaving colored threads</w:t>
      </w:r>
      <w:r>
        <w:br/>
      </w:r>
      <w:r>
        <w:t xml:space="preserve">    (c) art consisting of a design made of many pieces of colored material such as stone or tile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People were coming from all over to see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spectacle</w:t>
      </w:r>
      <w:r>
        <w:rPr>
          <w:b/>
          <w:bCs/>
        </w:rPr>
        <w:t xml:space="preserve">, which featured Pompeii's champion fighter.</w:t>
      </w:r>
      <w:r>
        <w:br/>
      </w:r>
      <w:r>
        <w:t xml:space="preserve">    (a) a notable or unusual event that attracts attention</w:t>
      </w:r>
      <w:r>
        <w:br/>
      </w:r>
      <w:r>
        <w:t xml:space="preserve">    (b) an image (seen on a mirror or other shiny surface)</w:t>
      </w:r>
      <w:r>
        <w:br/>
      </w:r>
      <w:r>
        <w:t xml:space="preserve">    (c) the act of interacting or getting interested again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it was the ancient Greek stories written centuries before that Marcus loved most, especially the tales of the great heroes like Odysseus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Hercules</w:t>
      </w:r>
      <w:r>
        <w:rPr>
          <w:b/>
          <w:bCs/>
        </w:rPr>
        <w:t xml:space="preserve">.</w:t>
      </w:r>
      <w:r>
        <w:br/>
      </w:r>
      <w:r>
        <w:t xml:space="preserve">    (a) mythological Roman hero famous for his strength</w:t>
      </w:r>
      <w:r>
        <w:br/>
      </w:r>
      <w:r>
        <w:t xml:space="preserve">    (b) communist country that is 90 miles from Florida</w:t>
      </w:r>
      <w:r>
        <w:br/>
      </w:r>
      <w:r>
        <w:t xml:space="preserve">    (c) Greek mythology:  the most supreme of the gods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Linus himself had always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despised</w:t>
      </w:r>
      <w:r>
        <w:rPr>
          <w:b/>
          <w:bCs/>
        </w:rPr>
        <w:t xml:space="preserve"> </w:t>
      </w:r>
      <w:r>
        <w:rPr>
          <w:b/>
          <w:bCs/>
        </w:rPr>
        <w:t xml:space="preserve">Festus, and the nephew wasted no time destroying his uncle's happy home.</w:t>
      </w:r>
      <w:r>
        <w:br/>
      </w:r>
      <w:r>
        <w:t xml:space="preserve">    (a) disliked strongly and looked down upon</w:t>
      </w:r>
      <w:r>
        <w:br/>
      </w:r>
      <w:r>
        <w:t xml:space="preserve">    (b) adjusted a lens to make an image clear</w:t>
      </w:r>
      <w:r>
        <w:br/>
      </w:r>
      <w:r>
        <w:t xml:space="preserve">    (c) not good at concentrating on one 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champion wore a gleaming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bronze</w:t>
      </w:r>
      <w:r>
        <w:rPr>
          <w:b/>
          <w:bCs/>
        </w:rPr>
        <w:t xml:space="preserve"> </w:t>
      </w:r>
      <w:r>
        <w:rPr>
          <w:b/>
          <w:bCs/>
        </w:rPr>
        <w:t xml:space="preserve">helmet.</w:t>
      </w:r>
      <w:r>
        <w:br/>
      </w:r>
      <w:r>
        <w:t xml:space="preserve">    (a) examine in detail to better understand</w:t>
      </w:r>
      <w:r>
        <w:br/>
      </w:r>
      <w:r>
        <w:t xml:space="preserve">    (b) appropriate in size, amount, or degree</w:t>
      </w:r>
      <w:r>
        <w:br/>
      </w:r>
      <w:r>
        <w:t xml:space="preserve">    (c) made of a type of high-quality metal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These were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wretched</w:t>
      </w:r>
      <w:r>
        <w:rPr>
          <w:b/>
          <w:bCs/>
        </w:rPr>
        <w:t xml:space="preserve"> </w:t>
      </w:r>
      <w:r>
        <w:rPr>
          <w:b/>
          <w:bCs/>
        </w:rPr>
        <w:t xml:space="preserve">souls who would be thrown into the arena with Cyclops tomorrow.</w:t>
      </w:r>
      <w:r>
        <w:br/>
      </w:r>
      <w:r>
        <w:t xml:space="preserve">    (a) not easily identified</w:t>
      </w:r>
      <w:r>
        <w:br/>
      </w:r>
      <w:r>
        <w:t xml:space="preserve">    (b) exactness or accuracy</w:t>
      </w:r>
      <w:r>
        <w:br/>
      </w:r>
      <w:r>
        <w:t xml:space="preserve">    (c) miserable or very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"Ever wondered how Cyclops lost his eye?" 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taunted</w:t>
      </w:r>
      <w:r>
        <w:rPr>
          <w:b/>
          <w:bCs/>
        </w:rPr>
        <w:t xml:space="preserve">, lunging at Marcus.</w:t>
      </w:r>
      <w:r>
        <w:br/>
      </w:r>
      <w:r>
        <w:t xml:space="preserve">    (a) concentrated, look at, or paid attention to</w:t>
      </w:r>
      <w:r>
        <w:br/>
      </w:r>
      <w:r>
        <w:t xml:space="preserve">    (b) made appropriate in size, amount, or degree</w:t>
      </w:r>
      <w:r>
        <w:br/>
      </w:r>
      <w:r>
        <w:t xml:space="preserve">    (c) intentionally angered, challenged, or upset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came up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ingenious</w:t>
      </w:r>
      <w:r>
        <w:rPr>
          <w:b/>
          <w:bCs/>
        </w:rPr>
        <w:t xml:space="preserve"> </w:t>
      </w:r>
      <w:r>
        <w:rPr>
          <w:b/>
          <w:bCs/>
        </w:rPr>
        <w:t xml:space="preserve">idea of building a giant wooden horse with a hollow belly.</w:t>
      </w:r>
      <w:r>
        <w:br/>
      </w:r>
      <w:r>
        <w:t xml:space="preserve">    (a) a tendency to think back on things</w:t>
      </w:r>
      <w:r>
        <w:br/>
      </w:r>
      <w:r>
        <w:t xml:space="preserve">    (b) showing cleverness and originality</w:t>
      </w:r>
      <w:r>
        <w:br/>
      </w:r>
      <w:r>
        <w:t xml:space="preserve">    (c) aware or concerned about something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with all the strength he could gather, he thrust the open basket toward the lanista,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propelling</w:t>
      </w:r>
      <w:r>
        <w:rPr>
          <w:b/>
          <w:bCs/>
        </w:rPr>
        <w:t xml:space="preserve"> </w:t>
      </w:r>
      <w:r>
        <w:rPr>
          <w:b/>
          <w:bCs/>
        </w:rPr>
        <w:t xml:space="preserve">the snake into the air.</w:t>
      </w:r>
      <w:r>
        <w:br/>
      </w:r>
      <w:r>
        <w:t xml:space="preserve">    (a) accepting as true (without proof)</w:t>
      </w:r>
      <w:r>
        <w:br/>
      </w:r>
      <w:r>
        <w:t xml:space="preserve">    (b) causing something to move forward</w:t>
      </w:r>
      <w:r>
        <w:br/>
      </w:r>
      <w:r>
        <w:t xml:space="preserve">    (c) playing cheerful and lively music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Festus would hire the best, most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cunning</w:t>
      </w:r>
      <w:r>
        <w:rPr>
          <w:b/>
          <w:bCs/>
        </w:rPr>
        <w:t xml:space="preserve"> </w:t>
      </w:r>
      <w:r>
        <w:rPr>
          <w:b/>
          <w:bCs/>
        </w:rPr>
        <w:t xml:space="preserve">men, experts in tracking their prey.</w:t>
      </w:r>
      <w:r>
        <w:br/>
      </w:r>
      <w:r>
        <w:t xml:space="preserve">    (a) related to the natural world (life, air, water, land...)</w:t>
      </w:r>
      <w:r>
        <w:br/>
      </w:r>
      <w:r>
        <w:t xml:space="preserve">    (b) good at achieving goals through cleverness and deception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was on a quest with Hercules to kill the monstrous Hydra, an enormous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with nine heads.</w:t>
      </w:r>
      <w:r>
        <w:br/>
      </w:r>
      <w:r>
        <w:t xml:space="preserve">    (a) skill</w:t>
      </w:r>
      <w:r>
        <w:br/>
      </w:r>
      <w:r>
        <w:t xml:space="preserve">    (b) snake</w:t>
      </w:r>
      <w:r>
        <w:br/>
      </w:r>
      <w:r>
        <w:t xml:space="preserve">    (c) story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then, just ahead, there she was: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serpent.</w:t>
      </w:r>
      <w:r>
        <w:br/>
      </w:r>
      <w:r>
        <w:t xml:space="preserve">    (a) the characteristic of demonstrating something</w:t>
      </w:r>
      <w:r>
        <w:br/>
      </w:r>
      <w:r>
        <w:t xml:space="preserve">    (b) extremely ugly, offensive, and/or frightening</w:t>
      </w:r>
      <w:r>
        <w:br/>
      </w:r>
      <w:r>
        <w:t xml:space="preserve">    (c) the quality of not being sensible and careful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One by one, her nine horrific heads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emerged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mist, staring at him with glowing yellow eyes, leering with dripping, glistening fangs.</w:t>
      </w:r>
      <w:r>
        <w:br/>
      </w:r>
      <w:r>
        <w:t xml:space="preserve">    (a) compensated for a loss; or paid a reward</w:t>
      </w:r>
      <w:r>
        <w:br/>
      </w:r>
      <w:r>
        <w:t xml:space="preserve">    (b) to come out, appear, or become prominent</w:t>
      </w:r>
      <w:r>
        <w:br/>
      </w:r>
      <w:r>
        <w:t xml:space="preserve">    (c) not having taken power or responsibility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stood and climbed onto a boulder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jutted out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grassy slope, looking all around.</w:t>
      </w:r>
      <w:r>
        <w:br/>
      </w:r>
      <w:r>
        <w:t xml:space="preserve">    (a) dangerous</w:t>
      </w:r>
      <w:r>
        <w:br/>
      </w:r>
      <w:r>
        <w:t xml:space="preserve">    (b) stuck out</w:t>
      </w:r>
      <w:r>
        <w:br/>
      </w:r>
      <w:r>
        <w:t xml:space="preserve">    (c) bent down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her tongue bulged out of her mouth and her eyes were wide in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agony</w:t>
      </w:r>
      <w:r>
        <w:rPr>
          <w:b/>
          <w:bCs/>
        </w:rPr>
        <w:t xml:space="preserve">.</w:t>
      </w:r>
      <w:r>
        <w:br/>
      </w:r>
      <w:r>
        <w:t xml:space="preserve">    (a) intense suffering</w:t>
      </w:r>
      <w:r>
        <w:br/>
      </w:r>
      <w:r>
        <w:t xml:space="preserve">    (b) circular movement</w:t>
      </w:r>
      <w:r>
        <w:br/>
      </w:r>
      <w:r>
        <w:t xml:space="preserve">    (c) size or dimension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Fire leaped out of the crack,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massive</w:t>
      </w:r>
      <w:r>
        <w:rPr>
          <w:b/>
          <w:bCs/>
        </w:rPr>
        <w:t xml:space="preserve"> </w:t>
      </w:r>
      <w:r>
        <w:rPr>
          <w:b/>
          <w:bCs/>
        </w:rPr>
        <w:t xml:space="preserve">flaming tongue that seemed to lick the sky and then disappear.</w:t>
      </w:r>
      <w:r>
        <w:br/>
      </w:r>
      <w:r>
        <w:t xml:space="preserve">    (a) very large</w:t>
      </w:r>
      <w:r>
        <w:br/>
      </w:r>
      <w:r>
        <w:t xml:space="preserve">    (b) related to</w:t>
      </w:r>
      <w:r>
        <w:br/>
      </w:r>
      <w:r>
        <w:t xml:space="preserve">    (c) changeable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Tata's plan was to speak to Pompeii's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magistrates</w:t>
      </w:r>
      <w:r>
        <w:rPr>
          <w:b/>
          <w:bCs/>
        </w:rPr>
        <w:t xml:space="preserve"> </w:t>
      </w:r>
      <w:r>
        <w:rPr>
          <w:b/>
          <w:bCs/>
        </w:rPr>
        <w:t xml:space="preserve">— the men elected to lead the city.</w:t>
      </w:r>
      <w:r>
        <w:br/>
      </w:r>
      <w:r>
        <w:t xml:space="preserve">    (a) acts of interacting or getting interested again</w:t>
      </w:r>
      <w:r>
        <w:br/>
      </w:r>
      <w:r>
        <w:t xml:space="preserve">    (b) judges or civil authorities who conduct a court</w:t>
      </w:r>
      <w:r>
        <w:br/>
      </w:r>
      <w:r>
        <w:t xml:space="preserve">    (c) general feelings of not being as good as others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yet he had never been impressed by Festus's chariots and villas and fine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stallions</w:t>
      </w:r>
      <w:r>
        <w:rPr>
          <w:b/>
          <w:bCs/>
        </w:rPr>
        <w:t xml:space="preserve">.</w:t>
      </w:r>
      <w:r>
        <w:br/>
      </w:r>
      <w:r>
        <w:t xml:space="preserve">    (a) a male horse that has not been castrated (gelded) -- especially one used for breeding purposes</w:t>
      </w:r>
      <w:r>
        <w:br/>
      </w:r>
      <w:r>
        <w:t xml:space="preserve">    (b) compounds consisting of large molecules made up of linked series of repeated smaller molecules</w:t>
      </w:r>
      <w:r>
        <w:br/>
      </w:r>
      <w:r>
        <w:t xml:space="preserve">    (c) members of the Religious Society of Friends (the Friends have never called themselves Quakers)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2026-07-31T20:00:13Z</dcterms:created>
  <dcterms:modified xsi:type="dcterms:W3CDTF">2026-07-31T20:00:13Z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