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86e6215930bc446c8a70aa60488a6b8aec6278"/>
    <w:p>
      <w:pPr>
        <w:pStyle w:val="Heading1"/>
      </w:pPr>
      <w:r>
        <w:rPr>
          <w:b/>
          <w:bCs/>
        </w:rPr>
        <w:t xml:space="preserve">I Survived The Bombing of Pearl Harbor, 1941</w:t>
      </w:r>
      <w:r>
        <w:br/>
      </w:r>
      <w:r>
        <w:rPr>
          <w:i/>
          <w:iCs/>
        </w:rPr>
        <w:t xml:space="preserve">Lauren Tarshis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Hundreds of bomber planes were swarming 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Pearl Harbor</w:t>
      </w:r>
      <w:r>
        <w:rPr>
          <w:b/>
          <w:bCs/>
        </w:rPr>
        <w:t xml:space="preserve">, Hawaii.</w:t>
      </w:r>
      <w:r>
        <w:br/>
      </w:r>
      <w:r>
        <w:t xml:space="preserve">    (a) Hawaiian harbor where U.S. naval base was surprise attacked by the Japanese on 7 Dec 1941</w:t>
      </w:r>
      <w:r>
        <w:br/>
      </w:r>
      <w:r>
        <w:t xml:space="preserve">    (b) the treaty imposed on Germany by the Allied powers in 1920 after the end of World War I</w:t>
      </w:r>
      <w:r>
        <w:br/>
      </w:r>
      <w:r>
        <w:t xml:space="preserve">    (c) 1692 trials where fear and unfair accusations led to executing people thought to be witches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pointed to Europe, where there was a maniac named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Adolf Hitler</w:t>
      </w:r>
      <w:r>
        <w:rPr>
          <w:b/>
          <w:bCs/>
        </w:rPr>
        <w:t xml:space="preserve"> </w:t>
      </w:r>
      <w:r>
        <w:rPr>
          <w:b/>
          <w:bCs/>
        </w:rPr>
        <w:t xml:space="preserve">in charge of Germany.</w:t>
      </w:r>
      <w:r>
        <w:br/>
      </w:r>
      <w:r>
        <w:t xml:space="preserve">    (a) German Nazi dictator during World War II; murdered millions of Jews and others who were not of the Aryan race (1889-1945)</w:t>
      </w:r>
      <w:r>
        <w:br/>
      </w:r>
      <w:r>
        <w:t xml:space="preserve">    (b) Argentine revolutionary who fought with Castro in the Cuban Revolution and later became a symbol of radical left politics</w:t>
      </w:r>
      <w:r>
        <w:br/>
      </w:r>
      <w:r>
        <w:t xml:space="preserve">    (c) influential French philosopher and writer who believed that the natural goodness of man was warped by society (1712-1778)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then he heard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in his backyard.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noisy disturbance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Stowing away on the Carmella would be easy — one of Earl's guys did it once when he was younger: stowed away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Cuba</w:t>
      </w:r>
      <w:r>
        <w:rPr>
          <w:b/>
          <w:bCs/>
        </w:rPr>
        <w:t xml:space="preserve"> </w:t>
      </w:r>
      <w:r>
        <w:rPr>
          <w:b/>
          <w:bCs/>
        </w:rPr>
        <w:t xml:space="preserve">to track down an old girlfriend.</w:t>
      </w:r>
      <w:r>
        <w:br/>
      </w:r>
      <w:r>
        <w:t xml:space="preserve">    (a) large Caribbean island known for high-tech industry</w:t>
      </w:r>
      <w:r>
        <w:br/>
      </w:r>
      <w:r>
        <w:t xml:space="preserve">    (b) Mexican state that exports much coffee and sugar</w:t>
      </w:r>
      <w:r>
        <w:br/>
      </w:r>
      <w:r>
        <w:t xml:space="preserve">    (c) communist country that is 90 miles from Florida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 said that all letters from Hawaii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censored</w:t>
      </w:r>
      <w:r>
        <w:rPr>
          <w:b/>
          <w:bCs/>
        </w:rPr>
        <w:t xml:space="preserve">; soldiers would read his letter and cross out any information that could help the enemy.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removed or suppressed something considered obscene, immoral, or politically unacceptable</w:t>
      </w:r>
      <w:r>
        <w:br/>
      </w:r>
      <w:r>
        <w:t xml:space="preserve">    (c) without a personal preference; or without any tendency to move in a particular direction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2026-07-31T20:06:25Z</dcterms:created>
  <dcterms:modified xsi:type="dcterms:W3CDTF">2026-07-31T20:06:25Z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