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77af8441e03284777ca9ae5442a9811f0d28eb"/>
    <w:p>
      <w:pPr>
        <w:pStyle w:val="Heading1"/>
      </w:pPr>
      <w:r>
        <w:rPr>
          <w:b/>
          <w:bCs/>
        </w:rPr>
        <w:t xml:space="preserve">I Stand Here Ironing</w:t>
      </w:r>
      <w:r>
        <w:br/>
      </w:r>
      <w:r>
        <w:rPr>
          <w:i/>
          <w:iCs/>
        </w:rPr>
        <w:t xml:space="preserve">Tillie Olsen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stand here ironing, and what you asked me moves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tormented</w:t>
      </w:r>
      <w:r>
        <w:rPr>
          <w:b/>
          <w:bCs/>
        </w:rPr>
        <w:t xml:space="preserve"> </w:t>
      </w:r>
      <w:r>
        <w:rPr>
          <w:b/>
          <w:bCs/>
        </w:rPr>
        <w:t xml:space="preserve">back and forth with the iron.</w:t>
      </w:r>
      <w:r>
        <w:br/>
      </w:r>
      <w:r>
        <w:t xml:space="preserve">    (a) caused great mental or physical suffering</w:t>
      </w:r>
      <w:r>
        <w:br/>
      </w:r>
      <w:r>
        <w:t xml:space="preserve">    (b) not altered in an unnatural or untrue way</w:t>
      </w:r>
      <w:r>
        <w:br/>
      </w:r>
      <w:r>
        <w:t xml:space="preserve">    (c) consented reluctantly; or suffered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is there time to remember, to sift, to weigh,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estimate</w:t>
      </w:r>
      <w:r>
        <w:rPr>
          <w:b/>
          <w:bCs/>
        </w:rPr>
        <w:t xml:space="preserve">, to total?</w:t>
      </w:r>
      <w:r>
        <w:br/>
      </w:r>
      <w:r>
        <w:t xml:space="preserve">    (a) a rough calculation or guess of a value, quantity, or extent of something</w:t>
      </w:r>
      <w:r>
        <w:br/>
      </w:r>
      <w:r>
        <w:t xml:space="preserve">    (b) propose a seemingly reasonable, but unproven, idea based upon known facts</w:t>
      </w:r>
      <w:r>
        <w:br/>
      </w:r>
      <w:r>
        <w:t xml:space="preserve">    (c) add fuel or stir a fire to make it burn hotter; or make feelings stronger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pre-relief, pre-</w:t>
      </w:r>
      <w:r>
        <w:rPr>
          <w:b/>
          <w:bCs/>
          <w:u w:val="single"/>
        </w:rPr>
        <w:t xml:space="preserve">WPA</w:t>
      </w:r>
      <w:r>
        <w:rPr>
          <w:b/>
          <w:bCs/>
        </w:rPr>
        <w:t xml:space="preserve"> </w:t>
      </w:r>
      <w:r>
        <w:rPr>
          <w:b/>
          <w:bCs/>
        </w:rPr>
        <w:t xml:space="preserve">world of the depression.</w:t>
      </w:r>
      <w:r>
        <w:br/>
      </w:r>
      <w:r>
        <w:t xml:space="preserve">    (a) relating to or characteristic of Greece or classical Greek civilization</w:t>
      </w:r>
      <w:r>
        <w:br/>
      </w:r>
      <w:r>
        <w:t xml:space="preserve">    (b) largest of the Depression era relief measures that put millions to work</w:t>
      </w:r>
      <w:r>
        <w:br/>
      </w:r>
      <w:r>
        <w:t xml:space="preserve">    (c) of the philosophical &amp; religious system based on the teachings of Laozi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of our others in their three-, four-year-oldness—the explosions, the tempers,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denunciations</w:t>
      </w:r>
      <w:r>
        <w:rPr>
          <w:b/>
          <w:bCs/>
        </w:rPr>
        <w:t xml:space="preserve">, the demands —and I feel suddenly ill.</w:t>
      </w:r>
      <w:r>
        <w:br/>
      </w:r>
      <w:r>
        <w:t xml:space="preserve">    (a) things easily set on fire</w:t>
      </w:r>
      <w:r>
        <w:br/>
      </w:r>
      <w:r>
        <w:t xml:space="preserve">    (b) interactions or interests</w:t>
      </w:r>
      <w:r>
        <w:br/>
      </w:r>
      <w:r>
        <w:t xml:space="preserve">    (c) criticisms or accusations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must have seen it in her pantomimes, you spoke of her rare gift for comedy on the stage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rouses</w:t>
      </w:r>
      <w:r>
        <w:rPr>
          <w:b/>
          <w:bCs/>
        </w:rPr>
        <w:t xml:space="preserve"> </w:t>
      </w:r>
      <w:r>
        <w:rPr>
          <w:b/>
          <w:bCs/>
        </w:rPr>
        <w:t xml:space="preserve">a laughter out of the audience so dear they applaud and applaud and do not want to let her go.</w:t>
      </w:r>
      <w:r>
        <w:br/>
      </w:r>
      <w:r>
        <w:t xml:space="preserve">    (a) to awaken, make more active, or excite</w:t>
      </w:r>
      <w:r>
        <w:br/>
      </w:r>
      <w:r>
        <w:t xml:space="preserve">    (b) beyond the permitted boundary or limit</w:t>
      </w:r>
      <w:r>
        <w:br/>
      </w:r>
      <w:r>
        <w:t xml:space="preserve">    (c) explains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never have a picture of the children so I do not know if the girls still wear those gigantic red bows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ravaged</w:t>
      </w:r>
      <w:r>
        <w:rPr>
          <w:b/>
          <w:bCs/>
        </w:rPr>
        <w:t xml:space="preserve"> </w:t>
      </w:r>
      <w:r>
        <w:rPr>
          <w:b/>
          <w:bCs/>
        </w:rPr>
        <w:t xml:space="preserve">looks on the every other Sunday when parents can come to visit "unless otherwise notified"—as we were notified the first six weeks.</w:t>
      </w:r>
      <w:r>
        <w:br/>
      </w:r>
      <w:r>
        <w:t xml:space="preserve">    (a) took on as one's own</w:t>
      </w:r>
      <w:r>
        <w:br/>
      </w:r>
      <w:r>
        <w:t xml:space="preserve">    (b) destroyed or damaged</w:t>
      </w:r>
      <w:r>
        <w:br/>
      </w:r>
      <w:r>
        <w:t xml:space="preserve">    (c) began fighting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never have a picture of the children so I do not know if the girls still wear those gigantic red bows and the ravaged looks on the every other Sunday when parents can come to visit "unless otherwise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notified</w:t>
      </w:r>
      <w:r>
        <w:rPr>
          <w:b/>
          <w:bCs/>
        </w:rPr>
        <w:t xml:space="preserve">"—as we were notified the first six weeks.</w:t>
      </w:r>
      <w:r>
        <w:br/>
      </w:r>
      <w:r>
        <w:t xml:space="preserve">    (a) found, sought, or researched</w:t>
      </w:r>
      <w:r>
        <w:br/>
      </w:r>
      <w:r>
        <w:t xml:space="preserve">    (b) told someone about something</w:t>
      </w:r>
      <w:r>
        <w:br/>
      </w:r>
      <w:r>
        <w:t xml:space="preserve">    (c) not judged in a negative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fretted about her appearance, thin and dark and foreign-looking at a time when every little girl was supposed to look or thought she should look a chubby blonde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replica</w:t>
      </w:r>
      <w:r>
        <w:rPr>
          <w:b/>
          <w:bCs/>
        </w:rPr>
        <w:t xml:space="preserve"> </w:t>
      </w:r>
      <w:r>
        <w:rPr>
          <w:b/>
          <w:bCs/>
        </w:rPr>
        <w:t xml:space="preserve">of Shirley Temple.</w:t>
      </w:r>
      <w:r>
        <w:br/>
      </w:r>
      <w:r>
        <w:t xml:space="preserve">    (a) a careful copy or model of something</w:t>
      </w:r>
      <w:r>
        <w:br/>
      </w:r>
      <w:r>
        <w:t xml:space="preserve">    (b) lacking experience or sophistication</w:t>
      </w:r>
      <w:r>
        <w:br/>
      </w:r>
      <w:r>
        <w:t xml:space="preserve">    (c) a Muslim religious teacher or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her overworked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exasperated</w:t>
      </w:r>
      <w:r>
        <w:rPr>
          <w:b/>
          <w:bCs/>
        </w:rPr>
        <w:t xml:space="preserve"> </w:t>
      </w:r>
      <w:r>
        <w:rPr>
          <w:b/>
          <w:bCs/>
        </w:rPr>
        <w:t xml:space="preserve">teachers she was an overconscientious "slow learner" who kept trying to catch up and was absent entirely too often.</w:t>
      </w:r>
      <w:r>
        <w:br/>
      </w:r>
      <w:r>
        <w:t xml:space="preserve">    (a) came or arrived</w:t>
      </w:r>
      <w:r>
        <w:br/>
      </w:r>
      <w:r>
        <w:t xml:space="preserve">    (b) said indirectly</w:t>
      </w:r>
      <w:r>
        <w:br/>
      </w:r>
      <w:r>
        <w:t xml:space="preserve">    (c) greatly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her overworked and exasperated teachers she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overconscientious</w:t>
      </w:r>
      <w:r>
        <w:rPr>
          <w:b/>
          <w:bCs/>
        </w:rPr>
        <w:t xml:space="preserve"> </w:t>
      </w:r>
      <w:r>
        <w:rPr>
          <w:b/>
          <w:bCs/>
        </w:rPr>
        <w:t xml:space="preserve">"slow learner" who kept trying to catch up and was absent entirely too often.</w:t>
      </w:r>
      <w:r>
        <w:br/>
      </w:r>
      <w:r>
        <w:t xml:space="preserve">    (a) the state or degree of being very large</w:t>
      </w:r>
      <w:r>
        <w:br/>
      </w:r>
      <w:r>
        <w:t xml:space="preserve">    (b) excessively careful to do what is right</w:t>
      </w:r>
      <w:r>
        <w:br/>
      </w:r>
      <w:r>
        <w:t xml:space="preserve">    (c) clear, straightforward, or to the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Mostly Emily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asthma</w:t>
      </w:r>
      <w:r>
        <w:rPr>
          <w:b/>
          <w:bCs/>
        </w:rPr>
        <w:t xml:space="preserve">, and her breathing, harsh and labored, would fill the house with a curiously tranquil sound.</w:t>
      </w:r>
      <w:r>
        <w:br/>
      </w:r>
      <w:r>
        <w:t xml:space="preserve">    (a) a common lung disorder characterized by wheezing, shortness of breath, chest tightness, and sometimes coughing</w:t>
      </w:r>
      <w:r>
        <w:br/>
      </w:r>
      <w:r>
        <w:t xml:space="preserve">    (b) the green substance in plants that absorbs light energy and converts it to chemical energy through photosynthesis</w:t>
      </w:r>
      <w:r>
        <w:br/>
      </w:r>
      <w:r>
        <w:t xml:space="preserve">    (c) windpipe (the air tube that conveys inhaled air to the lungs from just under the larynx or</w:t>
      </w:r>
      <w:r>
        <w:t xml:space="preserve"> </w:t>
      </w:r>
      <w:r>
        <w:rPr>
          <w:i/>
          <w:iCs/>
        </w:rPr>
        <w:t xml:space="preserve">voice box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Mostly Emily had asthma, and her breathing, harsh and labored, would fill the house with a curiously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tranquil</w:t>
      </w:r>
      <w:r>
        <w:rPr>
          <w:b/>
          <w:bCs/>
        </w:rPr>
        <w:t xml:space="preserve"> </w:t>
      </w:r>
      <w:r>
        <w:rPr>
          <w:b/>
          <w:bCs/>
        </w:rPr>
        <w:t xml:space="preserve">sound.</w:t>
      </w:r>
      <w:r>
        <w:br/>
      </w:r>
      <w:r>
        <w:t xml:space="preserve">    (a) sensible and careful</w:t>
      </w:r>
      <w:r>
        <w:br/>
      </w:r>
      <w:r>
        <w:t xml:space="preserve">    (b) sincerity (realness)</w:t>
      </w:r>
      <w:r>
        <w:br/>
      </w:r>
      <w:r>
        <w:t xml:space="preserve">    (c) calm and undisturbed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Oh there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conflicts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others too, each one human, needing, demanding, hurting, taking—but only between Emily and Susan, no, Emily toward Susan that corroding resentment.</w:t>
      </w:r>
      <w:r>
        <w:br/>
      </w:r>
      <w:r>
        <w:t xml:space="preserve">    (a) struggles or disagreements</w:t>
      </w:r>
      <w:r>
        <w:br/>
      </w:r>
      <w:r>
        <w:t xml:space="preserve">    (b) is attractive or desirable</w:t>
      </w:r>
      <w:r>
        <w:br/>
      </w:r>
      <w:r>
        <w:t xml:space="preserve">    (c) requires (to do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Oh there are conflicts between the others too, each one human, needing, demanding, hurting, taking—but only between Emily and Susan, no, Emily toward Susan that corroding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resentment</w:t>
      </w:r>
      <w:r>
        <w:rPr>
          <w:b/>
          <w:bCs/>
        </w:rPr>
        <w:t xml:space="preserve">.</w:t>
      </w:r>
      <w:r>
        <w:br/>
      </w:r>
      <w:r>
        <w:t xml:space="preserve">    (a) Hitler's fanatical and oppressive political party in World War II Germany</w:t>
      </w:r>
      <w:r>
        <w:br/>
      </w:r>
      <w:r>
        <w:t xml:space="preserve">    (b) someone who enjoys the benefits of a public good without bearing the cost</w:t>
      </w:r>
      <w:r>
        <w:br/>
      </w:r>
      <w:r>
        <w:t xml:space="preserve">    (c) a feeling of anger or unhappiness at having to accept something not liked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vulnerable</w:t>
      </w:r>
      <w:r>
        <w:rPr>
          <w:b/>
          <w:bCs/>
        </w:rPr>
        <w:t xml:space="preserve"> </w:t>
      </w:r>
      <w:r>
        <w:rPr>
          <w:b/>
          <w:bCs/>
        </w:rPr>
        <w:t xml:space="preserve">for that terrible world of youthful competition, of preening and parading, of constant measuring of yourself against every other, of envy, "If I had that copper hair,"</w:t>
      </w:r>
      <w:r>
        <w:br/>
      </w:r>
      <w:r>
        <w:t xml:space="preserve">    (a) easily hurt or in need of help; or easily influenced or subject to temptation</w:t>
      </w:r>
      <w:r>
        <w:br/>
      </w:r>
      <w:r>
        <w:t xml:space="preserve">    (b) having the characteristic of or relating to bouncing back light/heat/sound...</w:t>
      </w:r>
      <w:r>
        <w:br/>
      </w:r>
      <w:r>
        <w:t xml:space="preserve">    (c) suffering from too few red blood cells</w:t>
      </w:r>
      <w:r>
        <w:br/>
      </w:r>
      <w:r>
        <w:br/>
      </w:r>
      <w:r>
        <w:t xml:space="preserve">or (less commonly):  lacking vitality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too vulnerable for that terrible world of youthful competition, of preening and parading,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constant</w:t>
      </w:r>
      <w:r>
        <w:rPr>
          <w:b/>
          <w:bCs/>
        </w:rPr>
        <w:t xml:space="preserve"> </w:t>
      </w:r>
      <w:r>
        <w:rPr>
          <w:b/>
          <w:bCs/>
        </w:rPr>
        <w:t xml:space="preserve">measuring of yourself against every other, of envy, "If I had that copper hair,"</w:t>
      </w:r>
      <w:r>
        <w:br/>
      </w:r>
      <w:r>
        <w:t xml:space="preserve">    (a) the state or degree of being good or beneficial</w:t>
      </w:r>
      <w:r>
        <w:br/>
      </w:r>
      <w:r>
        <w:t xml:space="preserve">    (b) unchanging, continuous, or happening repeatedly</w:t>
      </w:r>
      <w:r>
        <w:br/>
      </w:r>
      <w:r>
        <w:t xml:space="preserve">    (c) not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did I start to gather together, to try and make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coherent</w:t>
      </w:r>
      <w:r>
        <w:rPr>
          <w:b/>
          <w:bCs/>
        </w:rPr>
        <w:t xml:space="preserve">?</w:t>
      </w:r>
      <w:r>
        <w:br/>
      </w:r>
      <w:r>
        <w:t xml:space="preserve">    (a) sensible and clear; or describing parts as fitting together in a consistent or pleasing manner</w:t>
      </w:r>
      <w:r>
        <w:br/>
      </w:r>
      <w:r>
        <w:t xml:space="preserve">    (b) not relating to practice or belief that is long-established or was previously long-established</w:t>
      </w:r>
      <w:r>
        <w:br/>
      </w:r>
      <w:r>
        <w:t xml:space="preserve">    (c) relating to a residential area located near the outer edge of a city where it isn't as crowded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Mornings of crisis and near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 </w:t>
      </w:r>
      <w:r>
        <w:rPr>
          <w:b/>
          <w:bCs/>
        </w:rPr>
        <w:t xml:space="preserve">trying to get lunches packed, hair combed, coats and shoes found, everyone to school or Child Care on time, the baby ready for transportation.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found a condition or substance to be present</w:t>
      </w:r>
      <w:r>
        <w:br/>
      </w:r>
      <w:r>
        <w:t xml:space="preserve">    (c) a state of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suddenly she was Somebody, and as imprisoned in her difference as she had been in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anonymity</w:t>
      </w:r>
      <w:r>
        <w:rPr>
          <w:b/>
          <w:bCs/>
        </w:rPr>
        <w:t xml:space="preserve">.</w:t>
      </w:r>
      <w:r>
        <w:br/>
      </w:r>
      <w:r>
        <w:t xml:space="preserve">    (a) a state where the identity of someone is unknown -- for example, the name of an author or the name of a donor</w:t>
      </w:r>
      <w:r>
        <w:br/>
      </w:r>
      <w:r>
        <w:br/>
      </w:r>
      <w:r>
        <w:t xml:space="preserve">or (more rarely): a lack of individuality or interesting features</w:t>
      </w:r>
      <w:r>
        <w:br/>
      </w:r>
      <w:r>
        <w:t xml:space="preserve">    (b) another name for tetanus -- a bacterial infection typically contracted through a puncture wound with a dirty object, and which makes the patient incapable of opening their jaw</w:t>
      </w:r>
      <w:r>
        <w:br/>
      </w:r>
      <w:r>
        <w:t xml:space="preserve">    (c) a technique of showing events faster than they happen by taking a series of pictures, one after each passing of some time period, and then combing the pictures into a quick video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2026-07-31T19:01:31Z</dcterms:created>
  <dcterms:modified xsi:type="dcterms:W3CDTF">2026-07-31T19:01:31Z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