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dea0a4901783b48e9558aa550e905c71db193d"/>
    <w:p>
      <w:pPr>
        <w:pStyle w:val="Heading1"/>
      </w:pPr>
      <w:r>
        <w:rPr>
          <w:b/>
          <w:bCs/>
        </w:rPr>
        <w:t xml:space="preserve">I Know Why the Caged Bird Sings</w:t>
      </w:r>
      <w:r>
        <w:br/>
      </w:r>
      <w:r>
        <w:rPr>
          <w:i/>
          <w:iCs/>
        </w:rPr>
        <w:t xml:space="preserve">Maya Angelou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song is called "</w:t>
      </w:r>
      <w:r>
        <w:rPr>
          <w:b/>
          <w:bCs/>
          <w:u w:val="single"/>
        </w:rPr>
        <w:t xml:space="preserve">Abide</w:t>
      </w:r>
      <w:r>
        <w:rPr>
          <w:b/>
          <w:bCs/>
        </w:rPr>
        <w:t xml:space="preserve"> </w:t>
      </w:r>
      <w:r>
        <w:rPr>
          <w:b/>
          <w:bCs/>
        </w:rPr>
        <w:t xml:space="preserve">With Me."</w:t>
      </w:r>
      <w:r>
        <w:br/>
      </w:r>
      <w:r>
        <w:t xml:space="preserve">    (a) tolerate</w:t>
      </w:r>
      <w:r>
        <w:br/>
      </w:r>
      <w:r>
        <w:t xml:space="preserve">    (b) grow</w:t>
      </w:r>
      <w:r>
        <w:br/>
      </w:r>
      <w:r>
        <w:t xml:space="preserve">    (c) live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love is deep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abiding</w:t>
      </w:r>
      <w:r>
        <w:rPr>
          <w:b/>
          <w:bCs/>
        </w:rPr>
        <w:t xml:space="preserve">.</w:t>
      </w:r>
      <w:r>
        <w:br/>
      </w:r>
      <w:r>
        <w:t xml:space="preserve">    (a) growing</w:t>
      </w:r>
      <w:r>
        <w:br/>
      </w:r>
      <w:r>
        <w:t xml:space="preserve">    (b) tolerant</w:t>
      </w:r>
      <w:r>
        <w:br/>
      </w:r>
      <w:r>
        <w:t xml:space="preserve">    (c) long-lasting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dresses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accordance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latest fashions.</w:t>
      </w:r>
      <w:r>
        <w:br/>
      </w:r>
      <w:r>
        <w:t xml:space="preserve">    (a) keeping</w:t>
      </w:r>
      <w:r>
        <w:br/>
      </w:r>
      <w:r>
        <w:t xml:space="preserve">    (b) ignorance</w:t>
      </w:r>
      <w:r>
        <w:br/>
      </w:r>
      <w:r>
        <w:t xml:space="preserve">    (c) opposition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fight, he turned himself in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.</w:t>
      </w:r>
      <w:r>
        <w:br/>
      </w:r>
      <w:r>
        <w:t xml:space="preserve">    (a) own mind</w:t>
      </w:r>
      <w:r>
        <w:br/>
      </w:r>
      <w:r>
        <w:t xml:space="preserve">    (b) own safety</w:t>
      </w:r>
      <w:r>
        <w:br/>
      </w:r>
      <w:r>
        <w:t xml:space="preserve">    (c) own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afflicted</w:t>
      </w:r>
      <w:r>
        <w:rPr>
          <w:b/>
          <w:bCs/>
        </w:rPr>
        <w:t xml:space="preserve"> </w:t>
      </w:r>
      <w:r>
        <w:rPr>
          <w:b/>
          <w:bCs/>
        </w:rPr>
        <w:t xml:space="preserve">with migraines since childhood.</w:t>
      </w:r>
      <w:r>
        <w:br/>
      </w:r>
      <w:r>
        <w:t xml:space="preserve">    (a) worried about</w:t>
      </w:r>
      <w:r>
        <w:br/>
      </w:r>
      <w:r>
        <w:t xml:space="preserve">    (b) made to suffer</w:t>
      </w:r>
      <w:r>
        <w:br/>
      </w:r>
      <w:r>
        <w:t xml:space="preserve">    (c) surprised by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grow more nervous as the test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approaches</w:t>
      </w:r>
      <w:r>
        <w:rPr>
          <w:b/>
          <w:bCs/>
        </w:rPr>
        <w:t xml:space="preserve">.</w:t>
      </w:r>
      <w:r>
        <w:br/>
      </w:r>
      <w:r>
        <w:t xml:space="preserve">    (a) is remembered</w:t>
      </w:r>
      <w:r>
        <w:br/>
      </w:r>
      <w:r>
        <w:t xml:space="preserve">    (b) gets nearer</w:t>
      </w:r>
      <w:r>
        <w:br/>
      </w:r>
      <w:r>
        <w:t xml:space="preserve">    (c) continues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need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this problem in a new way.</w:t>
      </w:r>
      <w:r>
        <w:br/>
      </w:r>
      <w:r>
        <w:t xml:space="preserve">    (a) avoid</w:t>
      </w:r>
      <w:r>
        <w:br/>
      </w:r>
      <w:r>
        <w:t xml:space="preserve">    (b) think about</w:t>
      </w:r>
      <w:r>
        <w:br/>
      </w:r>
      <w:r>
        <w:t xml:space="preserve">    (c) assign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teams are in fierce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contention</w:t>
      </w:r>
      <w:r>
        <w:rPr>
          <w:b/>
          <w:bCs/>
        </w:rPr>
        <w:t xml:space="preserve"> </w:t>
      </w:r>
      <w:r>
        <w:rPr>
          <w:b/>
          <w:bCs/>
        </w:rPr>
        <w:t xml:space="preserve">for first place.</w:t>
      </w:r>
      <w:r>
        <w:br/>
      </w:r>
      <w:r>
        <w:t xml:space="preserve">    (a) confidence</w:t>
      </w:r>
      <w:r>
        <w:br/>
      </w:r>
      <w:r>
        <w:t xml:space="preserve">    (b) surrender</w:t>
      </w:r>
      <w:r>
        <w:br/>
      </w:r>
      <w:r>
        <w:t xml:space="preserve">    (c) competition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accept</w:t>
      </w:r>
      <w:r>
        <w:br/>
      </w:r>
      <w:r>
        <w:t xml:space="preserve">    (b) understand</w:t>
      </w:r>
      <w:r>
        <w:br/>
      </w:r>
      <w:r>
        <w:t xml:space="preserve">    (c) express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hired a carriage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us to the city.</w:t>
      </w:r>
      <w:r>
        <w:br/>
      </w:r>
      <w:r>
        <w:t xml:space="preserve">    (a) transport</w:t>
      </w:r>
      <w:r>
        <w:br/>
      </w:r>
      <w:r>
        <w:t xml:space="preserve">    (b) give service of</w:t>
      </w:r>
      <w:r>
        <w:br/>
      </w:r>
      <w:r>
        <w:t xml:space="preserve">    (c) explain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either of you have copies of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?</w:t>
      </w:r>
      <w:r>
        <w:br/>
      </w:r>
      <w:r>
        <w:t xml:space="preserve">    (a) letters or emails</w:t>
      </w:r>
      <w:r>
        <w:br/>
      </w:r>
      <w:r>
        <w:t xml:space="preserve">    (b) pictures or drawings</w:t>
      </w:r>
      <w:r>
        <w:br/>
      </w:r>
      <w:r>
        <w:t xml:space="preserve">    (c) instructions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live in Los Angeles yet, but I joined the organization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corresponding</w:t>
      </w:r>
      <w:r>
        <w:rPr>
          <w:b/>
          <w:bCs/>
        </w:rPr>
        <w:t xml:space="preserve"> </w:t>
      </w:r>
      <w:r>
        <w:rPr>
          <w:b/>
          <w:bCs/>
        </w:rPr>
        <w:t xml:space="preserve">member.</w:t>
      </w:r>
      <w:r>
        <w:br/>
      </w:r>
      <w:r>
        <w:t xml:space="preserve">    (a) founding</w:t>
      </w:r>
      <w:r>
        <w:br/>
      </w:r>
      <w:r>
        <w:t xml:space="preserve">    (b) done from afar</w:t>
      </w:r>
      <w:r>
        <w:br/>
      </w:r>
      <w:r>
        <w:t xml:space="preserve">    (c) visiting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trusted her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impartial</w:t>
      </w:r>
      <w:r>
        <w:rPr>
          <w:b/>
          <w:bCs/>
        </w:rPr>
        <w:t xml:space="preserve">.</w:t>
      </w:r>
      <w:r>
        <w:br/>
      </w:r>
      <w:r>
        <w:t xml:space="preserve">    (a) forgiving</w:t>
      </w:r>
      <w:r>
        <w:br/>
      </w:r>
      <w:r>
        <w:t xml:space="preserve">    (b) smart</w:t>
      </w:r>
      <w:r>
        <w:br/>
      </w:r>
      <w:r>
        <w:t xml:space="preserve">    (c) unbiased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impudent</w:t>
      </w:r>
      <w:r>
        <w:rPr>
          <w:b/>
          <w:bCs/>
        </w:rPr>
        <w:t xml:space="preserve"> </w:t>
      </w:r>
      <w:r>
        <w:rPr>
          <w:b/>
          <w:bCs/>
        </w:rPr>
        <w:t xml:space="preserve">reply to the manager shocked everyone in the meeting.</w:t>
      </w:r>
      <w:r>
        <w:br/>
      </w:r>
      <w:r>
        <w:t xml:space="preserve">    (a) extremely quiet</w:t>
      </w:r>
      <w:r>
        <w:br/>
      </w:r>
      <w:r>
        <w:t xml:space="preserve">    (b) disrespectfully bold</w:t>
      </w:r>
      <w:r>
        <w:br/>
      </w:r>
      <w:r>
        <w:t xml:space="preserve">    (c) thoughtfully kind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</w:t>
      </w:r>
      <w:r>
        <w:rPr>
          <w:b/>
          <w:bCs/>
        </w:rPr>
        <w:t xml:space="preserve"> </w:t>
      </w:r>
      <w:r>
        <w:rPr>
          <w:b/>
          <w:bCs/>
        </w:rPr>
        <w:t xml:space="preserve">my taste for sweets more than is good for me.</w:t>
      </w:r>
      <w:r>
        <w:br/>
      </w:r>
      <w:r>
        <w:t xml:space="preserve">    (a) give in to</w:t>
      </w:r>
      <w:r>
        <w:br/>
      </w:r>
      <w:r>
        <w:t xml:space="preserve">    (b) hold back from</w:t>
      </w:r>
      <w:r>
        <w:br/>
      </w:r>
      <w:r>
        <w:t xml:space="preserve">    (c) complain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will stand to his left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his speech into sign language.</w:t>
      </w:r>
      <w:r>
        <w:br/>
      </w:r>
      <w:r>
        <w:t xml:space="preserve">    (a) refute (prove false)</w:t>
      </w:r>
      <w:r>
        <w:br/>
      </w:r>
      <w:r>
        <w:t xml:space="preserve">    (b) elaborate upon</w:t>
      </w:r>
      <w:r>
        <w:br/>
      </w:r>
      <w:r>
        <w:t xml:space="preserve">    (c) translate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will a court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the word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careless</w:t>
      </w:r>
      <w:r>
        <w:rPr>
          <w:b/>
          <w:bCs/>
        </w:rPr>
        <w:t xml:space="preserve"> </w:t>
      </w:r>
      <w:r>
        <w:rPr>
          <w:b/>
          <w:bCs/>
        </w:rPr>
        <w:t xml:space="preserve">if there is a lawsuit?</w:t>
      </w:r>
      <w:r>
        <w:br/>
      </w:r>
      <w:r>
        <w:t xml:space="preserve">    (a) ignore</w:t>
      </w:r>
      <w:r>
        <w:br/>
      </w:r>
      <w:r>
        <w:t xml:space="preserve">    (b) insist on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find it relaxing to wash the holiday dishes, but she finds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tedious</w:t>
      </w:r>
      <w:r>
        <w:rPr>
          <w:b/>
          <w:bCs/>
        </w:rPr>
        <w:t xml:space="preserve">.</w:t>
      </w:r>
      <w:r>
        <w:br/>
      </w:r>
      <w:r>
        <w:t xml:space="preserve">    (a) punishing</w:t>
      </w:r>
      <w:r>
        <w:br/>
      </w:r>
      <w:r>
        <w:t xml:space="preserve">    (b) stressful</w:t>
      </w:r>
      <w:r>
        <w:br/>
      </w:r>
      <w:r>
        <w:t xml:space="preserve">    (c) boring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fired off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volley</w:t>
      </w:r>
      <w:r>
        <w:rPr>
          <w:b/>
          <w:bCs/>
        </w:rPr>
        <w:t xml:space="preserve"> </w:t>
      </w:r>
      <w:r>
        <w:rPr>
          <w:b/>
          <w:bCs/>
        </w:rPr>
        <w:t xml:space="preserve">of questions at the nervous witness.</w:t>
      </w:r>
      <w:r>
        <w:br/>
      </w:r>
      <w:r>
        <w:t xml:space="preserve">    (a) a long pause</w:t>
      </w:r>
      <w:r>
        <w:br/>
      </w:r>
      <w:r>
        <w:t xml:space="preserve">    (b) a rapid burst</w:t>
      </w:r>
      <w:r>
        <w:br/>
      </w:r>
      <w:r>
        <w:t xml:space="preserve">    (c) a calm reply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scored the winning point with a perfect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volley</w:t>
      </w:r>
      <w:r>
        <w:rPr>
          <w:b/>
          <w:bCs/>
        </w:rPr>
        <w:t xml:space="preserve"> </w:t>
      </w:r>
      <w:r>
        <w:rPr>
          <w:b/>
          <w:bCs/>
        </w:rPr>
        <w:t xml:space="preserve">at the net.</w:t>
      </w:r>
      <w:r>
        <w:br/>
      </w:r>
      <w:r>
        <w:t xml:space="preserve">    (a) loud cheer</w:t>
      </w:r>
      <w:r>
        <w:br/>
      </w:r>
      <w:r>
        <w:t xml:space="preserve">    (b) lucky guess</w:t>
      </w:r>
      <w:r>
        <w:br/>
      </w:r>
      <w:r>
        <w:t xml:space="preserve">    (c) midair hit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2026-07-31T15:26:43Z</dcterms:created>
  <dcterms:modified xsi:type="dcterms:W3CDTF">2026-07-31T15:26:43Z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