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fa2c5134ee210b990c3daba996417ab45b61af5"/>
    <w:p>
      <w:pPr>
        <w:pStyle w:val="Heading1"/>
      </w:pPr>
      <w:r>
        <w:rPr>
          <w:b/>
          <w:bCs/>
        </w:rPr>
        <w:t xml:space="preserve">I Know Why the Caged Bird Sings</w:t>
      </w:r>
      <w:r>
        <w:br/>
      </w:r>
      <w:r>
        <w:rPr>
          <w:i/>
          <w:iCs/>
        </w:rPr>
        <w:t xml:space="preserve">Maya Angelou</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His nonchalance was meant to</w:t>
      </w:r>
      <w:r>
        <w:rPr>
          <w:b/>
          <w:bCs/>
        </w:rPr>
        <w:t xml:space="preserve"> </w:t>
      </w:r>
      <w:r>
        <w:rPr>
          <w:b/>
          <w:bCs/>
          <w:u w:val="single"/>
        </w:rPr>
        <w:t xml:space="preserve">convey</w:t>
      </w:r>
      <w:r>
        <w:rPr>
          <w:b/>
          <w:bCs/>
        </w:rPr>
        <w:t xml:space="preserve"> </w:t>
      </w:r>
      <w:r>
        <w:rPr>
          <w:b/>
          <w:bCs/>
        </w:rPr>
        <w:t xml:space="preserve">his authority and power over even dumb animals.</w:t>
      </w:r>
      <w:r>
        <w:br/>
      </w:r>
      <w:r>
        <w:t xml:space="preserve">    (a) communicate or express</w:t>
      </w:r>
      <w:r>
        <w:br/>
      </w:r>
      <w:r>
        <w:t xml:space="preserve">    (b) mirror back (an image)</w:t>
      </w:r>
      <w:r>
        <w:br/>
      </w:r>
      <w:r>
        <w:t xml:space="preserve">    (c) create dramatic change</w:t>
      </w:r>
    </w:p>
    <w:p>
      <w:pPr>
        <w:pStyle w:val="Compact"/>
        <w:numPr>
          <w:ilvl w:val="0"/>
          <w:numId w:val="1001"/>
        </w:numPr>
      </w:pPr>
      <w:r>
        <w:rPr>
          <w:b/>
          <w:bCs/>
        </w:rPr>
        <w:t xml:space="preserve">Her awareness of life's perils convinced her that while I would be safe on the public</w:t>
      </w:r>
      <w:r>
        <w:rPr>
          <w:b/>
          <w:bCs/>
        </w:rPr>
        <w:t xml:space="preserve"> </w:t>
      </w:r>
      <w:r>
        <w:rPr>
          <w:b/>
          <w:bCs/>
          <w:u w:val="single"/>
        </w:rPr>
        <w:t xml:space="preserve">conveyances</w:t>
      </w:r>
      <w:r>
        <w:rPr>
          <w:b/>
          <w:bCs/>
        </w:rPr>
        <w:t xml:space="preserve">, she "wasn't about to trust a taxi driver with her baby."</w:t>
      </w:r>
      <w:r>
        <w:br/>
      </w:r>
      <w:r>
        <w:t xml:space="preserve">    (a) means of transport</w:t>
      </w:r>
      <w:r>
        <w:br/>
      </w:r>
      <w:r>
        <w:t xml:space="preserve">    (b) takes on or adopts</w:t>
      </w:r>
      <w:r>
        <w:br/>
      </w:r>
      <w:r>
        <w:t xml:space="preserve">    (c) influences opinion</w:t>
      </w:r>
    </w:p>
    <w:p>
      <w:pPr>
        <w:pStyle w:val="Compact"/>
        <w:numPr>
          <w:ilvl w:val="0"/>
          <w:numId w:val="1001"/>
        </w:numPr>
      </w:pPr>
      <w:r>
        <w:rPr>
          <w:b/>
          <w:bCs/>
        </w:rPr>
        <w:t xml:space="preserve">But Reverend Thomas didn't intend to wait for that eventuality, so as Sister Monroe</w:t>
      </w:r>
      <w:r>
        <w:rPr>
          <w:b/>
          <w:bCs/>
        </w:rPr>
        <w:t xml:space="preserve"> </w:t>
      </w:r>
      <w:r>
        <w:rPr>
          <w:b/>
          <w:bCs/>
          <w:u w:val="single"/>
        </w:rPr>
        <w:t xml:space="preserve">approached</w:t>
      </w:r>
      <w:r>
        <w:rPr>
          <w:b/>
          <w:bCs/>
        </w:rPr>
        <w:t xml:space="preserve"> </w:t>
      </w:r>
      <w:r>
        <w:rPr>
          <w:b/>
          <w:bCs/>
        </w:rPr>
        <w:t xml:space="preserve">the pulpit from the right he started descending from the left.</w:t>
      </w:r>
      <w:r>
        <w:br/>
      </w:r>
      <w:r>
        <w:t xml:space="preserve">    (a) not satisfied</w:t>
      </w:r>
      <w:r>
        <w:br/>
      </w:r>
      <w:r>
        <w:t xml:space="preserve">    (b) moved toward</w:t>
      </w:r>
      <w:r>
        <w:br/>
      </w:r>
      <w:r>
        <w:t xml:space="preserve">    (c) made possible</w:t>
      </w:r>
    </w:p>
    <w:p>
      <w:pPr>
        <w:pStyle w:val="Compact"/>
        <w:numPr>
          <w:ilvl w:val="0"/>
          <w:numId w:val="1001"/>
        </w:numPr>
      </w:pPr>
      <w:r>
        <w:rPr>
          <w:b/>
          <w:bCs/>
        </w:rPr>
        <w:t xml:space="preserve">He continued speaking directly to the dead woman, and I half wished she would rise up and answer him, offended by the coarseness of his</w:t>
      </w:r>
      <w:r>
        <w:rPr>
          <w:b/>
          <w:bCs/>
        </w:rPr>
        <w:t xml:space="preserve"> </w:t>
      </w:r>
      <w:r>
        <w:rPr>
          <w:b/>
          <w:bCs/>
          <w:u w:val="single"/>
        </w:rPr>
        <w:t xml:space="preserve">approach</w:t>
      </w:r>
      <w:r>
        <w:rPr>
          <w:b/>
          <w:bCs/>
        </w:rPr>
        <w:t xml:space="preserve">.</w:t>
      </w:r>
      <w:r>
        <w:br/>
      </w:r>
      <w:r>
        <w:t xml:space="preserve">    (a) technique (way of doing something)</w:t>
      </w:r>
      <w:r>
        <w:br/>
      </w:r>
      <w:r>
        <w:t xml:space="preserve">    (b) change the direction of something or the purpose for which it is used</w:t>
      </w:r>
      <w:r>
        <w:br/>
      </w:r>
      <w:r>
        <w:t xml:space="preserve">    (c) to stick out, attract more attention than desired, or impose on others</w:t>
      </w:r>
    </w:p>
    <w:p>
      <w:pPr>
        <w:pStyle w:val="Compact"/>
        <w:numPr>
          <w:ilvl w:val="0"/>
          <w:numId w:val="1001"/>
        </w:numPr>
      </w:pPr>
      <w:r>
        <w:rPr>
          <w:b/>
          <w:bCs/>
        </w:rPr>
        <w:t xml:space="preserve">When I refused to be the child they knew and accepted me to be, I was called</w:t>
      </w:r>
      <w:r>
        <w:rPr>
          <w:b/>
          <w:bCs/>
        </w:rPr>
        <w:t xml:space="preserve"> </w:t>
      </w:r>
      <w:r>
        <w:rPr>
          <w:b/>
          <w:bCs/>
          <w:u w:val="single"/>
        </w:rPr>
        <w:t xml:space="preserve">impudent</w:t>
      </w:r>
      <w:r>
        <w:rPr>
          <w:b/>
          <w:bCs/>
        </w:rPr>
        <w:t xml:space="preserve">...</w:t>
      </w:r>
      <w:r>
        <w:br/>
      </w:r>
      <w:r>
        <w:t xml:space="preserve">    (a) alternative medicine using extremely diluted doses of a substance to treat the same symptoms larger doses cause</w:t>
      </w:r>
      <w:r>
        <w:br/>
      </w:r>
      <w:r>
        <w:t xml:space="preserve">    (b) working against psychosis (any severe mental disorder in which contact with reality is lost or highly distorted)</w:t>
      </w:r>
      <w:r>
        <w:br/>
      </w:r>
      <w:r>
        <w:t xml:space="preserve">    (c) improperly bold or disrespectful towards elders</w:t>
      </w:r>
    </w:p>
    <w:p>
      <w:pPr>
        <w:pStyle w:val="Compact"/>
        <w:numPr>
          <w:ilvl w:val="0"/>
          <w:numId w:val="1001"/>
        </w:numPr>
      </w:pPr>
      <w:r>
        <w:rPr>
          <w:b/>
          <w:bCs/>
        </w:rPr>
        <w:t xml:space="preserve">When Bailey tried to</w:t>
      </w:r>
      <w:r>
        <w:rPr>
          <w:b/>
          <w:bCs/>
        </w:rPr>
        <w:t xml:space="preserve"> </w:t>
      </w:r>
      <w:r>
        <w:rPr>
          <w:b/>
          <w:bCs/>
          <w:u w:val="single"/>
        </w:rPr>
        <w:t xml:space="preserve">interpret</w:t>
      </w:r>
      <w:r>
        <w:rPr>
          <w:b/>
          <w:bCs/>
        </w:rPr>
        <w:t xml:space="preserve"> </w:t>
      </w:r>
      <w:r>
        <w:rPr>
          <w:b/>
          <w:bCs/>
        </w:rPr>
        <w:t xml:space="preserve">the words with: "Whitefolks use 'by the way' to mean while we're on the subject," Momma reminded us that "whitefolks' mouths were most in general loose and their words were an abomination before Christ."</w:t>
      </w:r>
      <w:r>
        <w:br/>
      </w:r>
      <w:r>
        <w:t xml:space="preserve">    (a) collision</w:t>
      </w:r>
      <w:r>
        <w:br/>
      </w:r>
      <w:r>
        <w:t xml:space="preserve">    (b) translate</w:t>
      </w:r>
      <w:r>
        <w:br/>
      </w:r>
      <w:r>
        <w:t xml:space="preserve">    (c) stick out</w:t>
      </w:r>
    </w:p>
    <w:p>
      <w:pPr>
        <w:pStyle w:val="Compact"/>
        <w:numPr>
          <w:ilvl w:val="0"/>
          <w:numId w:val="1001"/>
        </w:numPr>
      </w:pPr>
      <w:r>
        <w:rPr>
          <w:b/>
          <w:bCs/>
        </w:rPr>
        <w:t xml:space="preserve">She looked at me closely, and only a person who knew her face well could have perceived the muscles relaxing and</w:t>
      </w:r>
      <w:r>
        <w:rPr>
          <w:b/>
          <w:bCs/>
        </w:rPr>
        <w:t xml:space="preserve"> </w:t>
      </w:r>
      <w:r>
        <w:rPr>
          <w:b/>
          <w:bCs/>
          <w:u w:val="single"/>
        </w:rPr>
        <w:t xml:space="preserve">interpreted</w:t>
      </w:r>
      <w:r>
        <w:rPr>
          <w:b/>
          <w:bCs/>
        </w:rPr>
        <w:t xml:space="preserve"> </w:t>
      </w:r>
      <w:r>
        <w:rPr>
          <w:b/>
          <w:bCs/>
        </w:rPr>
        <w:t xml:space="preserve">this as an indication of concern.</w:t>
      </w:r>
      <w:r>
        <w:br/>
      </w:r>
      <w:r>
        <w:t xml:space="preserve">    (a) not having accepted beliefs without critical question</w:t>
      </w:r>
      <w:r>
        <w:br/>
      </w:r>
      <w:r>
        <w:t xml:space="preserve">    (b) understood (in a particular way)</w:t>
      </w:r>
      <w:r>
        <w:br/>
      </w:r>
      <w:r>
        <w:t xml:space="preserve">    (c) made more attractive or interesting through additions</w:t>
      </w:r>
    </w:p>
    <w:p>
      <w:pPr>
        <w:pStyle w:val="Compact"/>
        <w:numPr>
          <w:ilvl w:val="0"/>
          <w:numId w:val="1001"/>
        </w:numPr>
      </w:pPr>
      <w:r>
        <w:rPr>
          <w:b/>
          <w:bCs/>
        </w:rPr>
        <w:t xml:space="preserve">And now I repeat the words of the Apostle Paul, and 'now</w:t>
      </w:r>
      <w:r>
        <w:rPr>
          <w:b/>
          <w:bCs/>
        </w:rPr>
        <w:t xml:space="preserve"> </w:t>
      </w:r>
      <w:r>
        <w:rPr>
          <w:b/>
          <w:bCs/>
          <w:u w:val="single"/>
        </w:rPr>
        <w:t xml:space="preserve">abideth</w:t>
      </w:r>
      <w:r>
        <w:rPr>
          <w:b/>
          <w:bCs/>
        </w:rPr>
        <w:t xml:space="preserve"> </w:t>
      </w:r>
      <w:r>
        <w:rPr>
          <w:b/>
          <w:bCs/>
        </w:rPr>
        <w:t xml:space="preserve">faith, hope and charity, these three; but the greatest of these is charity.'</w:t>
      </w:r>
      <w:r>
        <w:br/>
      </w:r>
      <w:r>
        <w:t xml:space="preserve">    (a) a device that turns light into electricity</w:t>
      </w:r>
      <w:r>
        <w:br/>
      </w:r>
      <w:r>
        <w:t xml:space="preserve">    (b) endures</w:t>
      </w:r>
      <w:r>
        <w:br/>
      </w:r>
      <w:r>
        <w:t xml:space="preserve">    (c) the degree of not being easily set on fire</w:t>
      </w:r>
    </w:p>
    <w:p>
      <w:pPr>
        <w:pStyle w:val="Compact"/>
        <w:numPr>
          <w:ilvl w:val="0"/>
          <w:numId w:val="1001"/>
        </w:numPr>
      </w:pPr>
      <w:r>
        <w:rPr>
          <w:b/>
          <w:bCs/>
        </w:rPr>
        <w:t xml:space="preserve">The pass allowed a reduction in her fare only, and even that had to be approved, so we were made to</w:t>
      </w:r>
      <w:r>
        <w:rPr>
          <w:b/>
          <w:bCs/>
        </w:rPr>
        <w:t xml:space="preserve"> </w:t>
      </w:r>
      <w:r>
        <w:rPr>
          <w:b/>
          <w:bCs/>
          <w:u w:val="single"/>
        </w:rPr>
        <w:t xml:space="preserve">abide</w:t>
      </w:r>
      <w:r>
        <w:rPr>
          <w:b/>
          <w:bCs/>
        </w:rPr>
        <w:t xml:space="preserve"> </w:t>
      </w:r>
      <w:r>
        <w:rPr>
          <w:b/>
          <w:bCs/>
        </w:rPr>
        <w:t xml:space="preserve">in a kind of limbo until white people we would never see, in offices we would never visit, signed and stamped and mailed the pass back to Momma.</w:t>
      </w:r>
      <w:r>
        <w:br/>
      </w:r>
      <w:r>
        <w:t xml:space="preserve">    (a) quit</w:t>
      </w:r>
      <w:r>
        <w:br/>
      </w:r>
      <w:r>
        <w:t xml:space="preserve">    (b) live (figuratively)</w:t>
      </w:r>
      <w:r>
        <w:br/>
      </w:r>
      <w:r>
        <w:t xml:space="preserve">    (c) draw</w:t>
      </w:r>
    </w:p>
    <w:p>
      <w:pPr>
        <w:pStyle w:val="Compact"/>
        <w:numPr>
          <w:ilvl w:val="0"/>
          <w:numId w:val="1001"/>
        </w:numPr>
      </w:pPr>
      <w:r>
        <w:rPr>
          <w:b/>
          <w:bCs/>
        </w:rPr>
        <w:t xml:space="preserve">Another right to the body, it looks like it was low … Yes, ladies and gentlemen, the referee is signaling but the</w:t>
      </w:r>
      <w:r>
        <w:rPr>
          <w:b/>
          <w:bCs/>
        </w:rPr>
        <w:t xml:space="preserve"> </w:t>
      </w:r>
      <w:r>
        <w:rPr>
          <w:b/>
          <w:bCs/>
          <w:u w:val="single"/>
        </w:rPr>
        <w:t xml:space="preserve">contender</w:t>
      </w:r>
      <w:r>
        <w:rPr>
          <w:b/>
          <w:bCs/>
        </w:rPr>
        <w:t xml:space="preserve"> </w:t>
      </w:r>
      <w:r>
        <w:rPr>
          <w:b/>
          <w:bCs/>
        </w:rPr>
        <w:t xml:space="preserve">keeps raining the blows on Louis.</w:t>
      </w:r>
      <w:r>
        <w:br/>
      </w:r>
      <w:r>
        <w:t xml:space="preserve">    (a) someone who takes great pleasure from</w:t>
      </w:r>
      <w:r>
        <w:br/>
      </w:r>
      <w:r>
        <w:t xml:space="preserve">    (b) someone who becomes aware of something</w:t>
      </w:r>
      <w:r>
        <w:br/>
      </w:r>
      <w:r>
        <w:t xml:space="preserve">    (c) competitor</w:t>
      </w:r>
    </w:p>
    <w:p>
      <w:pPr>
        <w:pStyle w:val="Compact"/>
        <w:numPr>
          <w:ilvl w:val="0"/>
          <w:numId w:val="1001"/>
        </w:numPr>
      </w:pPr>
      <w:r>
        <w:rPr>
          <w:b/>
          <w:bCs/>
        </w:rPr>
        <w:t xml:space="preserve">But it was a shared if seldom voiced knowledge that all movements fitted, and worked</w:t>
      </w:r>
      <w:r>
        <w:rPr>
          <w:b/>
          <w:bCs/>
        </w:rPr>
        <w:t xml:space="preserve"> </w:t>
      </w:r>
      <w:r>
        <w:rPr>
          <w:b/>
          <w:bCs/>
          <w:u w:val="single"/>
        </w:rPr>
        <w:t xml:space="preserve">according to</w:t>
      </w:r>
      <w:r>
        <w:rPr>
          <w:b/>
          <w:bCs/>
        </w:rPr>
        <w:t xml:space="preserve"> </w:t>
      </w:r>
      <w:r>
        <w:rPr>
          <w:b/>
          <w:bCs/>
        </w:rPr>
        <w:t xml:space="preserve">a larger plan.</w:t>
      </w:r>
      <w:r>
        <w:br/>
      </w:r>
      <w:r>
        <w:t xml:space="preserve">    (a) in keeping with</w:t>
      </w:r>
      <w:r>
        <w:br/>
      </w:r>
      <w:r>
        <w:t xml:space="preserve">    (b) U.S. history:  pre-Civil War period</w:t>
      </w:r>
      <w:r>
        <w:br/>
      </w:r>
      <w:r>
        <w:t xml:space="preserve">    (c) idiom meaning</w:t>
      </w:r>
      <w:r>
        <w:t xml:space="preserve"> </w:t>
      </w:r>
      <w:r>
        <w:rPr>
          <w:i/>
          <w:iCs/>
        </w:rPr>
        <w:t xml:space="preserve">"won the day"</w:t>
      </w:r>
    </w:p>
    <w:p>
      <w:pPr>
        <w:pStyle w:val="Compact"/>
        <w:numPr>
          <w:ilvl w:val="0"/>
          <w:numId w:val="1001"/>
        </w:numPr>
      </w:pPr>
      <w:r>
        <w:rPr>
          <w:b/>
          <w:bCs/>
        </w:rPr>
        <w:t xml:space="preserve">It was always possible that the teeth would quiet down and maybe drop out of their</w:t>
      </w:r>
      <w:r>
        <w:rPr>
          <w:b/>
          <w:bCs/>
        </w:rPr>
        <w:t xml:space="preserve"> </w:t>
      </w:r>
      <w:r>
        <w:rPr>
          <w:b/>
          <w:bCs/>
          <w:u w:val="single"/>
        </w:rPr>
        <w:t xml:space="preserve">own accord</w:t>
      </w:r>
      <w:r>
        <w:rPr>
          <w:b/>
          <w:bCs/>
        </w:rPr>
        <w:t xml:space="preserve">.</w:t>
      </w:r>
      <w:r>
        <w:br/>
      </w:r>
      <w:r>
        <w:t xml:space="preserve">    (a) tropical viral disease transmitted by a mosquito</w:t>
      </w:r>
      <w:r>
        <w:br/>
      </w:r>
      <w:r>
        <w:t xml:space="preserve">    (b) own mind (i.e., on their own)</w:t>
      </w:r>
      <w:r>
        <w:br/>
      </w:r>
      <w:r>
        <w:t xml:space="preserve">    (c) the achievement of 3 positive feats in a sport</w:t>
      </w:r>
    </w:p>
    <w:p>
      <w:pPr>
        <w:pStyle w:val="Compact"/>
        <w:numPr>
          <w:ilvl w:val="0"/>
          <w:numId w:val="1001"/>
        </w:numPr>
      </w:pPr>
      <w:r>
        <w:rPr>
          <w:b/>
          <w:bCs/>
        </w:rPr>
        <w:t xml:space="preserve">We spent</w:t>
      </w:r>
      <w:r>
        <w:rPr>
          <w:b/>
          <w:bCs/>
        </w:rPr>
        <w:t xml:space="preserve"> </w:t>
      </w:r>
      <w:r>
        <w:rPr>
          <w:b/>
          <w:bCs/>
          <w:u w:val="single"/>
        </w:rPr>
        <w:t xml:space="preserve">tedious</w:t>
      </w:r>
      <w:r>
        <w:rPr>
          <w:b/>
          <w:bCs/>
        </w:rPr>
        <w:t xml:space="preserve"> </w:t>
      </w:r>
      <w:r>
        <w:rPr>
          <w:b/>
          <w:bCs/>
        </w:rPr>
        <w:t xml:space="preserve">hours teaching ourselves the Tut language.</w:t>
      </w:r>
      <w:r>
        <w:br/>
      </w:r>
      <w:r>
        <w:t xml:space="preserve">    (a) not demonstrative of</w:t>
      </w:r>
      <w:r>
        <w:br/>
      </w:r>
      <w:r>
        <w:t xml:space="preserve">    (b) sensible and careful</w:t>
      </w:r>
      <w:r>
        <w:br/>
      </w:r>
      <w:r>
        <w:t xml:space="preserve">    (c) long, monotonous (boring)</w:t>
      </w:r>
    </w:p>
    <w:p>
      <w:pPr>
        <w:pStyle w:val="Compact"/>
        <w:numPr>
          <w:ilvl w:val="0"/>
          <w:numId w:val="1001"/>
        </w:numPr>
      </w:pPr>
      <w:r>
        <w:rPr>
          <w:b/>
          <w:bCs/>
        </w:rPr>
        <w:t xml:space="preserve">Their remarks and responses were like a Ping-Pong game with each</w:t>
      </w:r>
      <w:r>
        <w:rPr>
          <w:b/>
          <w:bCs/>
        </w:rPr>
        <w:t xml:space="preserve"> </w:t>
      </w:r>
      <w:r>
        <w:rPr>
          <w:b/>
          <w:bCs/>
          <w:u w:val="single"/>
        </w:rPr>
        <w:t xml:space="preserve">volley</w:t>
      </w:r>
      <w:r>
        <w:rPr>
          <w:b/>
          <w:bCs/>
        </w:rPr>
        <w:t xml:space="preserve"> </w:t>
      </w:r>
      <w:r>
        <w:rPr>
          <w:b/>
          <w:bCs/>
        </w:rPr>
        <w:t xml:space="preserve">clearing the net and flying back to the opposition.</w:t>
      </w:r>
      <w:r>
        <w:br/>
      </w:r>
      <w:r>
        <w:t xml:space="preserve">    (a) formally not vote either "yes" or "no"; or to voluntarily not do something -- such as not drink alcohol</w:t>
      </w:r>
      <w:r>
        <w:br/>
      </w:r>
      <w:r>
        <w:t xml:space="preserve">    (b) return of the ball</w:t>
      </w:r>
      <w:r>
        <w:br/>
      </w:r>
      <w:r>
        <w:t xml:space="preserve">    (c) change in a light (or other wave) when it passes an obstacle such as an opaque edge or a narrow opening</w:t>
      </w:r>
    </w:p>
    <w:p>
      <w:pPr>
        <w:pStyle w:val="Compact"/>
        <w:numPr>
          <w:ilvl w:val="0"/>
          <w:numId w:val="1001"/>
        </w:numPr>
      </w:pPr>
      <w:r>
        <w:rPr>
          <w:b/>
          <w:bCs/>
        </w:rPr>
        <w:t xml:space="preserve">The crash of scraping metal was followed immediately by a</w:t>
      </w:r>
      <w:r>
        <w:rPr>
          <w:b/>
          <w:bCs/>
        </w:rPr>
        <w:t xml:space="preserve"> </w:t>
      </w:r>
      <w:r>
        <w:rPr>
          <w:b/>
          <w:bCs/>
          <w:u w:val="single"/>
        </w:rPr>
        <w:t xml:space="preserve">volley</w:t>
      </w:r>
      <w:r>
        <w:rPr>
          <w:b/>
          <w:bCs/>
        </w:rPr>
        <w:t xml:space="preserve"> </w:t>
      </w:r>
      <w:r>
        <w:rPr>
          <w:b/>
          <w:bCs/>
        </w:rPr>
        <w:t xml:space="preserve">of Spanish hurled at me from all directions.</w:t>
      </w:r>
      <w:r>
        <w:br/>
      </w:r>
      <w:r>
        <w:t xml:space="preserve">    (a) express personal artistic ideas or feelings while performing (or performing to) someone else's work</w:t>
      </w:r>
      <w:r>
        <w:br/>
      </w:r>
      <w:r>
        <w:t xml:space="preserve">    (b) direct energy from a negative (unacceptable) impulse or urge into a positive or acceptable action</w:t>
      </w:r>
      <w:r>
        <w:br/>
      </w:r>
      <w:r>
        <w:t xml:space="preserve">    (c) barrage or outpouring</w:t>
      </w:r>
    </w:p>
    <w:p>
      <w:pPr>
        <w:pStyle w:val="Compact"/>
        <w:numPr>
          <w:ilvl w:val="0"/>
          <w:numId w:val="1001"/>
        </w:numPr>
      </w:pPr>
      <w:r>
        <w:rPr>
          <w:b/>
          <w:bCs/>
        </w:rPr>
        <w:t xml:space="preserve">Bailey was obviously always going to be too small to be an athlete, so which concrete angel glued to what country seat had decided that if my brother wanted to become a lawyer he had to first pay penance for his skin by picking cotton and hoeing corn and studying</w:t>
      </w:r>
      <w:r>
        <w:rPr>
          <w:b/>
          <w:bCs/>
        </w:rPr>
        <w:t xml:space="preserve"> </w:t>
      </w:r>
      <w:r>
        <w:rPr>
          <w:b/>
          <w:bCs/>
          <w:u w:val="single"/>
        </w:rPr>
        <w:t xml:space="preserve">correspondence</w:t>
      </w:r>
      <w:r>
        <w:rPr>
          <w:b/>
          <w:bCs/>
        </w:rPr>
        <w:t xml:space="preserve"> </w:t>
      </w:r>
      <w:r>
        <w:rPr>
          <w:b/>
          <w:bCs/>
        </w:rPr>
        <w:t xml:space="preserve">books at night for twenty years?</w:t>
      </w:r>
      <w:r>
        <w:br/>
      </w:r>
      <w:r>
        <w:t xml:space="preserve">    (a) done from afar (by mailing letters, reports, etc.)</w:t>
      </w:r>
      <w:r>
        <w:br/>
      </w:r>
      <w:r>
        <w:t xml:space="preserve">    (b) leaps or jumps</w:t>
      </w:r>
      <w:r>
        <w:br/>
      </w:r>
      <w:r>
        <w:t xml:space="preserve">    (c) small kitchens</w:t>
      </w:r>
    </w:p>
    <w:p>
      <w:pPr>
        <w:pStyle w:val="Compact"/>
        <w:numPr>
          <w:ilvl w:val="0"/>
          <w:numId w:val="1001"/>
        </w:numPr>
      </w:pPr>
      <w:r>
        <w:rPr>
          <w:b/>
          <w:bCs/>
        </w:rPr>
        <w:t xml:space="preserve">Daddy Bailey had a girl friend, who had begun</w:t>
      </w:r>
      <w:r>
        <w:rPr>
          <w:b/>
          <w:bCs/>
        </w:rPr>
        <w:t xml:space="preserve"> </w:t>
      </w:r>
      <w:r>
        <w:rPr>
          <w:b/>
          <w:bCs/>
          <w:u w:val="single"/>
        </w:rPr>
        <w:t xml:space="preserve">corresponding</w:t>
      </w:r>
      <w:r>
        <w:rPr>
          <w:b/>
          <w:bCs/>
        </w:rPr>
        <w:t xml:space="preserve"> </w:t>
      </w:r>
      <w:r>
        <w:rPr>
          <w:b/>
          <w:bCs/>
        </w:rPr>
        <w:t xml:space="preserve">with me some months before, and she was to meet me at the train.</w:t>
      </w:r>
      <w:r>
        <w:br/>
      </w:r>
      <w:r>
        <w:t xml:space="preserve">    (a) controlling, preventing, or making less intense</w:t>
      </w:r>
      <w:r>
        <w:br/>
      </w:r>
      <w:r>
        <w:t xml:space="preserve">    (b) considering (the affect on a result or outcome)</w:t>
      </w:r>
      <w:r>
        <w:br/>
      </w:r>
      <w:r>
        <w:t xml:space="preserve">    (c) exchanging letters or messages</w:t>
      </w:r>
    </w:p>
    <w:p>
      <w:pPr>
        <w:pStyle w:val="Compact"/>
        <w:numPr>
          <w:ilvl w:val="0"/>
          <w:numId w:val="1001"/>
        </w:numPr>
      </w:pPr>
      <w:r>
        <w:rPr>
          <w:b/>
          <w:bCs/>
        </w:rPr>
        <w:t xml:space="preserve">I slept with Grandmother Baxter, who was</w:t>
      </w:r>
      <w:r>
        <w:rPr>
          <w:b/>
          <w:bCs/>
        </w:rPr>
        <w:t xml:space="preserve"> </w:t>
      </w:r>
      <w:r>
        <w:rPr>
          <w:b/>
          <w:bCs/>
          <w:u w:val="single"/>
        </w:rPr>
        <w:t xml:space="preserve">afflicted</w:t>
      </w:r>
      <w:r>
        <w:rPr>
          <w:b/>
          <w:bCs/>
        </w:rPr>
        <w:t xml:space="preserve"> </w:t>
      </w:r>
      <w:r>
        <w:rPr>
          <w:b/>
          <w:bCs/>
        </w:rPr>
        <w:t xml:space="preserve">with chronic bronchitis and smoked heavily.</w:t>
      </w:r>
      <w:r>
        <w:br/>
      </w:r>
      <w:r>
        <w:t xml:space="preserve">    (a) told someone about something</w:t>
      </w:r>
      <w:r>
        <w:br/>
      </w:r>
      <w:r>
        <w:t xml:space="preserve">    (b) not judged in a negative way</w:t>
      </w:r>
      <w:r>
        <w:br/>
      </w:r>
      <w:r>
        <w:t xml:space="preserve">    (c) stricken (suffered from)</w:t>
      </w:r>
    </w:p>
    <w:p>
      <w:pPr>
        <w:pStyle w:val="Compact"/>
        <w:numPr>
          <w:ilvl w:val="0"/>
          <w:numId w:val="1001"/>
        </w:numPr>
      </w:pPr>
      <w:r>
        <w:rPr>
          <w:b/>
          <w:bCs/>
        </w:rPr>
        <w:t xml:space="preserve">She had the</w:t>
      </w:r>
      <w:r>
        <w:rPr>
          <w:b/>
          <w:bCs/>
        </w:rPr>
        <w:t xml:space="preserve"> </w:t>
      </w:r>
      <w:r>
        <w:rPr>
          <w:b/>
          <w:bCs/>
          <w:u w:val="single"/>
        </w:rPr>
        <w:t xml:space="preserve">impartiality</w:t>
      </w:r>
      <w:r>
        <w:rPr>
          <w:b/>
          <w:bCs/>
        </w:rPr>
        <w:t xml:space="preserve"> </w:t>
      </w:r>
      <w:r>
        <w:rPr>
          <w:b/>
          <w:bCs/>
        </w:rPr>
        <w:t xml:space="preserve">of nature, with the same lack of indulgence or clemency.</w:t>
      </w:r>
      <w:r>
        <w:br/>
      </w:r>
      <w:r>
        <w:t xml:space="preserve">    (a) rain, snow, hail, or sleet</w:t>
      </w:r>
      <w:r>
        <w:br/>
      </w:r>
      <w:r>
        <w:t xml:space="preserve">    (b) requires (to do something)</w:t>
      </w:r>
      <w:r>
        <w:br/>
      </w:r>
      <w:r>
        <w:t xml:space="preserve">    (c) lack of favoritism or bias</w:t>
      </w:r>
    </w:p>
    <w:p>
      <w:pPr>
        <w:pStyle w:val="Compact"/>
        <w:numPr>
          <w:ilvl w:val="0"/>
          <w:numId w:val="1001"/>
        </w:numPr>
      </w:pPr>
      <w:r>
        <w:rPr>
          <w:b/>
          <w:bCs/>
        </w:rPr>
        <w:t xml:space="preserve">she spent no time in</w:t>
      </w:r>
      <w:r>
        <w:rPr>
          <w:b/>
          <w:bCs/>
        </w:rPr>
        <w:t xml:space="preserve"> </w:t>
      </w:r>
      <w:r>
        <w:rPr>
          <w:b/>
          <w:bCs/>
          <w:u w:val="single"/>
        </w:rPr>
        <w:t xml:space="preserve">indulging</w:t>
      </w:r>
      <w:r>
        <w:rPr>
          <w:b/>
          <w:bCs/>
        </w:rPr>
        <w:t xml:space="preserve"> </w:t>
      </w:r>
      <w:r>
        <w:rPr>
          <w:b/>
          <w:bCs/>
        </w:rPr>
        <w:t xml:space="preserve">the frivolous.</w:t>
      </w:r>
      <w:r>
        <w:br/>
      </w:r>
      <w:r>
        <w:t xml:space="preserve">    (a) enjoying (to excess)</w:t>
      </w:r>
      <w:r>
        <w:br/>
      </w:r>
      <w:r>
        <w:t xml:space="preserve">    (b) thinking carefully</w:t>
      </w:r>
      <w:r>
        <w:br/>
      </w:r>
      <w:r>
        <w:t xml:space="preserve">    (c) leaping or jumping</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2026-07-31T15:26:43Z</dcterms:created>
  <dcterms:modified xsi:type="dcterms:W3CDTF">2026-07-31T15:26:43Z</dcterms:modified>
</cp:coreProperties>
</file>

<file path=docProps/custom.xml><?xml version="1.0" encoding="utf-8"?>
<Properties xmlns="http://schemas.openxmlformats.org/officeDocument/2006/custom-properties" xmlns:vt="http://schemas.openxmlformats.org/officeDocument/2006/docPropsVTypes"/>
</file>