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a02bca84dd0e6112503e74f30c88b6075ff56fd"/>
    <w:p>
      <w:pPr>
        <w:pStyle w:val="Heading1"/>
      </w:pPr>
      <w:r>
        <w:rPr>
          <w:b/>
          <w:bCs/>
        </w:rPr>
        <w:t xml:space="preserve">I Know Why the Caged Bird Sings</w:t>
      </w:r>
      <w:r>
        <w:br/>
      </w:r>
      <w:r>
        <w:rPr>
          <w:i/>
          <w:iCs/>
        </w:rPr>
        <w:t xml:space="preserve">Maya Angelou</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She seemed to hold no</w:t>
      </w:r>
      <w:r>
        <w:rPr>
          <w:b/>
          <w:bCs/>
        </w:rPr>
        <w:t xml:space="preserve"> </w:t>
      </w:r>
      <w:r>
        <w:rPr>
          <w:b/>
          <w:bCs/>
          <w:u w:val="single"/>
        </w:rPr>
        <w:t xml:space="preserve">rancor</w:t>
      </w:r>
      <w:r>
        <w:rPr>
          <w:b/>
          <w:bCs/>
        </w:rPr>
        <w:t xml:space="preserve"> </w:t>
      </w:r>
      <w:r>
        <w:rPr>
          <w:b/>
          <w:bCs/>
        </w:rPr>
        <w:t xml:space="preserve">against the baby-sitter, nor for her just God who allowed the accident.</w:t>
      </w:r>
      <w:r>
        <w:br/>
      </w:r>
      <w:r>
        <w:t xml:space="preserve">    (a) deep and bitter anger or hatred</w:t>
      </w:r>
      <w:r>
        <w:br/>
      </w:r>
      <w:r>
        <w:t xml:space="preserve">    (b) measure of general intelligence</w:t>
      </w:r>
      <w:r>
        <w:br/>
      </w:r>
      <w:r>
        <w:t xml:space="preserve">    (c) a firm decision to do something</w:t>
      </w:r>
    </w:p>
    <w:p>
      <w:pPr>
        <w:pStyle w:val="Compact"/>
        <w:numPr>
          <w:ilvl w:val="0"/>
          <w:numId w:val="1001"/>
        </w:numPr>
      </w:pPr>
      <w:r>
        <w:rPr>
          <w:b/>
          <w:bCs/>
        </w:rPr>
        <w:t xml:space="preserve">Without waiting for Momma's thanks, he rode out of the yard, sure that things were as they should be and that he was a gentle squire, saving those deserving serfs from the laws of the land, which he</w:t>
      </w:r>
      <w:r>
        <w:rPr>
          <w:b/>
          <w:bCs/>
        </w:rPr>
        <w:t xml:space="preserve"> </w:t>
      </w:r>
      <w:r>
        <w:rPr>
          <w:b/>
          <w:bCs/>
          <w:u w:val="single"/>
        </w:rPr>
        <w:t xml:space="preserve">condoned</w:t>
      </w:r>
      <w:r>
        <w:rPr>
          <w:b/>
          <w:bCs/>
        </w:rPr>
        <w:t xml:space="preserve">.</w:t>
      </w:r>
      <w:r>
        <w:br/>
      </w:r>
      <w:r>
        <w:t xml:space="preserve">    (a) emphasized (called attention to something)</w:t>
      </w:r>
      <w:r>
        <w:br/>
      </w:r>
      <w:r>
        <w:t xml:space="preserve">    (b) not fit for service to humans or home life</w:t>
      </w:r>
      <w:r>
        <w:br/>
      </w:r>
      <w:r>
        <w:t xml:space="preserve">    (c) accepted without criticism; or approved of</w:t>
      </w:r>
    </w:p>
    <w:p>
      <w:pPr>
        <w:pStyle w:val="Compact"/>
        <w:numPr>
          <w:ilvl w:val="0"/>
          <w:numId w:val="1001"/>
        </w:numPr>
      </w:pPr>
      <w:r>
        <w:rPr>
          <w:b/>
          <w:bCs/>
        </w:rPr>
        <w:t xml:space="preserve">A near</w:t>
      </w:r>
      <w:r>
        <w:rPr>
          <w:b/>
          <w:bCs/>
        </w:rPr>
        <w:t xml:space="preserve"> </w:t>
      </w:r>
      <w:r>
        <w:rPr>
          <w:b/>
          <w:bCs/>
          <w:u w:val="single"/>
        </w:rPr>
        <w:t xml:space="preserve">anachronism</w:t>
      </w:r>
      <w:r>
        <w:rPr>
          <w:b/>
          <w:bCs/>
        </w:rPr>
        <w:t xml:space="preserve"> </w:t>
      </w:r>
      <w:r>
        <w:rPr>
          <w:b/>
          <w:bCs/>
        </w:rPr>
        <w:t xml:space="preserve">in Stamps.</w:t>
      </w:r>
      <w:r>
        <w:br/>
      </w:r>
      <w:r>
        <w:t xml:space="preserve">    (a) something out of place for it's time</w:t>
      </w:r>
      <w:r>
        <w:br/>
      </w:r>
      <w:r>
        <w:t xml:space="preserve">    (b) a Muslim religious teacher or leader</w:t>
      </w:r>
      <w:r>
        <w:br/>
      </w:r>
      <w:r>
        <w:t xml:space="preserve">    (c) lacking experience or sophistication</w:t>
      </w:r>
    </w:p>
    <w:p>
      <w:pPr>
        <w:pStyle w:val="Compact"/>
        <w:numPr>
          <w:ilvl w:val="0"/>
          <w:numId w:val="1001"/>
        </w:numPr>
      </w:pPr>
      <w:r>
        <w:rPr>
          <w:b/>
          <w:bCs/>
        </w:rPr>
        <w:t xml:space="preserve">Crossing the Black area of Stamps which in childhood's narrow measure seemed a whole world, we were obliged by custom to stop and speak to every person we met, and Bailey felt</w:t>
      </w:r>
      <w:r>
        <w:rPr>
          <w:b/>
          <w:bCs/>
        </w:rPr>
        <w:t xml:space="preserve"> </w:t>
      </w:r>
      <w:r>
        <w:rPr>
          <w:b/>
          <w:bCs/>
          <w:u w:val="single"/>
        </w:rPr>
        <w:t xml:space="preserve">constrained</w:t>
      </w:r>
      <w:r>
        <w:rPr>
          <w:b/>
          <w:bCs/>
        </w:rPr>
        <w:t xml:space="preserve"> </w:t>
      </w:r>
      <w:r>
        <w:rPr>
          <w:b/>
          <w:bCs/>
        </w:rPr>
        <w:t xml:space="preserve">to spend a few minutes playing with each friend.</w:t>
      </w:r>
      <w:r>
        <w:br/>
      </w:r>
      <w:r>
        <w:t xml:space="preserve">    (a) not provided with investment funds</w:t>
      </w:r>
      <w:r>
        <w:br/>
      </w:r>
      <w:r>
        <w:t xml:space="preserve">    (b) restricted; or lacking spontaneity</w:t>
      </w:r>
      <w:r>
        <w:br/>
      </w:r>
      <w:r>
        <w:t xml:space="preserve">    (c) stopped (something from happening)</w:t>
      </w:r>
    </w:p>
    <w:p>
      <w:pPr>
        <w:pStyle w:val="Compact"/>
        <w:numPr>
          <w:ilvl w:val="0"/>
          <w:numId w:val="1001"/>
        </w:numPr>
      </w:pPr>
      <w:r>
        <w:rPr>
          <w:b/>
          <w:bCs/>
        </w:rPr>
        <w:t xml:space="preserve">Many women who worked in their kitchens traded at our Store, and when they carried their finished laundry back to town they often set the big baskets down on our front porch to pull a singular piece from the starched collection and show either how graceful was their ironing hand or how rich and</w:t>
      </w:r>
      <w:r>
        <w:rPr>
          <w:b/>
          <w:bCs/>
        </w:rPr>
        <w:t xml:space="preserve"> </w:t>
      </w:r>
      <w:r>
        <w:rPr>
          <w:b/>
          <w:bCs/>
          <w:u w:val="single"/>
        </w:rPr>
        <w:t xml:space="preserve">opulent</w:t>
      </w:r>
      <w:r>
        <w:rPr>
          <w:b/>
          <w:bCs/>
        </w:rPr>
        <w:t xml:space="preserve"> </w:t>
      </w:r>
      <w:r>
        <w:rPr>
          <w:b/>
          <w:bCs/>
        </w:rPr>
        <w:t xml:space="preserve">was the property of their employers.</w:t>
      </w:r>
      <w:r>
        <w:br/>
      </w:r>
      <w:r>
        <w:t xml:space="preserve">    (a) magnificent and luxurious</w:t>
      </w:r>
      <w:r>
        <w:br/>
      </w:r>
      <w:r>
        <w:t xml:space="preserve">    (b) able to be disagreed with</w:t>
      </w:r>
      <w:r>
        <w:br/>
      </w:r>
      <w:r>
        <w:t xml:space="preserve">    (c) not able to be translated</w:t>
      </w:r>
    </w:p>
    <w:p>
      <w:pPr>
        <w:pStyle w:val="Compact"/>
        <w:numPr>
          <w:ilvl w:val="0"/>
          <w:numId w:val="1001"/>
        </w:numPr>
      </w:pPr>
      <w:r>
        <w:rPr>
          <w:b/>
          <w:bCs/>
        </w:rPr>
        <w:t xml:space="preserve">The deacon board, however, did</w:t>
      </w:r>
      <w:r>
        <w:rPr>
          <w:b/>
          <w:bCs/>
        </w:rPr>
        <w:t xml:space="preserve"> </w:t>
      </w:r>
      <w:r>
        <w:rPr>
          <w:b/>
          <w:bCs/>
          <w:u w:val="single"/>
        </w:rPr>
        <w:t xml:space="preserve">appropriate</w:t>
      </w:r>
      <w:r>
        <w:rPr>
          <w:b/>
          <w:bCs/>
        </w:rPr>
        <w:t xml:space="preserve"> </w:t>
      </w:r>
      <w:r>
        <w:rPr>
          <w:b/>
          <w:bCs/>
        </w:rPr>
        <w:t xml:space="preserve">funds for him to buy a new suit.</w:t>
      </w:r>
      <w:r>
        <w:br/>
      </w:r>
      <w:r>
        <w:t xml:space="preserve">    (a) genetic change through evolution</w:t>
      </w:r>
      <w:r>
        <w:br/>
      </w:r>
      <w:r>
        <w:t xml:space="preserve">    (b) provide</w:t>
      </w:r>
      <w:r>
        <w:br/>
      </w:r>
      <w:r>
        <w:t xml:space="preserve">    (c) interact again or interest again</w:t>
      </w:r>
    </w:p>
    <w:p>
      <w:pPr>
        <w:pStyle w:val="Compact"/>
        <w:numPr>
          <w:ilvl w:val="0"/>
          <w:numId w:val="1001"/>
        </w:numPr>
      </w:pPr>
      <w:r>
        <w:rPr>
          <w:b/>
          <w:bCs/>
        </w:rPr>
        <w:t xml:space="preserve">My mother's beauty literally</w:t>
      </w:r>
      <w:r>
        <w:rPr>
          <w:b/>
          <w:bCs/>
        </w:rPr>
        <w:t xml:space="preserve"> </w:t>
      </w:r>
      <w:r>
        <w:rPr>
          <w:b/>
          <w:bCs/>
          <w:u w:val="single"/>
        </w:rPr>
        <w:t xml:space="preserve">assailed</w:t>
      </w:r>
      <w:r>
        <w:rPr>
          <w:b/>
          <w:bCs/>
        </w:rPr>
        <w:t xml:space="preserve"> </w:t>
      </w:r>
      <w:r>
        <w:rPr>
          <w:b/>
          <w:bCs/>
        </w:rPr>
        <w:t xml:space="preserve">me.</w:t>
      </w:r>
      <w:r>
        <w:br/>
      </w:r>
      <w:r>
        <w:t xml:space="preserve">    (a) to attack or cause trouble</w:t>
      </w:r>
      <w:r>
        <w:br/>
      </w:r>
      <w:r>
        <w:t xml:space="preserve">    (b) gradually added or removed</w:t>
      </w:r>
      <w:r>
        <w:br/>
      </w:r>
      <w:r>
        <w:t xml:space="preserve">    (c) limited or with boundaries</w:t>
      </w:r>
    </w:p>
    <w:p>
      <w:pPr>
        <w:pStyle w:val="Compact"/>
        <w:numPr>
          <w:ilvl w:val="0"/>
          <w:numId w:val="1001"/>
        </w:numPr>
      </w:pPr>
      <w:r>
        <w:rPr>
          <w:b/>
          <w:bCs/>
        </w:rPr>
        <w:t xml:space="preserve">He strung ordinary sentences together and they came out sounding either like the most</w:t>
      </w:r>
      <w:r>
        <w:rPr>
          <w:b/>
          <w:bCs/>
        </w:rPr>
        <w:t xml:space="preserve"> </w:t>
      </w:r>
      <w:r>
        <w:rPr>
          <w:b/>
          <w:bCs/>
          <w:u w:val="single"/>
        </w:rPr>
        <w:t xml:space="preserve">profane</w:t>
      </w:r>
      <w:r>
        <w:rPr>
          <w:b/>
          <w:bCs/>
        </w:rPr>
        <w:t xml:space="preserve"> </w:t>
      </w:r>
      <w:r>
        <w:rPr>
          <w:b/>
          <w:bCs/>
        </w:rPr>
        <w:t xml:space="preserve">curses or like comical poetry.</w:t>
      </w:r>
      <w:r>
        <w:br/>
      </w:r>
      <w:r>
        <w:t xml:space="preserve">    (a) change to fit a different situation; or make suitable</w:t>
      </w:r>
      <w:r>
        <w:br/>
      </w:r>
      <w:r>
        <w:t xml:space="preserve">    (b) to spread one-sided information to influence opinions</w:t>
      </w:r>
      <w:r>
        <w:br/>
      </w:r>
      <w:r>
        <w:t xml:space="preserve">    (c) obscene (shockingly offensive by accepted standards)</w:t>
      </w:r>
    </w:p>
    <w:p>
      <w:pPr>
        <w:pStyle w:val="Compact"/>
        <w:numPr>
          <w:ilvl w:val="0"/>
          <w:numId w:val="1001"/>
        </w:numPr>
      </w:pPr>
      <w:r>
        <w:rPr>
          <w:b/>
          <w:bCs/>
        </w:rPr>
        <w:t xml:space="preserve">After Bailey learned definitely that I was his sister, he refused to call me Marguerite, but rather addressed me each time as "Mya Sister," and in later more articulate years, after the need for</w:t>
      </w:r>
      <w:r>
        <w:rPr>
          <w:b/>
          <w:bCs/>
        </w:rPr>
        <w:t xml:space="preserve"> </w:t>
      </w:r>
      <w:r>
        <w:rPr>
          <w:b/>
          <w:bCs/>
          <w:u w:val="single"/>
        </w:rPr>
        <w:t xml:space="preserve">brevity</w:t>
      </w:r>
      <w:r>
        <w:rPr>
          <w:b/>
          <w:bCs/>
        </w:rPr>
        <w:t xml:space="preserve"> </w:t>
      </w:r>
      <w:r>
        <w:rPr>
          <w:b/>
          <w:bCs/>
        </w:rPr>
        <w:t xml:space="preserve">had shortened the appellation to "My," it was elaborated into "Maya."</w:t>
      </w:r>
      <w:r>
        <w:br/>
      </w:r>
      <w:r>
        <w:t xml:space="preserve">    (a) the use of just a few words; or lasting a short time</w:t>
      </w:r>
      <w:r>
        <w:br/>
      </w:r>
      <w:r>
        <w:t xml:space="preserve">    (b) the ability to take or adopt power or responsibility</w:t>
      </w:r>
      <w:r>
        <w:br/>
      </w:r>
      <w:r>
        <w:t xml:space="preserve">    (c) the process of excessive encouragement or excitement</w:t>
      </w:r>
    </w:p>
    <w:p>
      <w:pPr>
        <w:pStyle w:val="Compact"/>
        <w:numPr>
          <w:ilvl w:val="0"/>
          <w:numId w:val="1001"/>
        </w:numPr>
      </w:pPr>
      <w:r>
        <w:rPr>
          <w:b/>
          <w:bCs/>
        </w:rPr>
        <w:t xml:space="preserve">It was not that he pitied me but that he felt we were in the same boat for different reasons, and that I could understand his frustration just as he could</w:t>
      </w:r>
      <w:r>
        <w:rPr>
          <w:b/>
          <w:bCs/>
        </w:rPr>
        <w:t xml:space="preserve"> </w:t>
      </w:r>
      <w:r>
        <w:rPr>
          <w:b/>
          <w:bCs/>
          <w:u w:val="single"/>
        </w:rPr>
        <w:t xml:space="preserve">countenance</w:t>
      </w:r>
      <w:r>
        <w:rPr>
          <w:b/>
          <w:bCs/>
        </w:rPr>
        <w:t xml:space="preserve"> </w:t>
      </w:r>
      <w:r>
        <w:rPr>
          <w:b/>
          <w:bCs/>
        </w:rPr>
        <w:t xml:space="preserve">my withdrawal.</w:t>
      </w:r>
      <w:r>
        <w:br/>
      </w:r>
      <w:r>
        <w:t xml:space="preserve">    (a) cancel or annul a formal ruling or contract</w:t>
      </w:r>
      <w:r>
        <w:br/>
      </w:r>
      <w:r>
        <w:t xml:space="preserve">    (b) tolerate, approve, or show favor or support</w:t>
      </w:r>
      <w:r>
        <w:br/>
      </w:r>
      <w:r>
        <w:t xml:space="preserve">    (c) return to an undesirable previous condition</w:t>
      </w:r>
    </w:p>
    <w:p>
      <w:pPr>
        <w:pStyle w:val="Compact"/>
        <w:numPr>
          <w:ilvl w:val="0"/>
          <w:numId w:val="1001"/>
        </w:numPr>
      </w:pPr>
      <w:r>
        <w:rPr>
          <w:b/>
          <w:bCs/>
        </w:rPr>
        <w:t xml:space="preserve">But there was no air of spent</w:t>
      </w:r>
      <w:r>
        <w:rPr>
          <w:b/>
          <w:bCs/>
        </w:rPr>
        <w:t xml:space="preserve"> </w:t>
      </w:r>
      <w:r>
        <w:rPr>
          <w:b/>
          <w:bCs/>
          <w:u w:val="single"/>
        </w:rPr>
        <w:t xml:space="preserve">revelry</w:t>
      </w:r>
      <w:r>
        <w:rPr>
          <w:b/>
          <w:bCs/>
        </w:rPr>
        <w:t xml:space="preserve"> </w:t>
      </w:r>
      <w:r>
        <w:rPr>
          <w:b/>
          <w:bCs/>
        </w:rPr>
        <w:t xml:space="preserve">about him.</w:t>
      </w:r>
      <w:r>
        <w:br/>
      </w:r>
      <w:r>
        <w:t xml:space="preserve">    (a) an economic system where most decisions are made through voluntary buying and selling</w:t>
      </w:r>
      <w:r>
        <w:br/>
      </w:r>
      <w:r>
        <w:t xml:space="preserve">    (b) a noisy celebration or lively partying -- often involving music, drinking, or dancing</w:t>
      </w:r>
      <w:r>
        <w:br/>
      </w:r>
      <w:r>
        <w:t xml:space="preserve">    (c) a substance that stimulates the production of antibodies to protect against a disease</w:t>
      </w:r>
    </w:p>
    <w:p>
      <w:pPr>
        <w:pStyle w:val="Compact"/>
        <w:numPr>
          <w:ilvl w:val="0"/>
          <w:numId w:val="1001"/>
        </w:numPr>
      </w:pPr>
      <w:r>
        <w:rPr>
          <w:b/>
          <w:bCs/>
        </w:rPr>
        <w:t xml:space="preserve">...he began to speak of Mrs. Taylor, "A godly woman, who gave to the poor, visited the sick,</w:t>
      </w:r>
      <w:r>
        <w:rPr>
          <w:b/>
          <w:bCs/>
        </w:rPr>
        <w:t xml:space="preserve"> </w:t>
      </w:r>
      <w:r>
        <w:rPr>
          <w:b/>
          <w:bCs/>
          <w:u w:val="single"/>
        </w:rPr>
        <w:t xml:space="preserve">tithed</w:t>
      </w:r>
      <w:r>
        <w:rPr>
          <w:b/>
          <w:bCs/>
        </w:rPr>
        <w:t xml:space="preserve"> </w:t>
      </w:r>
      <w:r>
        <w:rPr>
          <w:b/>
          <w:bCs/>
        </w:rPr>
        <w:t xml:space="preserve">to the church and in general lived a life of goodliness."</w:t>
      </w:r>
      <w:r>
        <w:br/>
      </w:r>
      <w:r>
        <w:t xml:space="preserve">    (a) donated 10% of her income</w:t>
      </w:r>
      <w:r>
        <w:br/>
      </w:r>
      <w:r>
        <w:t xml:space="preserve">    (b) returned to an undesirable previous condition</w:t>
      </w:r>
      <w:r>
        <w:br/>
      </w:r>
      <w:r>
        <w:t xml:space="preserve">    (c) caused to happen or occurred as a consequence</w:t>
      </w:r>
    </w:p>
    <w:p>
      <w:pPr>
        <w:pStyle w:val="Compact"/>
        <w:numPr>
          <w:ilvl w:val="0"/>
          <w:numId w:val="1001"/>
        </w:numPr>
      </w:pPr>
      <w:r>
        <w:rPr>
          <w:b/>
          <w:bCs/>
        </w:rPr>
        <w:t xml:space="preserve">I had memorized the Presidents of the United States from Washington to Roosevelt in</w:t>
      </w:r>
      <w:r>
        <w:rPr>
          <w:b/>
          <w:bCs/>
        </w:rPr>
        <w:t xml:space="preserve"> </w:t>
      </w:r>
      <w:r>
        <w:rPr>
          <w:b/>
          <w:bCs/>
          <w:u w:val="single"/>
        </w:rPr>
        <w:t xml:space="preserve">chronological</w:t>
      </w:r>
      <w:r>
        <w:rPr>
          <w:b/>
          <w:bCs/>
        </w:rPr>
        <w:t xml:space="preserve"> </w:t>
      </w:r>
      <w:r>
        <w:rPr>
          <w:b/>
          <w:bCs/>
        </w:rPr>
        <w:t xml:space="preserve">as well as alphabetical order.</w:t>
      </w:r>
      <w:r>
        <w:br/>
      </w:r>
      <w:r>
        <w:t xml:space="preserve">    (a) able to meet and talk with</w:t>
      </w:r>
      <w:r>
        <w:br/>
      </w:r>
      <w:r>
        <w:t xml:space="preserve">    (b) the quality of disagreeing</w:t>
      </w:r>
      <w:r>
        <w:br/>
      </w:r>
      <w:r>
        <w:t xml:space="preserve">    (c) arranged according to time</w:t>
      </w:r>
    </w:p>
    <w:p>
      <w:pPr>
        <w:pStyle w:val="Compact"/>
        <w:numPr>
          <w:ilvl w:val="0"/>
          <w:numId w:val="1001"/>
        </w:numPr>
      </w:pPr>
      <w:r>
        <w:rPr>
          <w:b/>
          <w:bCs/>
        </w:rPr>
        <w:t xml:space="preserve">On the surface it appeared to be totally peaceful and almost a</w:t>
      </w:r>
      <w:r>
        <w:rPr>
          <w:b/>
          <w:bCs/>
        </w:rPr>
        <w:t xml:space="preserve"> </w:t>
      </w:r>
      <w:r>
        <w:rPr>
          <w:b/>
          <w:bCs/>
          <w:u w:val="single"/>
        </w:rPr>
        <w:t xml:space="preserve">refutation</w:t>
      </w:r>
      <w:r>
        <w:rPr>
          <w:b/>
          <w:bCs/>
        </w:rPr>
        <w:t xml:space="preserve"> </w:t>
      </w:r>
      <w:r>
        <w:rPr>
          <w:b/>
          <w:bCs/>
        </w:rPr>
        <w:t xml:space="preserve">of the term "revolution."</w:t>
      </w:r>
      <w:r>
        <w:br/>
      </w:r>
      <w:r>
        <w:t xml:space="preserve">    (a) Nazi organization for children aged 10 to 18</w:t>
      </w:r>
      <w:r>
        <w:br/>
      </w:r>
      <w:r>
        <w:t xml:space="preserve">    (b) found a condition or substance to be present</w:t>
      </w:r>
      <w:r>
        <w:br/>
      </w:r>
      <w:r>
        <w:t xml:space="preserve">    (c) evidence that something is false</w:t>
      </w:r>
    </w:p>
    <w:p>
      <w:pPr>
        <w:pStyle w:val="Compact"/>
        <w:numPr>
          <w:ilvl w:val="0"/>
          <w:numId w:val="1001"/>
        </w:numPr>
      </w:pPr>
      <w:r>
        <w:rPr>
          <w:b/>
          <w:bCs/>
        </w:rPr>
        <w:t xml:space="preserve">I had chosen drama simply because I liked Hamlet's</w:t>
      </w:r>
      <w:r>
        <w:rPr>
          <w:b/>
          <w:bCs/>
        </w:rPr>
        <w:t xml:space="preserve"> </w:t>
      </w:r>
      <w:r>
        <w:rPr>
          <w:b/>
          <w:bCs/>
          <w:u w:val="single"/>
        </w:rPr>
        <w:t xml:space="preserve">soliloquy</w:t>
      </w:r>
      <w:r>
        <w:rPr>
          <w:b/>
          <w:bCs/>
        </w:rPr>
        <w:t xml:space="preserve"> </w:t>
      </w:r>
      <w:r>
        <w:rPr>
          <w:b/>
          <w:bCs/>
        </w:rPr>
        <w:t xml:space="preserve">beginning, "To be, or not to be."</w:t>
      </w:r>
      <w:r>
        <w:br/>
      </w:r>
      <w:r>
        <w:t xml:space="preserve">    (a) a long speech in which one is talking to oneself; or as a long uninterrupted part of a conversation</w:t>
      </w:r>
      <w:r>
        <w:br/>
      </w:r>
      <w:r>
        <w:t xml:space="preserve">    (b) the degree to which a solution is simpler (and often more comprehensive) than most would anticipate</w:t>
      </w:r>
      <w:r>
        <w:br/>
      </w:r>
      <w:r>
        <w:t xml:space="preserve">    (c) an architectural feature at the top of a roof, usually dome-shaped and opened by windows or columns</w:t>
      </w:r>
    </w:p>
    <w:p>
      <w:pPr>
        <w:pStyle w:val="Compact"/>
        <w:numPr>
          <w:ilvl w:val="0"/>
          <w:numId w:val="1001"/>
        </w:numPr>
      </w:pPr>
      <w:r>
        <w:rPr>
          <w:b/>
          <w:bCs/>
        </w:rPr>
        <w:t xml:space="preserve">Baylee was the hero of the hour, and as he warmed under the</w:t>
      </w:r>
      <w:r>
        <w:rPr>
          <w:b/>
          <w:bCs/>
        </w:rPr>
        <w:t xml:space="preserve"> </w:t>
      </w:r>
      <w:r>
        <w:rPr>
          <w:b/>
          <w:bCs/>
          <w:u w:val="single"/>
        </w:rPr>
        <w:t xml:space="preserve">uninhibited</w:t>
      </w:r>
      <w:r>
        <w:rPr>
          <w:b/>
          <w:bCs/>
        </w:rPr>
        <w:t xml:space="preserve"> </w:t>
      </w:r>
      <w:r>
        <w:rPr>
          <w:b/>
          <w:bCs/>
        </w:rPr>
        <w:t xml:space="preserve">show of affection I saw a new side of the man.</w:t>
      </w:r>
      <w:r>
        <w:br/>
      </w:r>
      <w:r>
        <w:t xml:space="preserve">    (a) acting naturally without being overly self-conscious</w:t>
      </w:r>
      <w:r>
        <w:br/>
      </w:r>
      <w:r>
        <w:t xml:space="preserve">    (b) the process of excessive encouragement or excitement</w:t>
      </w:r>
      <w:r>
        <w:br/>
      </w:r>
      <w:r>
        <w:t xml:space="preserve">    (c) the ability to take or adopt power or responsibility</w:t>
      </w:r>
    </w:p>
    <w:p>
      <w:pPr>
        <w:pStyle w:val="Compact"/>
        <w:numPr>
          <w:ilvl w:val="0"/>
          <w:numId w:val="1001"/>
        </w:numPr>
      </w:pPr>
      <w:r>
        <w:rPr>
          <w:b/>
          <w:bCs/>
        </w:rPr>
        <w:t xml:space="preserve">There had been a small neat woman with very red lips who clung to him</w:t>
      </w:r>
      <w:r>
        <w:rPr>
          <w:b/>
          <w:bCs/>
        </w:rPr>
        <w:t xml:space="preserve"> </w:t>
      </w:r>
      <w:r>
        <w:rPr>
          <w:b/>
          <w:bCs/>
          <w:u w:val="single"/>
        </w:rPr>
        <w:t xml:space="preserve">avidly</w:t>
      </w:r>
      <w:r>
        <w:rPr>
          <w:b/>
          <w:bCs/>
        </w:rPr>
        <w:t xml:space="preserve"> </w:t>
      </w:r>
      <w:r>
        <w:rPr>
          <w:b/>
          <w:bCs/>
        </w:rPr>
        <w:t xml:space="preserve">when we first arrived.</w:t>
      </w:r>
      <w:r>
        <w:br/>
      </w:r>
      <w:r>
        <w:t xml:space="preserve">    (a) enthusiastically or with great interest</w:t>
      </w:r>
      <w:r>
        <w:br/>
      </w:r>
      <w:r>
        <w:t xml:space="preserve">    (b) in a manner that makes others feel good</w:t>
      </w:r>
      <w:r>
        <w:br/>
      </w:r>
      <w:r>
        <w:t xml:space="preserve">    (c) in a pessimistic or disagreeable manner</w:t>
      </w:r>
    </w:p>
    <w:p>
      <w:pPr>
        <w:pStyle w:val="Compact"/>
        <w:numPr>
          <w:ilvl w:val="0"/>
          <w:numId w:val="1001"/>
        </w:numPr>
      </w:pPr>
      <w:r>
        <w:rPr>
          <w:b/>
          <w:bCs/>
        </w:rPr>
        <w:t xml:space="preserve">I didn't expect or even need, now, his</w:t>
      </w:r>
      <w:r>
        <w:rPr>
          <w:b/>
          <w:bCs/>
        </w:rPr>
        <w:t xml:space="preserve"> </w:t>
      </w:r>
      <w:r>
        <w:rPr>
          <w:b/>
          <w:bCs/>
          <w:u w:val="single"/>
        </w:rPr>
        <w:t xml:space="preserve">approbation</w:t>
      </w:r>
      <w:r>
        <w:rPr>
          <w:b/>
          <w:bCs/>
        </w:rPr>
        <w:t xml:space="preserve">.</w:t>
      </w:r>
      <w:r>
        <w:br/>
      </w:r>
      <w:r>
        <w:t xml:space="preserve">    (a) approval</w:t>
      </w:r>
      <w:r>
        <w:br/>
      </w:r>
      <w:r>
        <w:t xml:space="preserve">    (b) not real</w:t>
      </w:r>
      <w:r>
        <w:br/>
      </w:r>
      <w:r>
        <w:t xml:space="preserve">    (c) allowing</w:t>
      </w:r>
    </w:p>
    <w:p>
      <w:pPr>
        <w:pStyle w:val="Compact"/>
        <w:numPr>
          <w:ilvl w:val="0"/>
          <w:numId w:val="1001"/>
        </w:numPr>
      </w:pPr>
      <w:r>
        <w:rPr>
          <w:b/>
          <w:bCs/>
        </w:rPr>
        <w:t xml:space="preserve">She refused to be</w:t>
      </w:r>
      <w:r>
        <w:rPr>
          <w:b/>
          <w:bCs/>
        </w:rPr>
        <w:t xml:space="preserve"> </w:t>
      </w:r>
      <w:r>
        <w:rPr>
          <w:b/>
          <w:bCs/>
          <w:u w:val="single"/>
        </w:rPr>
        <w:t xml:space="preserve">pacified</w:t>
      </w:r>
      <w:r>
        <w:rPr>
          <w:b/>
          <w:bCs/>
        </w:rPr>
        <w:t xml:space="preserve">, but I had shown myself in a favorable and Christian light.</w:t>
      </w:r>
      <w:r>
        <w:br/>
      </w:r>
      <w:r>
        <w:t xml:space="preserve">    (a) calmed</w:t>
      </w:r>
      <w:r>
        <w:br/>
      </w:r>
      <w:r>
        <w:t xml:space="preserve">    (b) donated a portion of one's income to a church</w:t>
      </w:r>
      <w:r>
        <w:br/>
      </w:r>
      <w:r>
        <w:t xml:space="preserve">    (c) caused to happen or occurred as a consequence</w:t>
      </w:r>
    </w:p>
    <w:p>
      <w:pPr>
        <w:pStyle w:val="Compact"/>
        <w:numPr>
          <w:ilvl w:val="0"/>
          <w:numId w:val="1001"/>
        </w:numPr>
      </w:pPr>
      <w:r>
        <w:rPr>
          <w:b/>
          <w:bCs/>
        </w:rPr>
        <w:t xml:space="preserve">His good looks and popularity had made him so</w:t>
      </w:r>
      <w:r>
        <w:rPr>
          <w:b/>
          <w:bCs/>
        </w:rPr>
        <w:t xml:space="preserve"> </w:t>
      </w:r>
      <w:r>
        <w:rPr>
          <w:b/>
          <w:bCs/>
          <w:u w:val="single"/>
        </w:rPr>
        <w:t xml:space="preserve">inordinately</w:t>
      </w:r>
      <w:r>
        <w:rPr>
          <w:b/>
          <w:bCs/>
        </w:rPr>
        <w:t xml:space="preserve"> </w:t>
      </w:r>
      <w:r>
        <w:rPr>
          <w:b/>
          <w:bCs/>
        </w:rPr>
        <w:t xml:space="preserve">conceited that they blinded him to that possibility.</w:t>
      </w:r>
      <w:r>
        <w:br/>
      </w:r>
      <w:r>
        <w:t xml:space="preserve">    (a) excessive or more than is reasonable or normal</w:t>
      </w:r>
      <w:r>
        <w:br/>
      </w:r>
      <w:r>
        <w:t xml:space="preserve">    (b) in a manner where a clear decision is not made</w:t>
      </w:r>
      <w:r>
        <w:br/>
      </w:r>
      <w:r>
        <w:t xml:space="preserve">    (c) in a manner that is exceedingly odd or unusual</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2026-07-31T15:26:44Z</dcterms:created>
  <dcterms:modified xsi:type="dcterms:W3CDTF">2026-07-31T15:26:44Z</dcterms:modified>
</cp:coreProperties>
</file>

<file path=docProps/custom.xml><?xml version="1.0" encoding="utf-8"?>
<Properties xmlns="http://schemas.openxmlformats.org/officeDocument/2006/custom-properties" xmlns:vt="http://schemas.openxmlformats.org/officeDocument/2006/docPropsVTypes"/>
</file>