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8aefd1e9d8dc76b7e3dd253926415b5e33c7d9"/>
    <w:p>
      <w:pPr>
        <w:pStyle w:val="Heading1"/>
      </w:pPr>
      <w:r>
        <w:rPr>
          <w:b/>
          <w:bCs/>
        </w:rPr>
        <w:t xml:space="preserve">I Heard the Owl Call My Name</w:t>
      </w:r>
      <w:r>
        <w:br/>
      </w:r>
      <w:r>
        <w:rPr>
          <w:i/>
          <w:iCs/>
        </w:rPr>
        <w:t xml:space="preserve">Margaret Craven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abashed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unexpected praise and didn't know what to say.</w:t>
      </w:r>
      <w:r>
        <w:br/>
      </w:r>
      <w:r>
        <w:t xml:space="preserve">    (a) delighted and confident</w:t>
      </w:r>
      <w:r>
        <w:br/>
      </w:r>
      <w:r>
        <w:t xml:space="preserve">    (b) embarrassed or unsettled</w:t>
      </w:r>
      <w:r>
        <w:br/>
      </w:r>
      <w:r>
        <w:t xml:space="preserve">    (c) tired and distracted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reporter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accosted</w:t>
      </w:r>
      <w:r>
        <w:rPr>
          <w:b/>
          <w:bCs/>
        </w:rPr>
        <w:t xml:space="preserve"> </w:t>
      </w:r>
      <w:r>
        <w:rPr>
          <w:b/>
          <w:bCs/>
        </w:rPr>
        <w:t xml:space="preserve">the politician as she left the building, bombarding her with questions about the recent scandal.</w:t>
      </w:r>
      <w:r>
        <w:br/>
      </w:r>
      <w:r>
        <w:t xml:space="preserve">    (a) approached timidly</w:t>
      </w:r>
      <w:r>
        <w:br/>
      </w:r>
      <w:r>
        <w:t xml:space="preserve">    (b) approached politely</w:t>
      </w:r>
      <w:r>
        <w:br/>
      </w:r>
      <w:r>
        <w:t xml:space="preserve">    (c) approached aggressively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presence of a horse-drawn carriage on the city streets, amidst modern cars and buses, was a charming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anachronism</w:t>
      </w:r>
      <w:r>
        <w:rPr>
          <w:b/>
          <w:bCs/>
        </w:rPr>
        <w:t xml:space="preserve">.</w:t>
      </w:r>
      <w:r>
        <w:br/>
      </w:r>
      <w:r>
        <w:t xml:space="preserve">    (a) something that is an unexpected surprise</w:t>
      </w:r>
      <w:r>
        <w:br/>
      </w:r>
      <w:r>
        <w:t xml:space="preserve">    (b) something that is a timeless tradition</w:t>
      </w:r>
      <w:r>
        <w:br/>
      </w:r>
      <w:r>
        <w:t xml:space="preserve">    (c) something out of place for it's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Anglican</w:t>
      </w:r>
      <w:r>
        <w:rPr>
          <w:b/>
          <w:bCs/>
        </w:rPr>
        <w:t xml:space="preserve"> </w:t>
      </w:r>
      <w:r>
        <w:rPr>
          <w:b/>
          <w:bCs/>
        </w:rPr>
        <w:t xml:space="preserve">priests are based in England.</w:t>
      </w:r>
      <w:r>
        <w:br/>
      </w:r>
      <w:r>
        <w:t xml:space="preserve">    (a) Church of England</w:t>
      </w:r>
      <w:r>
        <w:br/>
      </w:r>
      <w:r>
        <w:t xml:space="preserve">    (b) Roman Catholic</w:t>
      </w:r>
      <w:r>
        <w:br/>
      </w:r>
      <w:r>
        <w:t xml:space="preserve">    (c) Eastern Orthodox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story describes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archangel</w:t>
      </w:r>
      <w:r>
        <w:rPr>
          <w:b/>
          <w:bCs/>
        </w:rPr>
        <w:t xml:space="preserve"> </w:t>
      </w:r>
      <w:r>
        <w:rPr>
          <w:b/>
          <w:bCs/>
        </w:rPr>
        <w:t xml:space="preserve">descending from the heavens.</w:t>
      </w:r>
      <w:r>
        <w:br/>
      </w:r>
      <w:r>
        <w:t xml:space="preserve">    (a) a small demon</w:t>
      </w:r>
      <w:r>
        <w:br/>
      </w:r>
      <w:r>
        <w:t xml:space="preserve">    (b) a lost spirit</w:t>
      </w:r>
      <w:r>
        <w:br/>
      </w:r>
      <w:r>
        <w:t xml:space="preserve">    (c) a chief angel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almost always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defers</w:t>
      </w:r>
      <w:r>
        <w:rPr>
          <w:b/>
          <w:bCs/>
        </w:rPr>
        <w:t xml:space="preserve"> </w:t>
      </w:r>
      <w:r>
        <w:rPr>
          <w:b/>
          <w:bCs/>
        </w:rPr>
        <w:t xml:space="preserve">to her wishes about which movie to see.</w:t>
      </w:r>
      <w:r>
        <w:br/>
      </w:r>
      <w:r>
        <w:t xml:space="preserve">    (a) submits</w:t>
      </w:r>
      <w:r>
        <w:br/>
      </w:r>
      <w:r>
        <w:t xml:space="preserve">    (b) presents argument</w:t>
      </w:r>
      <w:r>
        <w:br/>
      </w:r>
      <w:r>
        <w:t xml:space="preserve">    (c) add more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 large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exodus</w:t>
      </w:r>
      <w:r>
        <w:rPr>
          <w:b/>
          <w:bCs/>
        </w:rPr>
        <w:t xml:space="preserve"> </w:t>
      </w:r>
      <w:r>
        <w:rPr>
          <w:b/>
          <w:bCs/>
        </w:rPr>
        <w:t xml:space="preserve">of Jews from Arab countries to Israel in the mid-20th century.</w:t>
      </w:r>
      <w:r>
        <w:br/>
      </w:r>
      <w:r>
        <w:t xml:space="preserve">    (a) departure</w:t>
      </w:r>
      <w:r>
        <w:br/>
      </w:r>
      <w:r>
        <w:t xml:space="preserve">    (b) expelling</w:t>
      </w:r>
      <w:r>
        <w:br/>
      </w:r>
      <w:r>
        <w:t xml:space="preserve">    (c) visitation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considers our political system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inert</w:t>
      </w:r>
      <w:r>
        <w:rPr>
          <w:b/>
          <w:bCs/>
        </w:rPr>
        <w:t xml:space="preserve"> </w:t>
      </w:r>
      <w:r>
        <w:rPr>
          <w:b/>
          <w:bCs/>
        </w:rPr>
        <w:t xml:space="preserve">and calls for violent revolution as the path to change.</w:t>
      </w:r>
      <w:r>
        <w:br/>
      </w:r>
      <w:r>
        <w:t xml:space="preserve">    (a) corrupt</w:t>
      </w:r>
      <w:r>
        <w:br/>
      </w:r>
      <w:r>
        <w:t xml:space="preserve">    (b) unmoving</w:t>
      </w:r>
      <w:r>
        <w:br/>
      </w:r>
      <w:r>
        <w:t xml:space="preserve">    (c) energetic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Innumerable</w:t>
      </w:r>
      <w:r>
        <w:rPr>
          <w:b/>
          <w:bCs/>
        </w:rPr>
        <w:t xml:space="preserve"> </w:t>
      </w:r>
      <w:r>
        <w:rPr>
          <w:b/>
          <w:bCs/>
        </w:rPr>
        <w:t xml:space="preserve">stars seemed to fill the clear night sky.</w:t>
      </w:r>
      <w:r>
        <w:br/>
      </w:r>
      <w:r>
        <w:t xml:space="preserve">    (a) barely noticeable</w:t>
      </w:r>
      <w:r>
        <w:br/>
      </w:r>
      <w:r>
        <w:t xml:space="preserve">    (b) too many to count</w:t>
      </w:r>
      <w:r>
        <w:br/>
      </w:r>
      <w:r>
        <w:t xml:space="preserve">    (c) easy to count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story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macabre</w:t>
      </w:r>
      <w:r>
        <w:rPr>
          <w:b/>
          <w:bCs/>
        </w:rPr>
        <w:t xml:space="preserve"> </w:t>
      </w:r>
      <w:r>
        <w:rPr>
          <w:b/>
          <w:bCs/>
        </w:rPr>
        <w:t xml:space="preserve">ending, with ghosts gathering beside the grave.</w:t>
      </w:r>
      <w:r>
        <w:br/>
      </w:r>
      <w:r>
        <w:t xml:space="preserve">    (a) cheerful and playful</w:t>
      </w:r>
      <w:r>
        <w:br/>
      </w:r>
      <w:r>
        <w:t xml:space="preserve">    (b) grim and death-related</w:t>
      </w:r>
      <w:r>
        <w:br/>
      </w:r>
      <w:r>
        <w:t xml:space="preserve">    (c) plain and realistic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naivete</w:t>
      </w:r>
      <w:r>
        <w:rPr>
          <w:b/>
          <w:bCs/>
        </w:rPr>
        <w:t xml:space="preserve"> </w:t>
      </w:r>
      <w:r>
        <w:rPr>
          <w:b/>
          <w:bCs/>
        </w:rPr>
        <w:t xml:space="preserve">makes her the butt of many jokes.</w:t>
      </w:r>
      <w:r>
        <w:br/>
      </w:r>
      <w:r>
        <w:t xml:space="preserve">    (a) innocence or lack of sophistication</w:t>
      </w:r>
      <w:r>
        <w:br/>
      </w:r>
      <w:r>
        <w:t xml:space="preserve">    (b) a Muslim religious teacher or leader</w:t>
      </w:r>
      <w:r>
        <w:br/>
      </w:r>
      <w:r>
        <w:t xml:space="preserve">    (c) a basic type of ecological community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 deep-sea fish produce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phosphorescence</w:t>
      </w:r>
      <w:r>
        <w:rPr>
          <w:b/>
          <w:bCs/>
        </w:rPr>
        <w:t xml:space="preserve"> </w:t>
      </w:r>
      <w:r>
        <w:rPr>
          <w:b/>
          <w:bCs/>
        </w:rPr>
        <w:t xml:space="preserve">in dark waters.</w:t>
      </w:r>
      <w:r>
        <w:br/>
      </w:r>
      <w:r>
        <w:t xml:space="preserve">    (a) a sharp icy chill</w:t>
      </w:r>
      <w:r>
        <w:br/>
      </w:r>
      <w:r>
        <w:t xml:space="preserve">    (b) a loud crackling sound</w:t>
      </w:r>
      <w:r>
        <w:br/>
      </w:r>
      <w:r>
        <w:t xml:space="preserve">    (c) a faint natural glow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restaurant was shut down due to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slovenly</w:t>
      </w:r>
      <w:r>
        <w:rPr>
          <w:b/>
          <w:bCs/>
        </w:rPr>
        <w:t xml:space="preserve"> </w:t>
      </w:r>
      <w:r>
        <w:rPr>
          <w:b/>
          <w:bCs/>
        </w:rPr>
        <w:t xml:space="preserve">kitchen conditions.</w:t>
      </w:r>
      <w:r>
        <w:br/>
      </w:r>
      <w:r>
        <w:t xml:space="preserve">    (a) costly</w:t>
      </w:r>
      <w:r>
        <w:br/>
      </w:r>
      <w:r>
        <w:t xml:space="preserve">    (b) inefficient</w:t>
      </w:r>
      <w:r>
        <w:br/>
      </w:r>
      <w:r>
        <w:t xml:space="preserve">    (c) dirty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face showed nothing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stolid</w:t>
      </w:r>
      <w:r>
        <w:rPr>
          <w:b/>
          <w:bCs/>
        </w:rPr>
        <w:t xml:space="preserve"> </w:t>
      </w:r>
      <w:r>
        <w:rPr>
          <w:b/>
          <w:bCs/>
        </w:rPr>
        <w:t xml:space="preserve">indifference.</w:t>
      </w:r>
      <w:r>
        <w:br/>
      </w:r>
      <w:r>
        <w:t xml:space="preserve">    (a) bitter</w:t>
      </w:r>
      <w:r>
        <w:br/>
      </w:r>
      <w:r>
        <w:t xml:space="preserve">    (b) confused</w:t>
      </w:r>
      <w:r>
        <w:br/>
      </w:r>
      <w:r>
        <w:t xml:space="preserve">    (c) emotionless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Power in the city is divided amongst the mayor, city council,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sundry</w:t>
      </w:r>
      <w:r>
        <w:rPr>
          <w:b/>
          <w:bCs/>
        </w:rPr>
        <w:t xml:space="preserve"> </w:t>
      </w:r>
      <w:r>
        <w:rPr>
          <w:b/>
          <w:bCs/>
        </w:rPr>
        <w:t xml:space="preserve">city commissions.</w:t>
      </w:r>
      <w:r>
        <w:br/>
      </w:r>
      <w:r>
        <w:t xml:space="preserve">    (a) various</w:t>
      </w:r>
      <w:r>
        <w:br/>
      </w:r>
      <w:r>
        <w:t xml:space="preserve">    (b) skillful</w:t>
      </w:r>
      <w:r>
        <w:br/>
      </w:r>
      <w:r>
        <w:t xml:space="preserve">    (c) elected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charity provided essential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sustenance</w:t>
      </w:r>
      <w:r>
        <w:rPr>
          <w:b/>
          <w:bCs/>
        </w:rPr>
        <w:t xml:space="preserve"> </w:t>
      </w:r>
      <w:r>
        <w:rPr>
          <w:b/>
          <w:bCs/>
        </w:rPr>
        <w:t xml:space="preserve">to the families affected by the disaster.</w:t>
      </w:r>
      <w:r>
        <w:br/>
      </w:r>
      <w:r>
        <w:t xml:space="preserve">    (a) medical supplies</w:t>
      </w:r>
      <w:r>
        <w:br/>
      </w:r>
      <w:r>
        <w:t xml:space="preserve">    (b) food and resources</w:t>
      </w:r>
      <w:r>
        <w:br/>
      </w:r>
      <w:r>
        <w:t xml:space="preserve">    (c) moral support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central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tenet</w:t>
      </w:r>
      <w:r>
        <w:rPr>
          <w:b/>
          <w:bCs/>
        </w:rPr>
        <w:t xml:space="preserve"> </w:t>
      </w:r>
      <w:r>
        <w:rPr>
          <w:b/>
          <w:bCs/>
        </w:rPr>
        <w:t xml:space="preserve">of the religion is non-violence and respect of all forms of life.</w:t>
      </w:r>
      <w:r>
        <w:br/>
      </w:r>
      <w:r>
        <w:t xml:space="preserve">    (a) opposing idea</w:t>
      </w:r>
      <w:r>
        <w:br/>
      </w:r>
      <w:r>
        <w:t xml:space="preserve">    (b) simplified idea</w:t>
      </w:r>
      <w:r>
        <w:br/>
      </w:r>
      <w:r>
        <w:t xml:space="preserve">    (c) principle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Described C.S. Lewis as a hot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theologian</w:t>
      </w:r>
      <w:r>
        <w:rPr>
          <w:b/>
          <w:bCs/>
        </w:rPr>
        <w:t xml:space="preserve"> </w:t>
      </w:r>
      <w:r>
        <w:rPr>
          <w:b/>
          <w:bCs/>
        </w:rPr>
        <w:t xml:space="preserve">after the Narnia books were made into a movie.</w:t>
      </w:r>
      <w:r>
        <w:br/>
      </w:r>
      <w:r>
        <w:t xml:space="preserve">    (a) someone who is learned in the study of religion</w:t>
      </w:r>
      <w:r>
        <w:br/>
      </w:r>
      <w:r>
        <w:t xml:space="preserve">    (b) someone who won't answer questions; or blocks progress</w:t>
      </w:r>
      <w:r>
        <w:br/>
      </w:r>
      <w:r>
        <w:t xml:space="preserve">    (c) someone who moves back and forth; or is unsure or weak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Sometimes I get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twinge</w:t>
      </w:r>
      <w:r>
        <w:rPr>
          <w:b/>
          <w:bCs/>
        </w:rPr>
        <w:t xml:space="preserve"> </w:t>
      </w:r>
      <w:r>
        <w:rPr>
          <w:b/>
          <w:bCs/>
        </w:rPr>
        <w:t xml:space="preserve">in my knee that makes me think I may be getting arthritis.</w:t>
      </w:r>
      <w:r>
        <w:br/>
      </w:r>
      <w:r>
        <w:t xml:space="preserve">    (a) sudden, short-lived numbness</w:t>
      </w:r>
      <w:r>
        <w:br/>
      </w:r>
      <w:r>
        <w:t xml:space="preserve">    (b) sudden, short-lived heat</w:t>
      </w:r>
      <w:r>
        <w:br/>
      </w:r>
      <w:r>
        <w:t xml:space="preserve">    (c) sudden, short-lived pain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Roman Empire was divided in 395 AD into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Western Roman Empire</w:t>
      </w:r>
      <w:r>
        <w:rPr>
          <w:b/>
          <w:bCs/>
        </w:rPr>
        <w:t xml:space="preserve"> </w:t>
      </w:r>
      <w:r>
        <w:rPr>
          <w:b/>
          <w:bCs/>
        </w:rPr>
        <w:t xml:space="preserve">and the eastern or Byzantine Empire.</w:t>
      </w:r>
      <w:r>
        <w:br/>
      </w:r>
      <w:r>
        <w:t xml:space="preserve">    (a) ancient Chinese dynasty</w:t>
      </w:r>
      <w:r>
        <w:br/>
      </w:r>
      <w:r>
        <w:t xml:space="preserve">    (b) medieval Spanish kingdom</w:t>
      </w:r>
      <w:r>
        <w:br/>
      </w:r>
      <w:r>
        <w:t xml:space="preserve">    (c) ancient empire based in Rome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2026-07-31T18:09:14Z</dcterms:created>
  <dcterms:modified xsi:type="dcterms:W3CDTF">2026-07-31T18:09:14Z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