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3f02dbd3e51e05494eb9ea43432bcba2c4659ea"/>
    <w:p>
      <w:pPr>
        <w:pStyle w:val="Heading1"/>
      </w:pPr>
      <w:r>
        <w:rPr>
          <w:b/>
          <w:bCs/>
        </w:rPr>
        <w:t xml:space="preserve">I Am the Cheese</w:t>
      </w:r>
      <w:r>
        <w:br/>
      </w:r>
      <w:r>
        <w:rPr>
          <w:i/>
          <w:iCs/>
        </w:rPr>
        <w:t xml:space="preserve">Robert Cormier</w:t>
      </w:r>
      <w:r>
        <w:br/>
      </w:r>
      <w:r>
        <w:rPr>
          <w:b/>
          <w:bCs/>
        </w:rPr>
        <w:t xml:space="preserve">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Their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adversaries</w:t>
      </w:r>
      <w:r>
        <w:rPr>
          <w:b/>
          <w:bCs/>
        </w:rPr>
        <w:t xml:space="preserve"> </w:t>
      </w:r>
      <w:r>
        <w:rPr>
          <w:b/>
          <w:bCs/>
        </w:rPr>
        <w:t xml:space="preserve">outsmarted them.</w:t>
      </w:r>
      <w:r>
        <w:br/>
      </w:r>
      <w:r>
        <w:t xml:space="preserve">    (a) sub-groups</w:t>
      </w:r>
      <w:r>
        <w:br/>
      </w:r>
      <w:r>
        <w:t xml:space="preserve">    (b) replacements</w:t>
      </w:r>
      <w:r>
        <w:br/>
      </w:r>
      <w:r>
        <w:t xml:space="preserve">    (c) opponents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nurse always wipes the skin with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antiseptic</w:t>
      </w:r>
      <w:r>
        <w:rPr>
          <w:b/>
          <w:bCs/>
        </w:rPr>
        <w:t xml:space="preserve"> </w:t>
      </w:r>
      <w:r>
        <w:rPr>
          <w:b/>
          <w:bCs/>
        </w:rPr>
        <w:t xml:space="preserve">swab before administering a shot.</w:t>
      </w:r>
      <w:r>
        <w:br/>
      </w:r>
      <w:r>
        <w:t xml:space="preserve">    (a) a substance used to clean wounds because it makes the pain go away</w:t>
      </w:r>
      <w:r>
        <w:br/>
      </w:r>
      <w:r>
        <w:t xml:space="preserve">    (b) a pain killer</w:t>
      </w:r>
      <w:r>
        <w:br/>
      </w:r>
      <w:r>
        <w:t xml:space="preserve">    (c) a substance used to clean wounds because it prevents infection by killing harmful bacteria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is a vicious cycle in which worry leads to decreased spending and decreased spending leads to increased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anxiety</w:t>
      </w:r>
      <w:r>
        <w:rPr>
          <w:b/>
          <w:bCs/>
        </w:rPr>
        <w:t xml:space="preserve">.</w:t>
      </w:r>
      <w:r>
        <w:br/>
      </w:r>
      <w:r>
        <w:t xml:space="preserve">    (a) worry</w:t>
      </w:r>
      <w:r>
        <w:br/>
      </w:r>
      <w:r>
        <w:t xml:space="preserve">    (b) happiness</w:t>
      </w:r>
      <w:r>
        <w:br/>
      </w:r>
      <w:r>
        <w:t xml:space="preserve">    (c) saving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immigrants worked hard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assimilate</w:t>
      </w:r>
      <w:r>
        <w:rPr>
          <w:b/>
          <w:bCs/>
        </w:rPr>
        <w:t xml:space="preserve"> </w:t>
      </w:r>
      <w:r>
        <w:rPr>
          <w:b/>
          <w:bCs/>
        </w:rPr>
        <w:t xml:space="preserve">the customs of their new homeland.</w:t>
      </w:r>
      <w:r>
        <w:br/>
      </w:r>
      <w:r>
        <w:t xml:space="preserve">    (a) openly reject</w:t>
      </w:r>
      <w:r>
        <w:br/>
      </w:r>
      <w:r>
        <w:t xml:space="preserve">    (b) absorb and adopt</w:t>
      </w:r>
      <w:r>
        <w:br/>
      </w:r>
      <w:r>
        <w:t xml:space="preserve">    (c) secretly mock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Crews spent hours clearing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debris</w:t>
      </w:r>
      <w:r>
        <w:rPr>
          <w:b/>
          <w:bCs/>
        </w:rPr>
        <w:t xml:space="preserve"> </w:t>
      </w:r>
      <w:r>
        <w:rPr>
          <w:b/>
          <w:bCs/>
        </w:rPr>
        <w:t xml:space="preserve">from the highway after the crash.</w:t>
      </w:r>
      <w:r>
        <w:br/>
      </w:r>
      <w:r>
        <w:t xml:space="preserve">    (a) scattered wreckage</w:t>
      </w:r>
      <w:r>
        <w:br/>
      </w:r>
      <w:r>
        <w:t xml:space="preserve">    (b) valuable items</w:t>
      </w:r>
      <w:r>
        <w:br/>
      </w:r>
      <w:r>
        <w:t xml:space="preserve">    (c) intact structures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con artist used clever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deception</w:t>
      </w:r>
      <w:r>
        <w:rPr>
          <w:b/>
          <w:bCs/>
        </w:rPr>
        <w:t xml:space="preserve"> </w:t>
      </w:r>
      <w:r>
        <w:rPr>
          <w:b/>
          <w:bCs/>
        </w:rPr>
        <w:t xml:space="preserve">to trick wealthy investors.</w:t>
      </w:r>
      <w:r>
        <w:br/>
      </w:r>
      <w:r>
        <w:t xml:space="preserve">    (a) kindness</w:t>
      </w:r>
      <w:r>
        <w:br/>
      </w:r>
      <w:r>
        <w:t xml:space="preserve">    (b) praise</w:t>
      </w:r>
      <w:r>
        <w:br/>
      </w:r>
      <w:r>
        <w:t xml:space="preserve">    (c) trickery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If you agree to the terms, you give them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irrevocable</w:t>
      </w:r>
      <w:r>
        <w:rPr>
          <w:b/>
          <w:bCs/>
        </w:rPr>
        <w:t xml:space="preserve"> </w:t>
      </w:r>
      <w:r>
        <w:rPr>
          <w:b/>
          <w:bCs/>
        </w:rPr>
        <w:t xml:space="preserve">permission to share your comments with others on their site.</w:t>
      </w:r>
      <w:r>
        <w:br/>
      </w:r>
      <w:r>
        <w:t xml:space="preserve">    (a) easy to reverse later</w:t>
      </w:r>
      <w:r>
        <w:br/>
      </w:r>
      <w:r>
        <w:t xml:space="preserve">    (b) unable to be undone</w:t>
      </w:r>
      <w:r>
        <w:br/>
      </w:r>
      <w:r>
        <w:t xml:space="preserve">    (c) needing court approval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How could she be so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nonchalant</w:t>
      </w:r>
      <w:r>
        <w:rPr>
          <w:b/>
          <w:bCs/>
        </w:rPr>
        <w:t xml:space="preserve"> </w:t>
      </w:r>
      <w:r>
        <w:rPr>
          <w:b/>
          <w:bCs/>
        </w:rPr>
        <w:t xml:space="preserve">about making him suffer?</w:t>
      </w:r>
      <w:r>
        <w:br/>
      </w:r>
      <w:r>
        <w:t xml:space="preserve">    (a) dishonset</w:t>
      </w:r>
      <w:r>
        <w:br/>
      </w:r>
      <w:r>
        <w:t xml:space="preserve">    (b) unconcerned</w:t>
      </w:r>
      <w:r>
        <w:br/>
      </w:r>
      <w:r>
        <w:t xml:space="preserve">    (c) happy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Hospital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personnel</w:t>
      </w:r>
      <w:r>
        <w:rPr>
          <w:b/>
          <w:bCs/>
        </w:rPr>
        <w:t xml:space="preserve"> </w:t>
      </w:r>
      <w:r>
        <w:rPr>
          <w:b/>
          <w:bCs/>
        </w:rPr>
        <w:t xml:space="preserve">practiced the emergency drill before the storm arrived.</w:t>
      </w:r>
      <w:r>
        <w:br/>
      </w:r>
      <w:r>
        <w:t xml:space="preserve">    (a) building repairs</w:t>
      </w:r>
      <w:r>
        <w:br/>
      </w:r>
      <w:r>
        <w:t xml:space="preserve">    (b) staff members</w:t>
      </w:r>
      <w:r>
        <w:br/>
      </w:r>
      <w:r>
        <w:t xml:space="preserve">    (c) medical supplies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committee will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probe</w:t>
      </w:r>
      <w:r>
        <w:rPr>
          <w:b/>
          <w:bCs/>
        </w:rPr>
        <w:t xml:space="preserve"> </w:t>
      </w:r>
      <w:r>
        <w:rPr>
          <w:b/>
          <w:bCs/>
        </w:rPr>
        <w:t xml:space="preserve">the cause of the failure.</w:t>
      </w:r>
      <w:r>
        <w:br/>
      </w:r>
      <w:r>
        <w:t xml:space="preserve">    (a) make worse</w:t>
      </w:r>
      <w:r>
        <w:br/>
      </w:r>
      <w:r>
        <w:t xml:space="preserve">    (b) make better</w:t>
      </w:r>
      <w:r>
        <w:br/>
      </w:r>
      <w:r>
        <w:t xml:space="preserve">    (c) investigate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flock of seagulls made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raucous</w:t>
      </w:r>
      <w:r>
        <w:rPr>
          <w:b/>
          <w:bCs/>
        </w:rPr>
        <w:t xml:space="preserve"> </w:t>
      </w:r>
      <w:r>
        <w:rPr>
          <w:b/>
          <w:bCs/>
        </w:rPr>
        <w:t xml:space="preserve">noise as they fought over scraps of food.</w:t>
      </w:r>
      <w:r>
        <w:br/>
      </w:r>
      <w:r>
        <w:t xml:space="preserve">    (a) the state of being aware of one's mental activity</w:t>
      </w:r>
      <w:r>
        <w:br/>
      </w:r>
      <w:r>
        <w:t xml:space="preserve">    (b) the quality of being without boundaries or limits</w:t>
      </w:r>
      <w:r>
        <w:br/>
      </w:r>
      <w:r>
        <w:t xml:space="preserve">    (c) loud and disturbing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reunion gave everyone a chance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reminisce</w:t>
      </w:r>
      <w:r>
        <w:rPr>
          <w:b/>
          <w:bCs/>
        </w:rPr>
        <w:t xml:space="preserve"> </w:t>
      </w:r>
      <w:r>
        <w:rPr>
          <w:b/>
          <w:bCs/>
        </w:rPr>
        <w:t xml:space="preserve">and reconnect.</w:t>
      </w:r>
      <w:r>
        <w:br/>
      </w:r>
      <w:r>
        <w:t xml:space="preserve">    (a) debate old arguments</w:t>
      </w:r>
      <w:r>
        <w:br/>
      </w:r>
      <w:r>
        <w:t xml:space="preserve">    (b) recall fond memories</w:t>
      </w:r>
      <w:r>
        <w:br/>
      </w:r>
      <w:r>
        <w:t xml:space="preserve">    (c) plan future trips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thinking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superficial</w:t>
      </w:r>
      <w:r>
        <w:rPr>
          <w:b/>
          <w:bCs/>
        </w:rPr>
        <w:t xml:space="preserve">.</w:t>
      </w:r>
      <w:r>
        <w:br/>
      </w:r>
      <w:r>
        <w:t xml:space="preserve">    (a) creative</w:t>
      </w:r>
      <w:r>
        <w:br/>
      </w:r>
      <w:r>
        <w:t xml:space="preserve">    (b) deep</w:t>
      </w:r>
      <w:r>
        <w:br/>
      </w:r>
      <w:r>
        <w:t xml:space="preserve">    (c) shallow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donation will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sustain</w:t>
      </w:r>
      <w:r>
        <w:rPr>
          <w:b/>
          <w:bCs/>
        </w:rPr>
        <w:t xml:space="preserve"> </w:t>
      </w:r>
      <w:r>
        <w:rPr>
          <w:b/>
          <w:bCs/>
        </w:rPr>
        <w:t xml:space="preserve">our efforts to help the homeless.</w:t>
      </w:r>
      <w:r>
        <w:br/>
      </w:r>
      <w:r>
        <w:t xml:space="preserve">    (a) support</w:t>
      </w:r>
      <w:r>
        <w:br/>
      </w:r>
      <w:r>
        <w:t xml:space="preserve">    (b) disrupt</w:t>
      </w:r>
      <w:r>
        <w:br/>
      </w:r>
      <w:r>
        <w:t xml:space="preserve">    (c) finalize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took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tentative</w:t>
      </w:r>
      <w:r>
        <w:rPr>
          <w:b/>
          <w:bCs/>
        </w:rPr>
        <w:t xml:space="preserve"> </w:t>
      </w:r>
      <w:r>
        <w:rPr>
          <w:b/>
          <w:bCs/>
        </w:rPr>
        <w:t xml:space="preserve">step to see if her injured ankle would support her weight.</w:t>
      </w:r>
      <w:r>
        <w:br/>
      </w:r>
      <w:r>
        <w:t xml:space="preserve">    (a) confident</w:t>
      </w:r>
      <w:r>
        <w:br/>
      </w:r>
      <w:r>
        <w:t xml:space="preserve">    (b) brave</w:t>
      </w:r>
      <w:r>
        <w:br/>
      </w:r>
      <w:r>
        <w:t xml:space="preserve">    (c) careful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testified</w:t>
      </w:r>
      <w:r>
        <w:rPr>
          <w:b/>
          <w:bCs/>
        </w:rPr>
        <w:t xml:space="preserve"> </w:t>
      </w:r>
      <w:r>
        <w:rPr>
          <w:b/>
          <w:bCs/>
        </w:rPr>
        <w:t xml:space="preserve">that he struck her.</w:t>
      </w:r>
      <w:r>
        <w:br/>
      </w:r>
      <w:r>
        <w:t xml:space="preserve">    (a) said</w:t>
      </w:r>
      <w:r>
        <w:br/>
      </w:r>
      <w:r>
        <w:t xml:space="preserve">    (b) lied</w:t>
      </w:r>
      <w:r>
        <w:br/>
      </w:r>
      <w:r>
        <w:t xml:space="preserve">    (c) hid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Before your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testimony</w:t>
      </w:r>
      <w:r>
        <w:rPr>
          <w:b/>
          <w:bCs/>
        </w:rPr>
        <w:t xml:space="preserve">, they will have you solemnly swear to tell</w:t>
      </w:r>
      <w:r>
        <w:rPr>
          <w:b/>
          <w:bCs/>
        </w:rPr>
        <w:t xml:space="preserve"> </w:t>
      </w:r>
      <w:r>
        <w:rPr>
          <w:b/>
          <w:bCs/>
          <w:i/>
          <w:iCs/>
        </w:rPr>
        <w:t xml:space="preserve">the truth, the whole truth and nothing but the truth</w:t>
      </w:r>
      <w:r>
        <w:rPr>
          <w:b/>
          <w:bCs/>
        </w:rPr>
        <w:t xml:space="preserve">.</w:t>
      </w:r>
      <w:r>
        <w:br/>
      </w:r>
      <w:r>
        <w:t xml:space="preserve">    (a) statements at a trial</w:t>
      </w:r>
      <w:r>
        <w:br/>
      </w:r>
      <w:r>
        <w:t xml:space="preserve">    (b) job interview</w:t>
      </w:r>
      <w:r>
        <w:br/>
      </w:r>
      <w:r>
        <w:t xml:space="preserve">    (c) confession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team's preferred style of defense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vulnerable to</w:t>
      </w:r>
      <w:r>
        <w:rPr>
          <w:b/>
          <w:bCs/>
        </w:rPr>
        <w:t xml:space="preserve"> </w:t>
      </w:r>
      <w:r>
        <w:rPr>
          <w:b/>
          <w:bCs/>
        </w:rPr>
        <w:t xml:space="preserve">good outside shooters.</w:t>
      </w:r>
      <w:r>
        <w:br/>
      </w:r>
      <w:r>
        <w:t xml:space="preserve">    (a) dependent upon</w:t>
      </w:r>
      <w:r>
        <w:br/>
      </w:r>
      <w:r>
        <w:t xml:space="preserve">    (b) designed to stop</w:t>
      </w:r>
      <w:r>
        <w:br/>
      </w:r>
      <w:r>
        <w:t xml:space="preserve">    (c) easily hurt by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looked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wary</w:t>
      </w:r>
      <w:r>
        <w:rPr>
          <w:b/>
          <w:bCs/>
        </w:rPr>
        <w:t xml:space="preserve"> </w:t>
      </w:r>
      <w:r>
        <w:rPr>
          <w:b/>
          <w:bCs/>
        </w:rPr>
        <w:t xml:space="preserve">as she reached out to pet her friend's new dog.</w:t>
      </w:r>
      <w:r>
        <w:br/>
      </w:r>
      <w:r>
        <w:t xml:space="preserve">    (a) excited</w:t>
      </w:r>
      <w:r>
        <w:br/>
      </w:r>
      <w:r>
        <w:t xml:space="preserve">    (b) distrustful</w:t>
      </w:r>
      <w:r>
        <w:br/>
      </w:r>
      <w:r>
        <w:t xml:space="preserve">    (c) determined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will never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waver</w:t>
      </w:r>
      <w:r>
        <w:rPr>
          <w:b/>
          <w:bCs/>
        </w:rPr>
        <w:t xml:space="preserve"> </w:t>
      </w:r>
      <w:r>
        <w:rPr>
          <w:b/>
          <w:bCs/>
        </w:rPr>
        <w:t xml:space="preserve">in our commitment to provide the best education possible.</w:t>
      </w:r>
      <w:r>
        <w:br/>
      </w:r>
      <w:r>
        <w:t xml:space="preserve">    (a) be unsteady</w:t>
      </w:r>
      <w:r>
        <w:br/>
      </w:r>
      <w:r>
        <w:t xml:space="preserve">    (b) speak forcefully</w:t>
      </w:r>
      <w:r>
        <w:br/>
      </w:r>
      <w:r>
        <w:t xml:space="preserve">    (c) grow rapidly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2026-07-31T16:53:25Z</dcterms:created>
  <dcterms:modified xsi:type="dcterms:W3CDTF">2026-07-31T16:53:25Z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