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cd9c9c4b5b8e7fadee008fe86cbcb1591c9ea9"/>
    <w:p>
      <w:pPr>
        <w:pStyle w:val="Heading1"/>
      </w:pPr>
      <w:r>
        <w:rPr>
          <w:b/>
          <w:bCs/>
        </w:rPr>
        <w:t xml:space="preserve">I Am the Cheese</w:t>
      </w:r>
      <w:r>
        <w:br/>
      </w:r>
      <w:r>
        <w:rPr>
          <w:i/>
          <w:iCs/>
        </w:rPr>
        <w:t xml:space="preserve">Robert Cormier</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Realize that the tension and the headache are</w:t>
      </w:r>
      <w:r>
        <w:rPr>
          <w:b/>
          <w:bCs/>
        </w:rPr>
        <w:t xml:space="preserve"> </w:t>
      </w:r>
      <w:r>
        <w:rPr>
          <w:b/>
          <w:bCs/>
          <w:u w:val="single"/>
        </w:rPr>
        <w:t xml:space="preserve">anxiety</w:t>
      </w:r>
      <w:r>
        <w:rPr>
          <w:b/>
          <w:bCs/>
        </w:rPr>
        <w:t xml:space="preserve"> </w:t>
      </w:r>
      <w:r>
        <w:rPr>
          <w:b/>
          <w:bCs/>
        </w:rPr>
        <w:t xml:space="preserve">reactions.</w:t>
      </w:r>
      <w:r>
        <w:br/>
      </w:r>
      <w:r>
        <w:t xml:space="preserve">    (a) basic rule or belief</w:t>
      </w:r>
      <w:r>
        <w:br/>
      </w:r>
      <w:r>
        <w:t xml:space="preserve">    (b) nervousness or worry</w:t>
      </w:r>
      <w:r>
        <w:br/>
      </w:r>
      <w:r>
        <w:t xml:space="preserve">    (c) narrow water passage</w:t>
      </w:r>
    </w:p>
    <w:p>
      <w:pPr>
        <w:pStyle w:val="Compact"/>
        <w:numPr>
          <w:ilvl w:val="0"/>
          <w:numId w:val="1001"/>
        </w:numPr>
      </w:pPr>
      <w:r>
        <w:rPr>
          <w:b/>
          <w:bCs/>
        </w:rPr>
        <w:t xml:space="preserve">And my father sang</w:t>
      </w:r>
      <w:r>
        <w:rPr>
          <w:b/>
          <w:bCs/>
        </w:rPr>
        <w:t xml:space="preserve"> </w:t>
      </w:r>
      <w:r>
        <w:rPr>
          <w:b/>
          <w:bCs/>
          <w:u w:val="single"/>
        </w:rPr>
        <w:t xml:space="preserve">raucously</w:t>
      </w:r>
      <w:r>
        <w:rPr>
          <w:b/>
          <w:bCs/>
        </w:rPr>
        <w:t xml:space="preserve"> </w:t>
      </w:r>
      <w:r>
        <w:rPr>
          <w:b/>
          <w:bCs/>
        </w:rPr>
        <w:t xml:space="preserve">and joyously: Heigh-ho, the merry-o, The farmer in the dell.</w:t>
      </w:r>
      <w:r>
        <w:br/>
      </w:r>
      <w:r>
        <w:t xml:space="preserve">    (a) loud and disturbing; or disorderly and boisterous</w:t>
      </w:r>
      <w:r>
        <w:br/>
      </w:r>
      <w:r>
        <w:t xml:space="preserve">    (b) with suffering in a bad situation for a long time</w:t>
      </w:r>
      <w:r>
        <w:br/>
      </w:r>
      <w:r>
        <w:t xml:space="preserve">    (c) in a manner that is dark, dingy, or inconspicuous</w:t>
      </w:r>
    </w:p>
    <w:p>
      <w:pPr>
        <w:pStyle w:val="Compact"/>
        <w:numPr>
          <w:ilvl w:val="0"/>
          <w:numId w:val="1001"/>
        </w:numPr>
      </w:pPr>
      <w:r>
        <w:rPr>
          <w:b/>
          <w:bCs/>
        </w:rPr>
        <w:t xml:space="preserve">I don't like to walk that way because I feel</w:t>
      </w:r>
      <w:r>
        <w:rPr>
          <w:b/>
          <w:bCs/>
        </w:rPr>
        <w:t xml:space="preserve"> </w:t>
      </w:r>
      <w:r>
        <w:rPr>
          <w:b/>
          <w:bCs/>
          <w:u w:val="single"/>
        </w:rPr>
        <w:t xml:space="preserve">vulnerable</w:t>
      </w:r>
      <w:r>
        <w:rPr>
          <w:b/>
          <w:bCs/>
        </w:rPr>
        <w:t xml:space="preserve">.</w:t>
      </w:r>
      <w:r>
        <w:br/>
      </w:r>
      <w:r>
        <w:t xml:space="preserve">    (a) easily hurt or in need of help; or easily influenced or subject to temptation</w:t>
      </w:r>
      <w:r>
        <w:br/>
      </w:r>
      <w:r>
        <w:t xml:space="preserve">    (b) having the characteristic of or relating to bouncing back light/heat/sound...</w:t>
      </w:r>
      <w:r>
        <w:br/>
      </w:r>
      <w:r>
        <w:t xml:space="preserve">    (c) suffering from too few red blood cells</w:t>
      </w:r>
      <w:r>
        <w:br/>
      </w:r>
      <w:r>
        <w:br/>
      </w:r>
      <w:r>
        <w:t xml:space="preserve">or (less commonly):  lacking vitality</w:t>
      </w:r>
    </w:p>
    <w:p>
      <w:pPr>
        <w:pStyle w:val="Compact"/>
        <w:numPr>
          <w:ilvl w:val="0"/>
          <w:numId w:val="1001"/>
        </w:numPr>
      </w:pPr>
      <w:r>
        <w:rPr>
          <w:b/>
          <w:bCs/>
        </w:rPr>
        <w:t xml:space="preserve">He was</w:t>
      </w:r>
      <w:r>
        <w:rPr>
          <w:b/>
          <w:bCs/>
        </w:rPr>
        <w:t xml:space="preserve"> </w:t>
      </w:r>
      <w:r>
        <w:rPr>
          <w:b/>
          <w:bCs/>
          <w:u w:val="single"/>
        </w:rPr>
        <w:t xml:space="preserve">wary</w:t>
      </w:r>
      <w:r>
        <w:rPr>
          <w:b/>
          <w:bCs/>
        </w:rPr>
        <w:t xml:space="preserve"> </w:t>
      </w:r>
      <w:r>
        <w:rPr>
          <w:b/>
          <w:bCs/>
        </w:rPr>
        <w:t xml:space="preserve">again, on guard, distrustful.</w:t>
      </w:r>
      <w:r>
        <w:br/>
      </w:r>
      <w:r>
        <w:t xml:space="preserve">    (a) indicating approval or agreement</w:t>
      </w:r>
      <w:r>
        <w:br/>
      </w:r>
      <w:r>
        <w:t xml:space="preserve">    (b) able to be taken on as one's own</w:t>
      </w:r>
      <w:r>
        <w:br/>
      </w:r>
      <w:r>
        <w:t xml:space="preserve">    (c) nervous or distrustful</w:t>
      </w:r>
    </w:p>
    <w:p>
      <w:pPr>
        <w:pStyle w:val="Compact"/>
        <w:numPr>
          <w:ilvl w:val="0"/>
          <w:numId w:val="1001"/>
        </w:numPr>
      </w:pPr>
      <w:r>
        <w:rPr>
          <w:b/>
          <w:bCs/>
        </w:rPr>
        <w:t xml:space="preserve">He sometimes wondered what had happened to transform his mother from the laughing, tender woman to whom the scent of lilac clung into the pale and subdued and</w:t>
      </w:r>
      <w:r>
        <w:rPr>
          <w:b/>
          <w:bCs/>
        </w:rPr>
        <w:t xml:space="preserve"> </w:t>
      </w:r>
      <w:r>
        <w:rPr>
          <w:b/>
          <w:bCs/>
          <w:u w:val="single"/>
        </w:rPr>
        <w:t xml:space="preserve">antiseptic</w:t>
      </w:r>
      <w:r>
        <w:rPr>
          <w:b/>
          <w:bCs/>
        </w:rPr>
        <w:t xml:space="preserve"> </w:t>
      </w:r>
      <w:r>
        <w:rPr>
          <w:b/>
          <w:bCs/>
        </w:rPr>
        <w:t xml:space="preserve">woman who seldom left the house, who lurked behind window curtains.</w:t>
      </w:r>
      <w:r>
        <w:br/>
      </w:r>
      <w:r>
        <w:t xml:space="preserve">    (a) a point on a curve where the concavity changes to convexity or vice versa</w:t>
      </w:r>
      <w:r>
        <w:br/>
      </w:r>
      <w:r>
        <w:br/>
      </w:r>
      <w:r>
        <w:t xml:space="preserve">or more generally:  a time of significant change (a turning point)</w:t>
      </w:r>
      <w:r>
        <w:br/>
      </w:r>
      <w:r>
        <w:t xml:space="preserve">    (b) part of the brain responsible for hormone levels which influence such things as appetite, digestion, sexuality, circulation, emotions, and sleep</w:t>
      </w:r>
      <w:r>
        <w:br/>
      </w:r>
      <w:r>
        <w:t xml:space="preserve">    (c) a substance that prevents infection by killing harmful micro-organisms; or (as an adjective) describing something very clean and free of germs</w:t>
      </w:r>
    </w:p>
    <w:p>
      <w:pPr>
        <w:pStyle w:val="Compact"/>
        <w:numPr>
          <w:ilvl w:val="0"/>
          <w:numId w:val="1001"/>
        </w:numPr>
      </w:pPr>
      <w:r>
        <w:rPr>
          <w:b/>
          <w:bCs/>
        </w:rPr>
        <w:t xml:space="preserve">It was only later, in the eighth grade, when he knew</w:t>
      </w:r>
      <w:r>
        <w:rPr>
          <w:b/>
          <w:bCs/>
        </w:rPr>
        <w:t xml:space="preserve"> </w:t>
      </w:r>
      <w:r>
        <w:rPr>
          <w:b/>
          <w:bCs/>
          <w:u w:val="single"/>
        </w:rPr>
        <w:t xml:space="preserve">irrevocably</w:t>
      </w:r>
      <w:r>
        <w:rPr>
          <w:b/>
          <w:bCs/>
        </w:rPr>
        <w:t xml:space="preserve"> </w:t>
      </w:r>
      <w:r>
        <w:rPr>
          <w:b/>
          <w:bCs/>
        </w:rPr>
        <w:t xml:space="preserve">that he wanted to be a writer, that he realized he had stored up all his observations, all his emotions, for that purpose.</w:t>
      </w:r>
      <w:r>
        <w:br/>
      </w:r>
      <w:r>
        <w:t xml:space="preserve">    (a) in the manner of an investigation</w:t>
      </w:r>
      <w:r>
        <w:br/>
      </w:r>
      <w:r>
        <w:t xml:space="preserve">    (b) separately in the specified order</w:t>
      </w:r>
      <w:r>
        <w:br/>
      </w:r>
      <w:r>
        <w:t xml:space="preserve">    (c) in a manner that cannot be undone</w:t>
      </w:r>
    </w:p>
    <w:p>
      <w:pPr>
        <w:pStyle w:val="Compact"/>
        <w:numPr>
          <w:ilvl w:val="0"/>
          <w:numId w:val="1001"/>
        </w:numPr>
      </w:pPr>
      <w:r>
        <w:rPr>
          <w:b/>
          <w:bCs/>
        </w:rPr>
        <w:t xml:space="preserve">For instance, a Tuesday afternoon was a serious challenge because there were few shoppers around and it was easy for store</w:t>
      </w:r>
      <w:r>
        <w:rPr>
          <w:b/>
          <w:bCs/>
        </w:rPr>
        <w:t xml:space="preserve"> </w:t>
      </w:r>
      <w:r>
        <w:rPr>
          <w:b/>
          <w:bCs/>
          <w:u w:val="single"/>
        </w:rPr>
        <w:t xml:space="preserve">personnel</w:t>
      </w:r>
      <w:r>
        <w:rPr>
          <w:b/>
          <w:bCs/>
        </w:rPr>
        <w:t xml:space="preserve"> </w:t>
      </w:r>
      <w:r>
        <w:rPr>
          <w:b/>
          <w:bCs/>
        </w:rPr>
        <w:t xml:space="preserve">to spot any suspicious actions.</w:t>
      </w:r>
      <w:r>
        <w:br/>
      </w:r>
      <w:r>
        <w:t xml:space="preserve">    (a) the state or degree of being able to be taken on as one's own</w:t>
      </w:r>
      <w:r>
        <w:br/>
      </w:r>
      <w:r>
        <w:t xml:space="preserve">    (b) not trustworthy with secrets, and/or conspicuous or obtrusive</w:t>
      </w:r>
      <w:r>
        <w:br/>
      </w:r>
      <w:r>
        <w:t xml:space="preserve">    (c) employees</w:t>
      </w:r>
    </w:p>
    <w:p>
      <w:pPr>
        <w:pStyle w:val="Compact"/>
        <w:numPr>
          <w:ilvl w:val="0"/>
          <w:numId w:val="1001"/>
        </w:numPr>
      </w:pPr>
      <w:r>
        <w:rPr>
          <w:b/>
          <w:bCs/>
        </w:rPr>
        <w:t xml:space="preserve">"Don't rush, act</w:t>
      </w:r>
      <w:r>
        <w:rPr>
          <w:b/>
          <w:bCs/>
        </w:rPr>
        <w:t xml:space="preserve"> </w:t>
      </w:r>
      <w:r>
        <w:rPr>
          <w:b/>
          <w:bCs/>
          <w:u w:val="single"/>
        </w:rPr>
        <w:t xml:space="preserve">nonchalant</w:t>
      </w:r>
      <w:r>
        <w:rPr>
          <w:b/>
          <w:bCs/>
        </w:rPr>
        <w:t xml:space="preserve">," Amy cautioned.</w:t>
      </w:r>
      <w:r>
        <w:br/>
      </w:r>
      <w:r>
        <w:t xml:space="preserve">    (a) calm and unconcerned</w:t>
      </w:r>
      <w:r>
        <w:br/>
      </w:r>
      <w:r>
        <w:t xml:space="preserve">    (b) sensible and careful</w:t>
      </w:r>
      <w:r>
        <w:br/>
      </w:r>
      <w:r>
        <w:t xml:space="preserve">    (c) sincerity (realness)</w:t>
      </w:r>
    </w:p>
    <w:p>
      <w:pPr>
        <w:pStyle w:val="Compact"/>
        <w:numPr>
          <w:ilvl w:val="0"/>
          <w:numId w:val="1001"/>
        </w:numPr>
      </w:pPr>
      <w:r>
        <w:rPr>
          <w:b/>
          <w:bCs/>
        </w:rPr>
        <w:t xml:space="preserve">I was in a panic because I'm not built for subterfuge and</w:t>
      </w:r>
      <w:r>
        <w:rPr>
          <w:b/>
          <w:bCs/>
        </w:rPr>
        <w:t xml:space="preserve"> </w:t>
      </w:r>
      <w:r>
        <w:rPr>
          <w:b/>
          <w:bCs/>
          <w:u w:val="single"/>
        </w:rPr>
        <w:t xml:space="preserve">deception</w:t>
      </w:r>
      <w:r>
        <w:rPr>
          <w:b/>
          <w:bCs/>
        </w:rPr>
        <w:t xml:space="preserve">.</w:t>
      </w:r>
      <w:r>
        <w:br/>
      </w:r>
      <w:r>
        <w:t xml:space="preserve">    (a) the act of lying to or misleading someone; or something that misleads</w:t>
      </w:r>
      <w:r>
        <w:br/>
      </w:r>
      <w:r>
        <w:t xml:space="preserve">    (b) someone bound to serve another without pay -- such as a slave or serf</w:t>
      </w:r>
      <w:r>
        <w:br/>
      </w:r>
      <w:r>
        <w:t xml:space="preserve">    (c) the degree to which something can change to fit a different situation</w:t>
      </w:r>
    </w:p>
    <w:p>
      <w:pPr>
        <w:pStyle w:val="Compact"/>
        <w:numPr>
          <w:ilvl w:val="0"/>
          <w:numId w:val="1001"/>
        </w:numPr>
      </w:pPr>
      <w:r>
        <w:rPr>
          <w:b/>
          <w:bCs/>
        </w:rPr>
        <w:t xml:space="preserve">The quarries dried up after a while but the Italians remained and became</w:t>
      </w:r>
      <w:r>
        <w:rPr>
          <w:b/>
          <w:bCs/>
        </w:rPr>
        <w:t xml:space="preserve"> </w:t>
      </w:r>
      <w:r>
        <w:rPr>
          <w:b/>
          <w:bCs/>
          <w:u w:val="single"/>
        </w:rPr>
        <w:t xml:space="preserve">assimilated</w:t>
      </w:r>
      <w:r>
        <w:rPr>
          <w:b/>
          <w:bCs/>
        </w:rPr>
        <w:t xml:space="preserve"> </w:t>
      </w:r>
      <w:r>
        <w:rPr>
          <w:b/>
          <w:bCs/>
        </w:rPr>
        <w:t xml:space="preserve">into the town and the state.</w:t>
      </w:r>
      <w:r>
        <w:br/>
      </w:r>
      <w:r>
        <w:t xml:space="preserve">    (a) took in, transformed, or fit in</w:t>
      </w:r>
      <w:r>
        <w:br/>
      </w:r>
      <w:r>
        <w:t xml:space="preserve">    (b) selected (on a computer screen)</w:t>
      </w:r>
      <w:r>
        <w:br/>
      </w:r>
      <w:r>
        <w:t xml:space="preserve">    (c) took up or received into heaven</w:t>
      </w:r>
    </w:p>
    <w:p>
      <w:pPr>
        <w:pStyle w:val="Compact"/>
        <w:numPr>
          <w:ilvl w:val="0"/>
          <w:numId w:val="1001"/>
        </w:numPr>
      </w:pPr>
      <w:r>
        <w:rPr>
          <w:b/>
          <w:bCs/>
        </w:rPr>
        <w:t xml:space="preserve">Roscoe Campbell, owner and editor of the Telegrapher, encouraged Adam's father to go beyond the</w:t>
      </w:r>
      <w:r>
        <w:rPr>
          <w:b/>
          <w:bCs/>
        </w:rPr>
        <w:t xml:space="preserve"> </w:t>
      </w:r>
      <w:r>
        <w:rPr>
          <w:b/>
          <w:bCs/>
          <w:u w:val="single"/>
        </w:rPr>
        <w:t xml:space="preserve">superficial</w:t>
      </w:r>
      <w:r>
        <w:rPr>
          <w:b/>
          <w:bCs/>
        </w:rPr>
        <w:t xml:space="preserve"> </w:t>
      </w:r>
      <w:r>
        <w:rPr>
          <w:b/>
          <w:bCs/>
        </w:rPr>
        <w:t xml:space="preserve">aspects of stories, to find the meanings below the surfaces, to root out what might be hidden or not apparent to the casual reader.</w:t>
      </w:r>
      <w:r>
        <w:br/>
      </w:r>
      <w:r>
        <w:t xml:space="preserve">    (a) relating to a surface rather than to anything deep or penetrating</w:t>
      </w:r>
      <w:r>
        <w:br/>
      </w:r>
      <w:r>
        <w:t xml:space="preserve">    (b) comprehensive (thorough)</w:t>
      </w:r>
      <w:r>
        <w:br/>
      </w:r>
      <w:r>
        <w:t xml:space="preserve">    (c) deep and creative</w:t>
      </w:r>
    </w:p>
    <w:p>
      <w:pPr>
        <w:pStyle w:val="Compact"/>
        <w:numPr>
          <w:ilvl w:val="0"/>
          <w:numId w:val="1001"/>
        </w:numPr>
      </w:pPr>
      <w:r>
        <w:rPr>
          <w:b/>
          <w:bCs/>
        </w:rPr>
        <w:t xml:space="preserve">—religion, in fact, had always</w:t>
      </w:r>
      <w:r>
        <w:rPr>
          <w:b/>
          <w:bCs/>
        </w:rPr>
        <w:t xml:space="preserve"> </w:t>
      </w:r>
      <w:r>
        <w:rPr>
          <w:b/>
          <w:bCs/>
          <w:u w:val="single"/>
        </w:rPr>
        <w:t xml:space="preserve">sustained</w:t>
      </w:r>
      <w:r>
        <w:rPr>
          <w:b/>
          <w:bCs/>
        </w:rPr>
        <w:t xml:space="preserve"> </w:t>
      </w:r>
      <w:r>
        <w:rPr>
          <w:b/>
          <w:bCs/>
        </w:rPr>
        <w:t xml:space="preserve">her through bad periods, particularly after her father died.</w:t>
      </w:r>
      <w:r>
        <w:br/>
      </w:r>
      <w:r>
        <w:t xml:space="preserve">    (a) learned, discovered, or decided</w:t>
      </w:r>
      <w:r>
        <w:br/>
      </w:r>
      <w:r>
        <w:t xml:space="preserve">    (b) selected (on a computer screen)</w:t>
      </w:r>
      <w:r>
        <w:br/>
      </w:r>
      <w:r>
        <w:t xml:space="preserve">    (c) supported</w:t>
      </w:r>
    </w:p>
    <w:p>
      <w:pPr>
        <w:pStyle w:val="Compact"/>
        <w:numPr>
          <w:ilvl w:val="0"/>
          <w:numId w:val="1001"/>
        </w:numPr>
      </w:pPr>
      <w:r>
        <w:rPr>
          <w:b/>
          <w:bCs/>
        </w:rPr>
        <w:t xml:space="preserve">The first people to give</w:t>
      </w:r>
      <w:r>
        <w:rPr>
          <w:b/>
          <w:bCs/>
        </w:rPr>
        <w:t xml:space="preserve"> </w:t>
      </w:r>
      <w:r>
        <w:rPr>
          <w:b/>
          <w:bCs/>
          <w:u w:val="single"/>
        </w:rPr>
        <w:t xml:space="preserve">testimony</w:t>
      </w:r>
      <w:r>
        <w:rPr>
          <w:b/>
          <w:bCs/>
        </w:rPr>
        <w:t xml:space="preserve"> </w:t>
      </w:r>
      <w:r>
        <w:rPr>
          <w:b/>
          <w:bCs/>
        </w:rPr>
        <w:t xml:space="preserve">were criminals themselves, members of the organizations and syndicates who, for one reason or another, decided to turn against their own kind.</w:t>
      </w:r>
      <w:r>
        <w:br/>
      </w:r>
      <w:r>
        <w:t xml:space="preserve">    (a) an atom that has acquired an electrical charge by the loss or gain of an electron</w:t>
      </w:r>
      <w:r>
        <w:br/>
      </w:r>
      <w:r>
        <w:t xml:space="preserve">    (b) an organ attached to the wall of the uterus to nourish the fetus during pregnancy</w:t>
      </w:r>
      <w:r>
        <w:br/>
      </w:r>
      <w:r>
        <w:t xml:space="preserve">    (c) oral evidence in a trial</w:t>
      </w:r>
    </w:p>
    <w:p>
      <w:pPr>
        <w:pStyle w:val="Compact"/>
        <w:numPr>
          <w:ilvl w:val="0"/>
          <w:numId w:val="1001"/>
        </w:numPr>
      </w:pPr>
      <w:r>
        <w:rPr>
          <w:b/>
          <w:bCs/>
        </w:rPr>
        <w:t xml:space="preserve">His huge figure</w:t>
      </w:r>
      <w:r>
        <w:rPr>
          <w:b/>
          <w:bCs/>
        </w:rPr>
        <w:t xml:space="preserve"> </w:t>
      </w:r>
      <w:r>
        <w:rPr>
          <w:b/>
          <w:bCs/>
          <w:u w:val="single"/>
        </w:rPr>
        <w:t xml:space="preserve">wavers</w:t>
      </w:r>
      <w:r>
        <w:rPr>
          <w:b/>
          <w:bCs/>
        </w:rPr>
        <w:t xml:space="preserve"> </w:t>
      </w:r>
      <w:r>
        <w:rPr>
          <w:b/>
          <w:bCs/>
        </w:rPr>
        <w:t xml:space="preserve">in the wetness of my tears, as if he is somehow underwater.</w:t>
      </w:r>
      <w:r>
        <w:br/>
      </w:r>
      <w:r>
        <w:t xml:space="preserve">    (a) won't answer questions; or blocks progress</w:t>
      </w:r>
      <w:r>
        <w:br/>
      </w:r>
      <w:r>
        <w:t xml:space="preserve">    (b) moving back and forth</w:t>
      </w:r>
      <w:r>
        <w:br/>
      </w:r>
      <w:r>
        <w:t xml:space="preserve">    (c) is most powerful, important, or noticeable</w:t>
      </w:r>
    </w:p>
    <w:p>
      <w:pPr>
        <w:pStyle w:val="Compact"/>
        <w:numPr>
          <w:ilvl w:val="0"/>
          <w:numId w:val="1001"/>
        </w:numPr>
      </w:pPr>
      <w:r>
        <w:rPr>
          <w:b/>
          <w:bCs/>
        </w:rPr>
        <w:t xml:space="preserve">He remembered asking his father,</w:t>
      </w:r>
      <w:r>
        <w:rPr>
          <w:b/>
          <w:bCs/>
        </w:rPr>
        <w:t xml:space="preserve"> </w:t>
      </w:r>
      <w:r>
        <w:rPr>
          <w:b/>
          <w:bCs/>
          <w:u w:val="single"/>
        </w:rPr>
        <w:t xml:space="preserve">tentatively</w:t>
      </w:r>
      <w:r>
        <w:rPr>
          <w:b/>
          <w:bCs/>
        </w:rPr>
        <w:t xml:space="preserve">, afraid that he was invading his privacy, how much it had hurt him to start life over, to give up his old life, his career, his friends.</w:t>
      </w:r>
      <w:r>
        <w:br/>
      </w:r>
      <w:r>
        <w:t xml:space="preserve">    (a) in comparison to something else</w:t>
      </w:r>
      <w:r>
        <w:br/>
      </w:r>
      <w:r>
        <w:t xml:space="preserve">    (b) in a manner that is not sincere</w:t>
      </w:r>
      <w:r>
        <w:br/>
      </w:r>
      <w:r>
        <w:t xml:space="preserve">    (c) in an unsure or hesitant manner</w:t>
      </w:r>
    </w:p>
    <w:p>
      <w:pPr>
        <w:pStyle w:val="Compact"/>
        <w:numPr>
          <w:ilvl w:val="0"/>
          <w:numId w:val="1001"/>
        </w:numPr>
      </w:pPr>
      <w:r>
        <w:rPr>
          <w:b/>
          <w:bCs/>
        </w:rPr>
        <w:t xml:space="preserve">He keeps</w:t>
      </w:r>
      <w:r>
        <w:rPr>
          <w:b/>
          <w:bCs/>
        </w:rPr>
        <w:t xml:space="preserve"> </w:t>
      </w:r>
      <w:r>
        <w:rPr>
          <w:b/>
          <w:bCs/>
          <w:u w:val="single"/>
        </w:rPr>
        <w:t xml:space="preserve">probing</w:t>
      </w:r>
      <w:r>
        <w:rPr>
          <w:b/>
          <w:bCs/>
        </w:rPr>
        <w:t xml:space="preserve"> </w:t>
      </w:r>
      <w:r>
        <w:rPr>
          <w:b/>
          <w:bCs/>
        </w:rPr>
        <w:t xml:space="preserve">for more information and I tell him there isn't any more, that I've held nothing back.</w:t>
      </w:r>
      <w:r>
        <w:br/>
      </w:r>
      <w:r>
        <w:t xml:space="preserve">    (a) concentrating</w:t>
      </w:r>
      <w:r>
        <w:br/>
      </w:r>
      <w:r>
        <w:t xml:space="preserve">    (b) bouncing back</w:t>
      </w:r>
      <w:r>
        <w:br/>
      </w:r>
      <w:r>
        <w:t xml:space="preserve">    (c) searching (investigating)</w:t>
      </w:r>
    </w:p>
    <w:p>
      <w:pPr>
        <w:pStyle w:val="Compact"/>
        <w:numPr>
          <w:ilvl w:val="0"/>
          <w:numId w:val="1001"/>
        </w:numPr>
      </w:pPr>
      <w:r>
        <w:rPr>
          <w:b/>
          <w:bCs/>
        </w:rPr>
        <w:t xml:space="preserve">Weren't the people Dad</w:t>
      </w:r>
      <w:r>
        <w:rPr>
          <w:b/>
          <w:bCs/>
        </w:rPr>
        <w:t xml:space="preserve"> </w:t>
      </w:r>
      <w:r>
        <w:rPr>
          <w:b/>
          <w:bCs/>
          <w:u w:val="single"/>
        </w:rPr>
        <w:t xml:space="preserve">testified</w:t>
      </w:r>
      <w:r>
        <w:rPr>
          <w:b/>
          <w:bCs/>
        </w:rPr>
        <w:t xml:space="preserve"> </w:t>
      </w:r>
      <w:r>
        <w:rPr>
          <w:b/>
          <w:bCs/>
        </w:rPr>
        <w:t xml:space="preserve">against sent to jail?</w:t>
      </w:r>
      <w:r>
        <w:br/>
      </w:r>
      <w:r>
        <w:t xml:space="preserve">    (a) provided oral evidence</w:t>
      </w:r>
      <w:r>
        <w:br/>
      </w:r>
      <w:r>
        <w:t xml:space="preserve">    (b) showed something -- such as demonstrated, expressed, or represented</w:t>
      </w:r>
      <w:r>
        <w:br/>
      </w:r>
      <w:r>
        <w:t xml:space="preserve">    (c) suffered through (or put up with) something difficult or unpleasant</w:t>
      </w:r>
    </w:p>
    <w:p>
      <w:pPr>
        <w:pStyle w:val="Compact"/>
        <w:numPr>
          <w:ilvl w:val="0"/>
          <w:numId w:val="1001"/>
        </w:numPr>
      </w:pPr>
      <w:r>
        <w:rPr>
          <w:b/>
          <w:bCs/>
        </w:rPr>
        <w:t xml:space="preserve">His mother waded through this</w:t>
      </w:r>
      <w:r>
        <w:rPr>
          <w:b/>
          <w:bCs/>
        </w:rPr>
        <w:t xml:space="preserve"> </w:t>
      </w:r>
      <w:r>
        <w:rPr>
          <w:b/>
          <w:bCs/>
          <w:u w:val="single"/>
        </w:rPr>
        <w:t xml:space="preserve">debris</w:t>
      </w:r>
      <w:r>
        <w:rPr>
          <w:b/>
          <w:bCs/>
        </w:rPr>
        <w:t xml:space="preserve"> </w:t>
      </w:r>
      <w:r>
        <w:rPr>
          <w:b/>
          <w:bCs/>
        </w:rPr>
        <w:t xml:space="preserve">of other years, clearing a path to a box tied with old rope, about four feet square, in the corner.</w:t>
      </w:r>
      <w:r>
        <w:br/>
      </w:r>
      <w:r>
        <w:t xml:space="preserve">    (a) passages food and drink follow between the back of mouths and the stomachs</w:t>
      </w:r>
      <w:r>
        <w:br/>
      </w:r>
      <w:r>
        <w:t xml:space="preserve">    (b) the act of treating or preparing food in a way that keeps it from spoiling</w:t>
      </w:r>
      <w:r>
        <w:br/>
      </w:r>
      <w:r>
        <w:t xml:space="preserve">    (c) pieces of something that has been destroyed; or trash that is lying around</w:t>
      </w:r>
    </w:p>
    <w:p>
      <w:pPr>
        <w:pStyle w:val="Compact"/>
        <w:numPr>
          <w:ilvl w:val="0"/>
          <w:numId w:val="1001"/>
        </w:numPr>
      </w:pPr>
      <w:r>
        <w:rPr>
          <w:b/>
          <w:bCs/>
        </w:rPr>
        <w:t xml:space="preserve">It reminded Adam of an old movie he'd seen on television—It Happened One Night, with Clark Gable and some actress, Claudette Somebody—and his father and mother remembered the movie, too, and it was good talking and joking and</w:t>
      </w:r>
      <w:r>
        <w:rPr>
          <w:b/>
          <w:bCs/>
        </w:rPr>
        <w:t xml:space="preserve"> </w:t>
      </w:r>
      <w:r>
        <w:rPr>
          <w:b/>
          <w:bCs/>
          <w:u w:val="single"/>
        </w:rPr>
        <w:t xml:space="preserve">reminiscing</w:t>
      </w:r>
      <w:r>
        <w:rPr>
          <w:b/>
          <w:bCs/>
        </w:rPr>
        <w:t xml:space="preserve">, and then settling down.</w:t>
      </w:r>
      <w:r>
        <w:br/>
      </w:r>
      <w:r>
        <w:t xml:space="preserve">    (a) to talk or think fondly about past experiences</w:t>
      </w:r>
      <w:r>
        <w:br/>
      </w:r>
      <w:r>
        <w:t xml:space="preserve">    (b) thinking carefully and making a judgment about</w:t>
      </w:r>
      <w:r>
        <w:br/>
      </w:r>
      <w:r>
        <w:t xml:space="preserve">    (c) returning to an undesirable previous condition</w:t>
      </w:r>
    </w:p>
    <w:p>
      <w:pPr>
        <w:pStyle w:val="Compact"/>
        <w:numPr>
          <w:ilvl w:val="0"/>
          <w:numId w:val="1001"/>
        </w:numPr>
      </w:pPr>
      <w:r>
        <w:rPr>
          <w:b/>
          <w:bCs/>
        </w:rPr>
        <w:t xml:space="preserve">The following advisories are advanced for priority study: Advisory $/: Modification of Agency Basic Procedures to eliminate Policy 979 which does not currently allow termination procedures by Department i-R. Advisory $2: Discontinue suspension of Personnel $2222 and grant full reinstatement on following basis: While it is fact that Witness $599-6 had been located by</w:t>
      </w:r>
      <w:r>
        <w:rPr>
          <w:b/>
          <w:bCs/>
        </w:rPr>
        <w:t xml:space="preserve"> </w:t>
      </w:r>
      <w:r>
        <w:rPr>
          <w:b/>
          <w:bCs/>
          <w:u w:val="single"/>
        </w:rPr>
        <w:t xml:space="preserve">Adversaries</w:t>
      </w:r>
      <w:r>
        <w:rPr>
          <w:b/>
          <w:bCs/>
        </w:rPr>
        <w:t xml:space="preserve">, it has not been established that Personnel $2222 allowed termination of Witness $599-6 and affiliate (spouse) by Adversaries.</w:t>
      </w:r>
      <w:r>
        <w:br/>
      </w:r>
      <w:r>
        <w:t xml:space="preserve">    (a) loyalties</w:t>
      </w:r>
      <w:r>
        <w:br/>
      </w:r>
      <w:r>
        <w:t xml:space="preserve">    (b) opponents</w:t>
      </w:r>
      <w:r>
        <w:br/>
      </w:r>
      <w:r>
        <w:t xml:space="preserve">    (c) made holy</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2026-07-31T16:53:26Z</dcterms:created>
  <dcterms:modified xsi:type="dcterms:W3CDTF">2026-07-31T16:53:26Z</dcterms:modified>
</cp:coreProperties>
</file>

<file path=docProps/custom.xml><?xml version="1.0" encoding="utf-8"?>
<Properties xmlns="http://schemas.openxmlformats.org/officeDocument/2006/custom-properties" xmlns:vt="http://schemas.openxmlformats.org/officeDocument/2006/docPropsVTypes"/>
</file>