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98bc5d0b2b2dca15bc863c1a96a38e99518062"/>
    <w:p>
      <w:pPr>
        <w:pStyle w:val="Heading1"/>
      </w:pPr>
      <w:r>
        <w:rPr>
          <w:b/>
          <w:bCs/>
        </w:rPr>
        <w:t xml:space="preserve">I Am Prepared to Die</w:t>
      </w:r>
      <w:r>
        <w:br/>
      </w:r>
      <w:r>
        <w:rPr>
          <w:i/>
          <w:iCs/>
        </w:rPr>
        <w:t xml:space="preserve">Nelson Mandela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a convicted prisoner serving five years for leaving the country without a permit and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inciting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go on strike at the end of May 1961.</w:t>
      </w:r>
      <w:r>
        <w:br/>
      </w:r>
      <w:r>
        <w:t xml:space="preserve">    (a) provoking</w:t>
      </w:r>
      <w:r>
        <w:br/>
      </w:r>
      <w:r>
        <w:t xml:space="preserve">    (b) restoring</w:t>
      </w:r>
      <w:r>
        <w:br/>
      </w:r>
      <w:r>
        <w:t xml:space="preserve">    (c) colliding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shall deal also with the part played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Communist</w:t>
      </w:r>
      <w:r>
        <w:rPr>
          <w:b/>
          <w:bCs/>
        </w:rPr>
        <w:t xml:space="preserve"> </w:t>
      </w:r>
      <w:r>
        <w:rPr>
          <w:b/>
          <w:bCs/>
        </w:rPr>
        <w:t xml:space="preserve">Party.</w:t>
      </w:r>
      <w:r>
        <w:br/>
      </w:r>
      <w:r>
        <w:t xml:space="preserve">    (a) a member of the 1960's counterculture associated with long hair, illegal drugs, casual sex, and opposition to violence.</w:t>
      </w:r>
      <w:r>
        <w:br/>
      </w:r>
      <w:r>
        <w:t xml:space="preserve">    (b) someone who supports an economic system that abolishes private ownership of property with the goal of a classless society</w:t>
      </w:r>
      <w:r>
        <w:br/>
      </w:r>
      <w:r>
        <w:t xml:space="preserve">    (c) someone or something that changes to fit a different situation, or that changes something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put forward demands and resolutions; it sent delegations to the Government in the belief that African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grievances</w:t>
      </w:r>
      <w:r>
        <w:rPr>
          <w:b/>
          <w:bCs/>
        </w:rPr>
        <w:t xml:space="preserve"> </w:t>
      </w:r>
      <w:r>
        <w:rPr>
          <w:b/>
          <w:bCs/>
        </w:rPr>
        <w:t xml:space="preserve">could be settled through peaceful discussion and that Africans could advance gradually to full political rights.</w:t>
      </w:r>
      <w:r>
        <w:br/>
      </w:r>
      <w:r>
        <w:t xml:space="preserve">    (a) sympathies</w:t>
      </w:r>
      <w:r>
        <w:br/>
      </w:r>
      <w:r>
        <w:t xml:space="preserve">    (b) complaints</w:t>
      </w:r>
      <w:r>
        <w:br/>
      </w:r>
      <w:r>
        <w:t xml:space="preserve">    (c) main roads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change was embodied in a decision which was taken to protest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apartheid</w:t>
      </w:r>
      <w:r>
        <w:rPr>
          <w:b/>
          <w:bCs/>
        </w:rPr>
        <w:t xml:space="preserve"> </w:t>
      </w:r>
      <w:r>
        <w:rPr>
          <w:b/>
          <w:bCs/>
        </w:rPr>
        <w:t xml:space="preserve">legislation by peaceful, but unlawful, demonstrations against certain laws.</w:t>
      </w:r>
      <w:r>
        <w:br/>
      </w:r>
      <w:r>
        <w:t xml:space="preserve">    (a) a legal system that give equal rights to all citizens</w:t>
      </w:r>
      <w:r>
        <w:br/>
      </w:r>
      <w:r>
        <w:t xml:space="preserve">    (b) a tradition that celebrates cultural differences</w:t>
      </w:r>
      <w:r>
        <w:br/>
      </w:r>
      <w:r>
        <w:t xml:space="preserve">    (c) a system that unfairly treats people of a different race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called volunteers because they volunteer to face the penalties of imprisonment and whipping which are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prescribed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legislature for such acts.</w:t>
      </w:r>
      <w:r>
        <w:br/>
      </w:r>
      <w:r>
        <w:t xml:space="preserve">    (a) recommended or required what should be done  OR  (of a medical doctor) gave medical instructions -- such as writing that a patient should take antibiotics</w:t>
      </w:r>
      <w:r>
        <w:br/>
      </w:r>
      <w:r>
        <w:t xml:space="preserve">    (b) treated in a manner that demonstrated a sense of superiority, but was supposed to seem kind  OR  acted like a patron (supported someone or something; or was a customer)</w:t>
      </w:r>
      <w:r>
        <w:br/>
      </w:r>
      <w:r>
        <w:t xml:space="preserve">    (c) examined carefully for accuracy with the intent of verification -- especially an inspection of a company's accounting procedures and records by a trained accountant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1956, 156 leading members of the Congress Alliance, including myself, were arrested on a charge of high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 </w:t>
      </w:r>
      <w:r>
        <w:rPr>
          <w:b/>
          <w:bCs/>
        </w:rPr>
        <w:t xml:space="preserve">and charges under the Suppression of Communism Act.</w:t>
      </w:r>
      <w:r>
        <w:br/>
      </w:r>
      <w:r>
        <w:t xml:space="preserve">    (a) easily set on fire</w:t>
      </w:r>
      <w:r>
        <w:br/>
      </w:r>
      <w:r>
        <w:t xml:space="preserve">    (b) an act of betrayal</w:t>
      </w:r>
      <w:r>
        <w:br/>
      </w:r>
      <w:r>
        <w:t xml:space="preserve">    (c) untied or released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Africans, who constituted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70 per cent of the population of South Africa, were not entitled to vote, and were not even consulted about the proposed constitutional change.</w:t>
      </w:r>
      <w:r>
        <w:br/>
      </w:r>
      <w:r>
        <w:t xml:space="preserve">    (a) relating to the outside</w:t>
      </w:r>
      <w:r>
        <w:br/>
      </w:r>
      <w:r>
        <w:t xml:space="preserve">    (b) about (but not exactly)</w:t>
      </w:r>
      <w:r>
        <w:br/>
      </w:r>
      <w:r>
        <w:t xml:space="preserve">    (c) cheerfully and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this may appear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irrelevant</w:t>
      </w:r>
      <w:r>
        <w:rPr>
          <w:b/>
          <w:bCs/>
        </w:rPr>
        <w:t xml:space="preserve"> </w:t>
      </w:r>
      <w:r>
        <w:rPr>
          <w:b/>
          <w:bCs/>
        </w:rPr>
        <w:t xml:space="preserve">to this trial.</w:t>
      </w:r>
      <w:r>
        <w:br/>
      </w:r>
      <w:r>
        <w:t xml:space="preserve">    (a) a person who works from within to destroy an established order; or relating to such destructive efforts</w:t>
      </w:r>
      <w:r>
        <w:br/>
      </w:r>
      <w:r>
        <w:t xml:space="preserve">    (b) not relevant (not related to the subject being considered, or not important enough to want to consider)</w:t>
      </w:r>
      <w:r>
        <w:br/>
      </w:r>
      <w:r>
        <w:t xml:space="preserve">    (c) the character or degree of bouncing back light (or more rarely: heat, sound, electromagnetic waves...)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fact, I believe none of it is irrelevant because it will, I hope,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the Court to appreciate the attitude eventually adopted by the various persons and bodies concerned in the National Liberation Movement.</w:t>
      </w:r>
      <w:r>
        <w:br/>
      </w:r>
      <w:r>
        <w:t xml:space="preserve">    (a) grant a favor</w:t>
      </w:r>
      <w:r>
        <w:br/>
      </w:r>
      <w:r>
        <w:t xml:space="preserve">    (b) make possible</w:t>
      </w:r>
      <w:r>
        <w:br/>
      </w:r>
      <w:r>
        <w:t xml:space="preserve">    (c) stop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Were we to give in to the show of force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threat against future action, or were we to fight it and, if so, how?</w:t>
      </w:r>
      <w:r>
        <w:br/>
      </w:r>
      <w:r>
        <w:t xml:space="preserve">    (a) not wanting to do something</w:t>
      </w:r>
      <w:r>
        <w:br/>
      </w:r>
      <w:r>
        <w:t xml:space="preserve">    (b) suggested (said indirectly)</w:t>
      </w:r>
      <w:r>
        <w:br/>
      </w:r>
      <w:r>
        <w:t xml:space="preserve">    (c) was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Anything else would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abject</w:t>
      </w:r>
      <w:r>
        <w:rPr>
          <w:b/>
          <w:bCs/>
        </w:rPr>
        <w:t xml:space="preserve"> </w:t>
      </w:r>
      <w:r>
        <w:rPr>
          <w:b/>
          <w:bCs/>
        </w:rPr>
        <w:t xml:space="preserve">surrender.</w:t>
      </w:r>
      <w:r>
        <w:br/>
      </w:r>
      <w:r>
        <w:t xml:space="preserve">    (a) outside</w:t>
      </w:r>
      <w:r>
        <w:br/>
      </w:r>
      <w:r>
        <w:t xml:space="preserve">    (b) certain</w:t>
      </w:r>
      <w:r>
        <w:br/>
      </w:r>
      <w:r>
        <w:t xml:space="preserve">    (c) extreme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our feeling in June of 1961 when we decided to press for a change in the policy of the National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Liberation</w:t>
      </w:r>
      <w:r>
        <w:rPr>
          <w:b/>
          <w:bCs/>
        </w:rPr>
        <w:t xml:space="preserve"> </w:t>
      </w:r>
      <w:r>
        <w:rPr>
          <w:b/>
          <w:bCs/>
        </w:rPr>
        <w:t xml:space="preserve">Movement.</w:t>
      </w:r>
      <w:r>
        <w:br/>
      </w:r>
      <w:r>
        <w:t xml:space="preserve">    (a) aroused or inspired again</w:t>
      </w:r>
      <w:r>
        <w:br/>
      </w:r>
      <w:r>
        <w:t xml:space="preserve">    (b) expressing intense hatred</w:t>
      </w:r>
      <w:r>
        <w:br/>
      </w:r>
      <w:r>
        <w:t xml:space="preserve">    (c) the act of being set free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we took this decision,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formulated our plans, the ANC heritage of non-violence and racial harmony was very much with us.</w:t>
      </w:r>
      <w:r>
        <w:br/>
      </w:r>
      <w:r>
        <w:t xml:space="preserve">    (a) in an understated manner</w:t>
      </w:r>
      <w:r>
        <w:br/>
      </w:r>
      <w:r>
        <w:t xml:space="preserve">    (b) following something else</w:t>
      </w:r>
      <w:r>
        <w:br/>
      </w:r>
      <w:r>
        <w:t xml:space="preserve">    (c) in a manner that changes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Manifesto</w:t>
      </w:r>
      <w:r>
        <w:rPr>
          <w:b/>
          <w:bCs/>
        </w:rPr>
        <w:t xml:space="preserve"> </w:t>
      </w:r>
      <w:r>
        <w:rPr>
          <w:b/>
          <w:bCs/>
        </w:rPr>
        <w:t xml:space="preserve">of Umkhonto was issued on the day that operations commenced.</w:t>
      </w:r>
      <w:r>
        <w:br/>
      </w:r>
      <w:r>
        <w:t xml:space="preserve">    (a) to release from slavery or servitude; or (metaphorically) from social restraints</w:t>
      </w:r>
      <w:r>
        <w:br/>
      </w:r>
      <w:r>
        <w:t xml:space="preserve">    (b) a public declaration of principles or policies -- typically of a political nature</w:t>
      </w:r>
      <w:r>
        <w:br/>
      </w:r>
      <w:r>
        <w:t xml:space="preserve">    (c) portray or create in a particular way  OR  interpret, translate, or extract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in our view essential to build up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nucleus</w:t>
      </w:r>
      <w:r>
        <w:rPr>
          <w:b/>
          <w:bCs/>
        </w:rPr>
        <w:t xml:space="preserve"> </w:t>
      </w:r>
      <w:r>
        <w:rPr>
          <w:b/>
          <w:bCs/>
        </w:rPr>
        <w:t xml:space="preserve">of trained men who would be able to provide the leadership which would be required if guerrilla warfare started.</w:t>
      </w:r>
      <w:r>
        <w:br/>
      </w:r>
      <w:r>
        <w:t xml:space="preserve">    (a) the center (or most important part) of something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the act, process, or instance of telling a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ideological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creed</w:t>
      </w:r>
      <w:r>
        <w:rPr>
          <w:b/>
          <w:bCs/>
        </w:rPr>
        <w:t xml:space="preserve"> </w:t>
      </w:r>
      <w:r>
        <w:rPr>
          <w:b/>
          <w:bCs/>
        </w:rPr>
        <w:t xml:space="preserve">of the ANC is, and always has been, the creed of African Nationalism.</w:t>
      </w:r>
      <w:r>
        <w:br/>
      </w:r>
      <w:r>
        <w:t xml:space="preserve">    (a) any system of principles or beliefs</w:t>
      </w:r>
      <w:r>
        <w:br/>
      </w:r>
      <w:r>
        <w:t xml:space="preserve">    (b) someone who believe in a single God</w:t>
      </w:r>
      <w:r>
        <w:br/>
      </w:r>
      <w:r>
        <w:t xml:space="preserve">    (c) a basic building block for proteins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by no means a blueprint for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socialist</w:t>
      </w:r>
      <w:r>
        <w:rPr>
          <w:b/>
          <w:bCs/>
        </w:rPr>
        <w:t xml:space="preserve"> </w:t>
      </w:r>
      <w:r>
        <w:rPr>
          <w:b/>
          <w:bCs/>
        </w:rPr>
        <w:t xml:space="preserve">state.</w:t>
      </w:r>
      <w:r>
        <w:br/>
      </w:r>
      <w:r>
        <w:t xml:space="preserve">    (a)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(b) relating to the 20th century movement of artists and writers who used impossible or unlikely images to represent unconscious thoughts and dreams</w:t>
      </w:r>
      <w:r>
        <w:br/>
      </w:r>
      <w:r>
        <w:t xml:space="preserve">    (c) a person who wants an economic system based on government ownership or control of all important companies -- with the ideal of equal benefits to all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calls for redistribution, but not nationalization, of land; it provides for nationalization of mines, banks, and monopoly industry, because big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monopolies</w:t>
      </w:r>
      <w:r>
        <w:rPr>
          <w:b/>
          <w:bCs/>
        </w:rPr>
        <w:t xml:space="preserve"> </w:t>
      </w:r>
      <w:r>
        <w:rPr>
          <w:b/>
          <w:bCs/>
        </w:rPr>
        <w:t xml:space="preserve">are owned by one race only, and without such nationalization racial domination would be perpetuated despite the spread of political power.</w:t>
      </w:r>
      <w:r>
        <w:br/>
      </w:r>
      <w:r>
        <w:t xml:space="preserve">    (a) small paper forms made to lists the amount of money and each check being deposited into a bank account</w:t>
      </w:r>
      <w:r>
        <w:br/>
      </w:r>
      <w:r>
        <w:t xml:space="preserve">    (b) complete control over a product, service, or resource -- usually by a single person, company, or group</w:t>
      </w:r>
      <w:r>
        <w:br/>
      </w:r>
      <w:r>
        <w:t xml:space="preserve">    (c) sculptures or other things made of the brownish metal with the same name -- such as third place medals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the only political group which was prepared to work with the Africans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attainment</w:t>
      </w:r>
      <w:r>
        <w:rPr>
          <w:b/>
          <w:bCs/>
        </w:rPr>
        <w:t xml:space="preserve"> </w:t>
      </w:r>
      <w:r>
        <w:rPr>
          <w:b/>
          <w:bCs/>
        </w:rPr>
        <w:t xml:space="preserve">of political rights and a stake in society.</w:t>
      </w:r>
      <w:r>
        <w:br/>
      </w:r>
      <w:r>
        <w:t xml:space="preserve">    (a) a group, made up of government representatives, that has the power to create laws</w:t>
      </w:r>
      <w:r>
        <w:br/>
      </w:r>
      <w:r>
        <w:t xml:space="preserve">    (b) the gaining or reaching of something with effort; or something gained with effort</w:t>
      </w:r>
      <w:r>
        <w:br/>
      </w:r>
      <w:r>
        <w:t xml:space="preserve">    (c) an angle measuring 90 degrees (like the angle between a classroom floor and wall)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this has led me to feel that in my search for a political formula, I should be absolutely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impartial</w:t>
      </w:r>
      <w:r>
        <w:rPr>
          <w:b/>
          <w:bCs/>
        </w:rPr>
        <w:t xml:space="preserve"> </w:t>
      </w:r>
      <w:r>
        <w:rPr>
          <w:b/>
          <w:bCs/>
        </w:rPr>
        <w:t xml:space="preserve">and objective.</w:t>
      </w:r>
      <w:r>
        <w:br/>
      </w:r>
      <w:r>
        <w:t xml:space="preserve">    (a) the quality of disagreeing</w:t>
      </w:r>
      <w:r>
        <w:br/>
      </w:r>
      <w:r>
        <w:t xml:space="preserve">    (b) without favoritism or bias</w:t>
      </w:r>
      <w:r>
        <w:br/>
      </w:r>
      <w:r>
        <w:t xml:space="preserve">    (c) the quality of being Dutch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2026-07-31T19:01:14Z</dcterms:created>
  <dcterms:modified xsi:type="dcterms:W3CDTF">2026-07-31T19:01:14Z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