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ebeb8430019c65645ee477df176562b4573348"/>
    <w:p>
      <w:pPr>
        <w:pStyle w:val="Heading1"/>
      </w:pPr>
      <w:r>
        <w:rPr>
          <w:b/>
          <w:bCs/>
        </w:rPr>
        <w:t xml:space="preserve">I Am Malala</w:t>
      </w:r>
      <w:r>
        <w:br/>
      </w:r>
      <w:r>
        <w:rPr>
          <w:i/>
          <w:iCs/>
        </w:rPr>
        <w:t xml:space="preserve">Malala Yousafzai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Flying was different before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9/11</w:t>
      </w:r>
      <w:r>
        <w:rPr>
          <w:b/>
          <w:bCs/>
        </w:rPr>
        <w:t xml:space="preserve">.</w:t>
      </w:r>
      <w:r>
        <w:br/>
      </w:r>
      <w:r>
        <w:t xml:space="preserve">    (a) Los Angeles riots (9/11/2001)</w:t>
      </w:r>
      <w:r>
        <w:br/>
      </w:r>
      <w:r>
        <w:t xml:space="preserve">    (b) Pearl Harbor attack (9/11/2001)</w:t>
      </w:r>
      <w:r>
        <w:br/>
      </w:r>
      <w:r>
        <w:t xml:space="preserve">    (c) terrorist attacks (9/11/2001)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go with</w:t>
      </w:r>
      <w:r>
        <w:br/>
      </w:r>
      <w:r>
        <w:t xml:space="preserve">    (b) precede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labeled Assad the "enemy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Allah</w:t>
      </w:r>
      <w:r>
        <w:rPr>
          <w:b/>
          <w:bCs/>
        </w:rPr>
        <w:t xml:space="preserve">" and called for a jihad against his rule.</w:t>
      </w:r>
      <w:r>
        <w:br/>
      </w:r>
      <w:r>
        <w:t xml:space="preserve">    (a) Muhammad</w:t>
      </w:r>
      <w:r>
        <w:br/>
      </w:r>
      <w:r>
        <w:t xml:space="preserve">    (b) God</w:t>
      </w:r>
      <w:r>
        <w:br/>
      </w:r>
      <w:r>
        <w:t xml:space="preserve">    (c) Muslims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study</w:t>
      </w:r>
      <w:r>
        <w:br/>
      </w:r>
      <w:r>
        <w:t xml:space="preserve">    (b) compare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 procedure for handling these kinds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disputes</w:t>
      </w:r>
      <w:r>
        <w:rPr>
          <w:b/>
          <w:bCs/>
        </w:rPr>
        <w:t xml:space="preserve">.</w:t>
      </w:r>
      <w:r>
        <w:br/>
      </w:r>
      <w:r>
        <w:t xml:space="preserve">    (a) disagreements</w:t>
      </w:r>
      <w:r>
        <w:br/>
      </w:r>
      <w:r>
        <w:t xml:space="preserve">    (b) opportunities</w:t>
      </w:r>
      <w:r>
        <w:br/>
      </w:r>
      <w:r>
        <w:t xml:space="preserve">    (c) surprises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Napoleon was forced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exile</w:t>
      </w:r>
      <w:r>
        <w:rPr>
          <w:b/>
          <w:bCs/>
        </w:rPr>
        <w:t xml:space="preserve"> </w:t>
      </w:r>
      <w:r>
        <w:rPr>
          <w:b/>
          <w:bCs/>
        </w:rPr>
        <w:t xml:space="preserve">on the island of Elba.</w:t>
      </w:r>
      <w:r>
        <w:br/>
      </w:r>
      <w:r>
        <w:t xml:space="preserve">    (a) living elsewhere</w:t>
      </w:r>
      <w:r>
        <w:br/>
      </w:r>
      <w:r>
        <w:t xml:space="preserve">    (b) hard labor</w:t>
      </w:r>
      <w:r>
        <w:br/>
      </w:r>
      <w:r>
        <w:t xml:space="preserve">    (c) apologizing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time to stop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feud</w:t>
      </w:r>
      <w:r>
        <w:rPr>
          <w:b/>
          <w:bCs/>
        </w:rPr>
        <w:t xml:space="preserve">.</w:t>
      </w:r>
      <w:r>
        <w:br/>
      </w:r>
      <w:r>
        <w:t xml:space="preserve">    (a) continuous complaining</w:t>
      </w:r>
      <w:r>
        <w:br/>
      </w:r>
      <w:r>
        <w:t xml:space="preserve">    (b) oppression of others</w:t>
      </w:r>
      <w:r>
        <w:br/>
      </w:r>
      <w:r>
        <w:t xml:space="preserve">    (c) long-standing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 working to reduce the rate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illiteracy</w:t>
      </w:r>
      <w:r>
        <w:rPr>
          <w:b/>
          <w:bCs/>
        </w:rPr>
        <w:t xml:space="preserve">.</w:t>
      </w:r>
      <w:r>
        <w:br/>
      </w:r>
      <w:r>
        <w:t xml:space="preserve">    (a) lacking of health care</w:t>
      </w:r>
      <w:r>
        <w:br/>
      </w:r>
      <w:r>
        <w:t xml:space="preserve">    (b) living in poverty</w:t>
      </w:r>
      <w:r>
        <w:br/>
      </w:r>
      <w:r>
        <w:t xml:space="preserve">    (c) inability to read and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example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illustrates</w:t>
      </w:r>
      <w:r>
        <w:rPr>
          <w:b/>
          <w:bCs/>
        </w:rPr>
        <w:t xml:space="preserve"> </w:t>
      </w:r>
      <w:r>
        <w:rPr>
          <w:b/>
          <w:bCs/>
        </w:rPr>
        <w:t xml:space="preserve">the belief.</w:t>
      </w:r>
      <w:r>
        <w:br/>
      </w:r>
      <w:r>
        <w:t xml:space="preserve">    (a) disproves</w:t>
      </w:r>
      <w:r>
        <w:br/>
      </w:r>
      <w:r>
        <w:t xml:space="preserve">    (b) proves</w:t>
      </w:r>
      <w:r>
        <w:br/>
      </w:r>
      <w:r>
        <w:t xml:space="preserve">    (c) makes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defeat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infidels</w:t>
      </w:r>
      <w:r>
        <w:rPr>
          <w:b/>
          <w:bCs/>
        </w:rPr>
        <w:t xml:space="preserve"> </w:t>
      </w:r>
      <w:r>
        <w:rPr>
          <w:b/>
          <w:bCs/>
        </w:rPr>
        <w:t xml:space="preserve">in a holy war.</w:t>
      </w:r>
      <w:r>
        <w:br/>
      </w:r>
      <w:r>
        <w:t xml:space="preserve">    (a) unbelievers</w:t>
      </w:r>
      <w:r>
        <w:br/>
      </w:r>
      <w:r>
        <w:t xml:space="preserve">    (b) cowards</w:t>
      </w:r>
      <w:r>
        <w:br/>
      </w:r>
      <w:r>
        <w:t xml:space="preserve">    (c) aggressors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New York Times</w:t>
      </w:r>
      <w:r>
        <w:rPr>
          <w:b/>
          <w:bCs/>
        </w:rPr>
        <w:t xml:space="preserve"> </w:t>
      </w:r>
      <w:r>
        <w:rPr>
          <w:b/>
          <w:bCs/>
        </w:rPr>
        <w:t xml:space="preserve">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influential</w:t>
      </w:r>
      <w:r>
        <w:rPr>
          <w:b/>
          <w:bCs/>
        </w:rPr>
        <w:t xml:space="preserve"> </w:t>
      </w:r>
      <w:r>
        <w:rPr>
          <w:b/>
          <w:bCs/>
        </w:rPr>
        <w:t xml:space="preserve">newspaper in the US.</w:t>
      </w:r>
      <w:r>
        <w:br/>
      </w:r>
      <w:r>
        <w:t xml:space="preserve">    (a) profitable</w:t>
      </w:r>
      <w:r>
        <w:br/>
      </w:r>
      <w:r>
        <w:t xml:space="preserve">    (b) aged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will stand to his left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his speech into sign language.</w:t>
      </w:r>
      <w:r>
        <w:br/>
      </w:r>
      <w:r>
        <w:t xml:space="preserve">    (a) elaborate upon</w:t>
      </w:r>
      <w:r>
        <w:br/>
      </w:r>
      <w:r>
        <w:t xml:space="preserve">    (b) translate</w:t>
      </w:r>
      <w:r>
        <w:br/>
      </w:r>
      <w:r>
        <w:t xml:space="preserve">    (c) refute (prove false)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will a court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the word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careless</w:t>
      </w:r>
      <w:r>
        <w:rPr>
          <w:b/>
          <w:bCs/>
        </w:rPr>
        <w:t xml:space="preserve"> </w:t>
      </w:r>
      <w:r>
        <w:rPr>
          <w:b/>
          <w:bCs/>
        </w:rPr>
        <w:t xml:space="preserve">if there is a lawsuit?</w:t>
      </w:r>
      <w:r>
        <w:br/>
      </w:r>
      <w:r>
        <w:t xml:space="preserve">    (a) understand</w:t>
      </w:r>
      <w:r>
        <w:br/>
      </w:r>
      <w:r>
        <w:t xml:space="preserve">    (b) ignore</w:t>
      </w:r>
      <w:r>
        <w:br/>
      </w:r>
      <w:r>
        <w:t xml:space="preserve">    (c) insist 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Islam</w:t>
      </w:r>
      <w:r>
        <w:rPr>
          <w:b/>
          <w:bCs/>
        </w:rPr>
        <w:t xml:space="preserve"> </w:t>
      </w:r>
      <w:r>
        <w:rPr>
          <w:b/>
          <w:bCs/>
        </w:rPr>
        <w:t xml:space="preserve">is one of the three major monotheistic religions of the world.</w:t>
      </w:r>
      <w:r>
        <w:br/>
      </w:r>
      <w:r>
        <w:t xml:space="preserve">    (a) Muslim religion</w:t>
      </w:r>
      <w:r>
        <w:br/>
      </w:r>
      <w:r>
        <w:t xml:space="preserve">    (b) Jewish religion</w:t>
      </w:r>
      <w:r>
        <w:br/>
      </w:r>
      <w:r>
        <w:t xml:space="preserve">    (c) Hindu religion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ruthless, they did not want to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</w:t>
      </w:r>
      <w:r>
        <w:rPr>
          <w:b/>
          <w:bCs/>
        </w:rPr>
        <w:t xml:space="preserve">, so rather than execute her, they imprisoned her.</w:t>
      </w:r>
      <w:r>
        <w:br/>
      </w:r>
      <w:r>
        <w:t xml:space="preserve">    (a) bad example</w:t>
      </w:r>
      <w:r>
        <w:br/>
      </w:r>
      <w:r>
        <w:t xml:space="preserve">    (b) news story</w:t>
      </w:r>
      <w:r>
        <w:br/>
      </w:r>
      <w:r>
        <w:t xml:space="preserve">    (c) deceased hero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 cracking down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militant</w:t>
      </w:r>
      <w:r>
        <w:rPr>
          <w:b/>
          <w:bCs/>
        </w:rPr>
        <w:t xml:space="preserve"> </w:t>
      </w:r>
      <w:r>
        <w:rPr>
          <w:b/>
          <w:bCs/>
        </w:rPr>
        <w:t xml:space="preserve">farmers who are blocking city traffic until government funded crop insurance is instituted.</w:t>
      </w:r>
      <w:r>
        <w:br/>
      </w:r>
      <w:r>
        <w:t xml:space="preserve">    (a) using machinery</w:t>
      </w:r>
      <w:r>
        <w:br/>
      </w:r>
      <w:r>
        <w:t xml:space="preserve">    (b) using publicity</w:t>
      </w:r>
      <w:r>
        <w:br/>
      </w:r>
      <w:r>
        <w:t xml:space="preserve">    (c) using 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1973,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Pakistan</w:t>
      </w:r>
      <w:r>
        <w:rPr>
          <w:b/>
          <w:bCs/>
        </w:rPr>
        <w:t xml:space="preserve"> </w:t>
      </w:r>
      <w:r>
        <w:rPr>
          <w:b/>
          <w:bCs/>
        </w:rPr>
        <w:t xml:space="preserve">adopted a new constitution requiring laws to conform to Islamic teaching.</w:t>
      </w:r>
      <w:r>
        <w:br/>
      </w:r>
      <w:r>
        <w:t xml:space="preserve">    (a) 5th most populous country</w:t>
      </w:r>
      <w:r>
        <w:br/>
      </w:r>
      <w:r>
        <w:t xml:space="preserve">    (b) 50th most populous country</w:t>
      </w:r>
      <w:r>
        <w:br/>
      </w:r>
      <w:r>
        <w:t xml:space="preserve">    (c) 25th most populous country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 Tutsi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refugee</w:t>
      </w:r>
      <w:r>
        <w:rPr>
          <w:b/>
          <w:bCs/>
        </w:rPr>
        <w:t xml:space="preserve"> </w:t>
      </w:r>
      <w:r>
        <w:rPr>
          <w:b/>
          <w:bCs/>
        </w:rPr>
        <w:t xml:space="preserve">from Rwanda.</w:t>
      </w:r>
      <w:r>
        <w:br/>
      </w:r>
      <w:r>
        <w:t xml:space="preserve">    (a) someone who fled their homeland</w:t>
      </w:r>
      <w:r>
        <w:br/>
      </w:r>
      <w:r>
        <w:t xml:space="preserve">    (b) someone who suffered</w:t>
      </w:r>
      <w:r>
        <w:br/>
      </w:r>
      <w:r>
        <w:t xml:space="preserve">    (c) someone who immigrated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feud will never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with violence.</w:t>
      </w:r>
      <w:r>
        <w:br/>
      </w:r>
      <w:r>
        <w:t xml:space="preserve">    (a) properly considered</w:t>
      </w:r>
      <w:r>
        <w:br/>
      </w:r>
      <w:r>
        <w:t xml:space="preserve">    (b) reduced or understood</w:t>
      </w:r>
      <w:r>
        <w:br/>
      </w:r>
      <w:r>
        <w:t xml:space="preserve">    (c) settled or solved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Taliban</w:t>
      </w:r>
      <w:r>
        <w:rPr>
          <w:b/>
          <w:bCs/>
        </w:rPr>
        <w:t xml:space="preserve"> </w:t>
      </w:r>
      <w:r>
        <w:rPr>
          <w:b/>
          <w:bCs/>
        </w:rPr>
        <w:t xml:space="preserve">rules Afghanistan.</w:t>
      </w:r>
      <w:r>
        <w:br/>
      </w:r>
      <w:r>
        <w:t xml:space="preserve">    (a) an Orthodox Jew political faction</w:t>
      </w:r>
      <w:r>
        <w:br/>
      </w:r>
      <w:r>
        <w:t xml:space="preserve">    (b) fundamentalist Islamic political faction</w:t>
      </w:r>
      <w:r>
        <w:br/>
      </w:r>
      <w:r>
        <w:t xml:space="preserve">    (c) a communist political faction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2026-07-31T19:49:40Z</dcterms:created>
  <dcterms:modified xsi:type="dcterms:W3CDTF">2026-07-31T19:49:40Z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