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0367558624d509c3e587cc45f4abe157815bd5"/>
    <w:p>
      <w:pPr>
        <w:pStyle w:val="Heading1"/>
      </w:pPr>
      <w:r>
        <w:rPr>
          <w:b/>
          <w:bCs/>
        </w:rPr>
        <w:t xml:space="preserve">I Am Malala</w:t>
      </w:r>
      <w:r>
        <w:br/>
      </w:r>
      <w:r>
        <w:rPr>
          <w:i/>
          <w:iCs/>
        </w:rPr>
        <w:t xml:space="preserve">Malala Yousafzai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dream that one day I will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influential</w:t>
      </w:r>
      <w:r>
        <w:rPr>
          <w:b/>
          <w:bCs/>
        </w:rPr>
        <w:t xml:space="preserve"> </w:t>
      </w:r>
      <w:r>
        <w:rPr>
          <w:b/>
          <w:bCs/>
        </w:rPr>
        <w:t xml:space="preserve">politician in Pakistan.</w:t>
      </w:r>
      <w:r>
        <w:br/>
      </w:r>
      <w:r>
        <w:t xml:space="preserve">    (a) having influence</w:t>
      </w:r>
      <w:r>
        <w:br/>
      </w:r>
      <w:r>
        <w:t xml:space="preserve">    (b) demonstrating wisdom</w:t>
      </w:r>
      <w:r>
        <w:br/>
      </w:r>
      <w:r>
        <w:t xml:space="preserve">    (c) thought of as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when you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exiled</w:t>
      </w:r>
      <w:r>
        <w:rPr>
          <w:b/>
          <w:bCs/>
        </w:rPr>
        <w:t xml:space="preserve"> </w:t>
      </w:r>
      <w:r>
        <w:rPr>
          <w:b/>
          <w:bCs/>
        </w:rPr>
        <w:t xml:space="preserve">from your homeland, where your fathers and forefathers were born and where you have centuries of history, it's very painful.</w:t>
      </w:r>
      <w:r>
        <w:br/>
      </w:r>
      <w:r>
        <w:t xml:space="preserve">    (a) forced to remember</w:t>
      </w:r>
      <w:r>
        <w:br/>
      </w:r>
      <w:r>
        <w:t xml:space="preserve">    (b) force to leave</w:t>
      </w:r>
      <w:r>
        <w:br/>
      </w:r>
      <w:r>
        <w:t xml:space="preserve">    (c) forced to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boys and men could roam freely about town, my mother and I could not go out without a male relative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us, even if it was a five-year-old boy!</w:t>
      </w:r>
      <w:r>
        <w:br/>
      </w:r>
      <w:r>
        <w:t xml:space="preserve">    (a) ask for permission for</w:t>
      </w:r>
      <w:r>
        <w:br/>
      </w:r>
      <w:r>
        <w:t xml:space="preserve">    (b) give permission to</w:t>
      </w:r>
      <w:r>
        <w:br/>
      </w:r>
      <w:r>
        <w:t xml:space="preserve">    (c) travel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Allah, please make war between Muslims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infidels</w:t>
      </w:r>
      <w:r>
        <w:rPr>
          <w:b/>
          <w:bCs/>
        </w:rPr>
        <w:t xml:space="preserve"> </w:t>
      </w:r>
      <w:r>
        <w:rPr>
          <w:b/>
          <w:bCs/>
        </w:rPr>
        <w:t xml:space="preserve">so I can die in your service and be a martyr.</w:t>
      </w:r>
      <w:r>
        <w:br/>
      </w:r>
      <w:r>
        <w:t xml:space="preserve">    (a) unbelievers</w:t>
      </w:r>
      <w:r>
        <w:br/>
      </w:r>
      <w:r>
        <w:t xml:space="preserve">    (b) cowards</w:t>
      </w:r>
      <w:r>
        <w:br/>
      </w:r>
      <w:r>
        <w:t xml:space="preserve">    (c) aggressors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Allah, please make war between Muslims and infidels so I can die in your service and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martyr</w:t>
      </w:r>
      <w:r>
        <w:rPr>
          <w:b/>
          <w:bCs/>
        </w:rPr>
        <w:t xml:space="preserve">.</w:t>
      </w:r>
      <w:r>
        <w:br/>
      </w:r>
      <w:r>
        <w:t xml:space="preserve">    (a) person without pain</w:t>
      </w:r>
      <w:r>
        <w:br/>
      </w:r>
      <w:r>
        <w:t xml:space="preserve">    (b) deceased hero</w:t>
      </w:r>
      <w:r>
        <w:br/>
      </w:r>
      <w:r>
        <w:t xml:space="preserve">    (c) family supporter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father often spoke of the kindness of Akbar Khan and Nasir Pacha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if you help someone in need you might also receive unexpected aid.</w:t>
      </w:r>
      <w:r>
        <w:br/>
      </w:r>
      <w:r>
        <w:t xml:space="preserve">    (a) prove conclusively</w:t>
      </w:r>
      <w:r>
        <w:br/>
      </w:r>
      <w:r>
        <w:t xml:space="preserve">    (b) draw a picture</w:t>
      </w:r>
      <w:r>
        <w:br/>
      </w:r>
      <w:r>
        <w:t xml:space="preserve">    (c) help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been locked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feud</w:t>
      </w:r>
      <w:r>
        <w:rPr>
          <w:b/>
          <w:bCs/>
        </w:rPr>
        <w:t xml:space="preserve"> </w:t>
      </w:r>
      <w:r>
        <w:rPr>
          <w:b/>
          <w:bCs/>
        </w:rPr>
        <w:t xml:space="preserve">for so long no one even seemed to remember how it had started—probably some small slight, as we are a hot-headed people.</w:t>
      </w:r>
      <w:r>
        <w:br/>
      </w:r>
      <w:r>
        <w:t xml:space="preserve">    (a) a bitter prison cell</w:t>
      </w:r>
      <w:r>
        <w:br/>
      </w:r>
      <w:r>
        <w:t xml:space="preserve">    (b) long-standing hostility</w:t>
      </w:r>
      <w:r>
        <w:br/>
      </w:r>
      <w:r>
        <w:t xml:space="preserve">    (c) isolated house arrest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many strands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Islam</w:t>
      </w:r>
      <w:r>
        <w:rPr>
          <w:b/>
          <w:bCs/>
        </w:rPr>
        <w:t xml:space="preserve"> </w:t>
      </w:r>
      <w:r>
        <w:rPr>
          <w:b/>
          <w:bCs/>
        </w:rPr>
        <w:t xml:space="preserve">in Pakistan.</w:t>
      </w:r>
      <w:r>
        <w:br/>
      </w:r>
      <w:r>
        <w:t xml:space="preserve">    (a) Jewish religion</w:t>
      </w:r>
      <w:r>
        <w:br/>
      </w:r>
      <w:r>
        <w:t xml:space="preserve">    (b) Muslim religion</w:t>
      </w:r>
      <w:r>
        <w:br/>
      </w:r>
      <w:r>
        <w:t xml:space="preserve">    (c) Hindu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our valley we received most of our information from the radio because so many had no TV or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illiterate</w:t>
      </w:r>
      <w:r>
        <w:rPr>
          <w:b/>
          <w:bCs/>
        </w:rPr>
        <w:t xml:space="preserve">.</w:t>
      </w:r>
      <w:r>
        <w:br/>
      </w:r>
      <w:r>
        <w:t xml:space="preserve">    (a) lacking a data phone</w:t>
      </w:r>
      <w:r>
        <w:br/>
      </w:r>
      <w:r>
        <w:t xml:space="preserve">    (b) unable to read</w:t>
      </w:r>
      <w:r>
        <w:br/>
      </w:r>
      <w:r>
        <w:t xml:space="preserve">    (c) blinded in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himself as an Islamic reformer and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 </w:t>
      </w:r>
      <w:r>
        <w:rPr>
          <w:b/>
          <w:bCs/>
        </w:rPr>
        <w:t xml:space="preserve">of the Quran.</w:t>
      </w:r>
      <w:r>
        <w:br/>
      </w:r>
      <w:r>
        <w:t xml:space="preserve">    (a) reader</w:t>
      </w:r>
      <w:r>
        <w:br/>
      </w:r>
      <w:r>
        <w:t xml:space="preserve">    (b) student</w:t>
      </w:r>
      <w:r>
        <w:br/>
      </w:r>
      <w:r>
        <w:t xml:space="preserve">    (c) explainer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asked if he could talk to me and began asking questions using Irfan 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.</w:t>
      </w:r>
      <w:r>
        <w:br/>
      </w:r>
      <w:r>
        <w:t xml:space="preserve">    (a) translator</w:t>
      </w:r>
      <w:r>
        <w:br/>
      </w:r>
      <w:r>
        <w:t xml:space="preserve">    (b) negotiator</w:t>
      </w:r>
      <w:r>
        <w:br/>
      </w:r>
      <w:r>
        <w:t xml:space="preserve">    (c) referee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Cases such as land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disputes</w:t>
      </w:r>
      <w:r>
        <w:rPr>
          <w:b/>
          <w:bCs/>
        </w:rPr>
        <w:t xml:space="preserve">, common in our area, which used to be resolved quickly now took ten years to come to court.</w:t>
      </w:r>
      <w:r>
        <w:br/>
      </w:r>
      <w:r>
        <w:t xml:space="preserve">    (a) opportunities</w:t>
      </w:r>
      <w:r>
        <w:br/>
      </w:r>
      <w:r>
        <w:t xml:space="preserve">    (b) loans</w:t>
      </w:r>
      <w:r>
        <w:br/>
      </w:r>
      <w:r>
        <w:t xml:space="preserve">    (c) disagreements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Cases such as land disputes, common in our area, which used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quickly now took ten years to come to court.</w:t>
      </w:r>
      <w:r>
        <w:br/>
      </w:r>
      <w:r>
        <w:t xml:space="preserve">    (a) settled</w:t>
      </w:r>
      <w:r>
        <w:br/>
      </w:r>
      <w:r>
        <w:t xml:space="preserve">    (b) investigated</w:t>
      </w:r>
      <w:r>
        <w:br/>
      </w:r>
      <w:r>
        <w:t xml:space="preserve">    (c) heard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brothers were famed for their fiery sermons and attracted thousands of worshippers, particularly after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9/11</w:t>
      </w:r>
      <w:r>
        <w:rPr>
          <w:b/>
          <w:bCs/>
        </w:rPr>
        <w:t xml:space="preserve">.</w:t>
      </w:r>
      <w:r>
        <w:br/>
      </w:r>
      <w:r>
        <w:t xml:space="preserve">    (a) Los Angeles riots (9/11/2001)</w:t>
      </w:r>
      <w:r>
        <w:br/>
      </w:r>
      <w:r>
        <w:t xml:space="preserve">    (b) Pearl Harbor attack (9/11/2001)</w:t>
      </w:r>
      <w:r>
        <w:br/>
      </w:r>
      <w:r>
        <w:t xml:space="preserve">    (c) terrorist attacks (9/11/2001)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 had agreed to impose sharia law throughout Swat and in return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militants</w:t>
      </w:r>
      <w:r>
        <w:rPr>
          <w:b/>
          <w:bCs/>
        </w:rPr>
        <w:t xml:space="preserve"> </w:t>
      </w:r>
      <w:r>
        <w:rPr>
          <w:b/>
          <w:bCs/>
        </w:rPr>
        <w:t xml:space="preserve">would stop fighting.</w:t>
      </w:r>
      <w:r>
        <w:br/>
      </w:r>
      <w:r>
        <w:t xml:space="preserve">    (a) enraged</w:t>
      </w:r>
      <w:r>
        <w:br/>
      </w:r>
      <w:r>
        <w:t xml:space="preserve">    (b) religious</w:t>
      </w:r>
      <w:r>
        <w:br/>
      </w:r>
      <w:r>
        <w:t xml:space="preserve">    (c) fighters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opened the doors of their homes, schools and mosques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refugees</w:t>
      </w:r>
      <w:r>
        <w:rPr>
          <w:b/>
          <w:bCs/>
        </w:rPr>
        <w:t xml:space="preserve">.</w:t>
      </w:r>
      <w:r>
        <w:br/>
      </w:r>
      <w:r>
        <w:t xml:space="preserve">    (a) people who suffered</w:t>
      </w:r>
      <w:r>
        <w:br/>
      </w:r>
      <w:r>
        <w:t xml:space="preserve">    (b) people who immigrated</w:t>
      </w:r>
      <w:r>
        <w:br/>
      </w:r>
      <w:r>
        <w:t xml:space="preserve">    (c) people who fled their homeland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director of the CIA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Pakistan</w:t>
      </w:r>
      <w:r>
        <w:rPr>
          <w:b/>
          <w:bCs/>
        </w:rPr>
        <w:t xml:space="preserve"> </w:t>
      </w:r>
      <w:r>
        <w:rPr>
          <w:b/>
          <w:bCs/>
        </w:rPr>
        <w:t xml:space="preserve">was "either involved or incompetent."</w:t>
      </w:r>
      <w:r>
        <w:br/>
      </w:r>
      <w:r>
        <w:t xml:space="preserve">    (a) 25th most populous country</w:t>
      </w:r>
      <w:r>
        <w:br/>
      </w:r>
      <w:r>
        <w:t xml:space="preserve">    (b) 5th most populous country</w:t>
      </w:r>
      <w:r>
        <w:br/>
      </w:r>
      <w:r>
        <w:t xml:space="preserve">    (c) 50th most populous country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MQM is a very organized movement, and the mohajir community sticks together.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By contrast</w:t>
      </w:r>
      <w:r>
        <w:rPr>
          <w:b/>
          <w:bCs/>
        </w:rPr>
        <w:t xml:space="preserve"> </w:t>
      </w:r>
      <w:r>
        <w:rPr>
          <w:b/>
          <w:bCs/>
        </w:rPr>
        <w:t xml:space="preserve">we Pashtuns are very divided,</w:t>
      </w:r>
      <w:r>
        <w:br/>
      </w:r>
      <w:r>
        <w:t xml:space="preserve">    (a) as a well-understood example</w:t>
      </w:r>
      <w:r>
        <w:br/>
      </w:r>
      <w:r>
        <w:t xml:space="preserve">    (b) in addition to what was just said</w:t>
      </w:r>
      <w:r>
        <w:br/>
      </w:r>
      <w:r>
        <w:t xml:space="preserve">    (c) in a comparison that shows differences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believe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Allah</w:t>
      </w:r>
      <w:r>
        <w:rPr>
          <w:b/>
          <w:bCs/>
        </w:rPr>
        <w:t xml:space="preserve"> </w:t>
      </w:r>
      <w:r>
        <w:rPr>
          <w:b/>
          <w:bCs/>
        </w:rPr>
        <w:t xml:space="preserve">listens more closely to the white-haired.</w:t>
      </w:r>
      <w:r>
        <w:br/>
      </w:r>
      <w:r>
        <w:t xml:space="preserve">    (a) the saints</w:t>
      </w:r>
      <w:r>
        <w:br/>
      </w:r>
      <w:r>
        <w:t xml:space="preserve">    (b) God</w:t>
      </w:r>
      <w:r>
        <w:br/>
      </w:r>
      <w:r>
        <w:t xml:space="preserve">    (c) Muhammad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be thought of as the "girl who was shot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Taliban</w:t>
      </w:r>
      <w:r>
        <w:rPr>
          <w:b/>
          <w:bCs/>
        </w:rPr>
        <w:t xml:space="preserve">" but the "girl who fought for education."</w:t>
      </w:r>
      <w:r>
        <w:br/>
      </w:r>
      <w:r>
        <w:t xml:space="preserve">    (a) a communist political faction</w:t>
      </w:r>
      <w:r>
        <w:br/>
      </w:r>
      <w:r>
        <w:t xml:space="preserve">    (b) an Orthodox Jew political faction</w:t>
      </w:r>
      <w:r>
        <w:br/>
      </w:r>
      <w:r>
        <w:t xml:space="preserve">    (c) fundamentalist Islamic political faction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2026-07-31T19:49:41Z</dcterms:created>
  <dcterms:modified xsi:type="dcterms:W3CDTF">2026-07-31T19:49:41Z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