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454ae2bc05feca77931d422888945800953e53"/>
    <w:p>
      <w:pPr>
        <w:pStyle w:val="Heading1"/>
      </w:pPr>
      <w:r>
        <w:rPr>
          <w:b/>
          <w:bCs/>
        </w:rPr>
        <w:t xml:space="preserve">Hyperion</w:t>
      </w:r>
      <w:r>
        <w:br/>
      </w:r>
      <w:r>
        <w:rPr>
          <w:i/>
          <w:iCs/>
        </w:rPr>
        <w:t xml:space="preserve">Dan Simmons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have been chosen to return to Hyperion as a member of the Shrike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Pilgrimage</w:t>
      </w:r>
      <w:r>
        <w:rPr>
          <w:b/>
          <w:bCs/>
        </w:rPr>
        <w:t xml:space="preserve">," continued the voice.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portray or create in a particular way  OR  interpret, translate, or extract from</w:t>
      </w:r>
      <w:r>
        <w:br/>
      </w:r>
      <w:r>
        <w:t xml:space="preserve">    (c) a journey to a special place -- especially a sacred place for religious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in the interest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Hegemony</w:t>
      </w:r>
      <w:r>
        <w:rPr>
          <w:b/>
          <w:bCs/>
        </w:rPr>
        <w:t xml:space="preserve"> </w:t>
      </w:r>
      <w:r>
        <w:rPr>
          <w:b/>
          <w:bCs/>
        </w:rPr>
        <w:t xml:space="preserve">that you accept.</w:t>
      </w:r>
      <w:r>
        <w:br/>
      </w:r>
      <w:r>
        <w:t xml:space="preserve">    (a) a feeling of anger or unhappiness at having to accept something not liked</w:t>
      </w:r>
      <w:r>
        <w:br/>
      </w:r>
      <w:r>
        <w:t xml:space="preserve">    (b) Hitler's fanatical and oppressive political party in World War II Germany</w:t>
      </w:r>
      <w:r>
        <w:br/>
      </w:r>
      <w:r>
        <w:t xml:space="preserve">    (c) the dominance or leadership of one social group or nation over all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consulate</w:t>
      </w:r>
      <w:r>
        <w:rPr>
          <w:b/>
          <w:bCs/>
        </w:rPr>
        <w:t xml:space="preserve"> </w:t>
      </w:r>
      <w:r>
        <w:rPr>
          <w:b/>
          <w:bCs/>
        </w:rPr>
        <w:t xml:space="preserve">and Home Rule Council fatlined us three standard weeks ago with the news that the Time Tombs showed signs of opening.</w:t>
      </w:r>
      <w:r>
        <w:br/>
      </w:r>
      <w:r>
        <w:t xml:space="preserve">    (a) a math value that tells how many times a number is multiplied by itself to reach another number -- often used to describe very big or very small quantities</w:t>
      </w:r>
      <w:r>
        <w:br/>
      </w:r>
      <w:r>
        <w:t xml:space="preserve">    (b) a diplomat appointed by a government to live in a foreign country and help its citizens visiting that country; or the offices of that person and assistants</w:t>
      </w:r>
      <w:r>
        <w:br/>
      </w:r>
      <w:r>
        <w:t xml:space="preserve">    (c) someone who believes in the teaching of Buddha -- that aims to end suffering by ending selfish desire and following a path of wisdom, ethics, and meditation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Ouster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migration</w:t>
      </w:r>
      <w:r>
        <w:rPr>
          <w:b/>
          <w:bCs/>
        </w:rPr>
        <w:t xml:space="preserve"> </w:t>
      </w:r>
      <w:r>
        <w:rPr>
          <w:b/>
          <w:bCs/>
        </w:rPr>
        <w:t xml:space="preserve">cluster of at least four thousand...units...has been detected approaching the Hyperion system.</w:t>
      </w:r>
      <w:r>
        <w:br/>
      </w:r>
      <w:r>
        <w:t xml:space="preserve">    (a) a central open space in a building</w:t>
      </w:r>
      <w:r>
        <w:br/>
      </w:r>
      <w:r>
        <w:t xml:space="preserve">    (b) particles emitted by nuclear decay</w:t>
      </w:r>
      <w:r>
        <w:br/>
      </w:r>
      <w:r>
        <w:t xml:space="preserve">    (c) movement from one place to another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three-week time-debt, you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rendezvous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Yggdrasill before it goes quantum from the Parvati system.</w:t>
      </w:r>
      <w:r>
        <w:br/>
      </w:r>
      <w:r>
        <w:t xml:space="preserve">    (a) to meet at a specific time and place; or the meeting itself</w:t>
      </w:r>
      <w:r>
        <w:br/>
      </w:r>
      <w:r>
        <w:t xml:space="preserve">    (b) determine or identify the nature of a problem or an illness</w:t>
      </w:r>
      <w:r>
        <w:br/>
      </w:r>
      <w:r>
        <w:t xml:space="preserve">    (c) something constructed to control the flow of sound or fluid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three-week time-debt, you can rendezvous with the Yggdrasill before it goes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quantum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Parvati system.</w:t>
      </w:r>
      <w:r>
        <w:br/>
      </w:r>
      <w:r>
        <w:t xml:space="preserve">    (a) not adjusting a lens to create a clear image</w:t>
      </w:r>
      <w:r>
        <w:br/>
      </w:r>
      <w:r>
        <w:t xml:space="preserve">    (b) holds together (connects or unites) or wraps</w:t>
      </w:r>
      <w:r>
        <w:br/>
      </w:r>
      <w:r>
        <w:t xml:space="preserve">    (c) tiny, indivisible packet of energy or matter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Lamia's mouth was wide and expressive to the point of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sensuous</w:t>
      </w:r>
      <w:r>
        <w:rPr>
          <w:b/>
          <w:bCs/>
        </w:rPr>
        <w:t xml:space="preserve">, curled slightly at the coruers in a slight smile which might be cruel or merely playful.</w:t>
      </w:r>
      <w:r>
        <w:br/>
      </w:r>
      <w:r>
        <w:t xml:space="preserve">    (a) most extreme as in final, best, worst, most important, or most fundamental</w:t>
      </w:r>
      <w:r>
        <w:br/>
      </w:r>
      <w:r>
        <w:t xml:space="preserve">    (b) the state or degree of having found a condition or substance to be present</w:t>
      </w:r>
      <w:r>
        <w:br/>
      </w:r>
      <w:r>
        <w:t xml:space="preserve">    (c) relating to pleasure from the body's senses rather than from the intellect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abide</w:t>
      </w:r>
      <w:r>
        <w:rPr>
          <w:b/>
          <w:bCs/>
        </w:rPr>
        <w:t xml:space="preserve"> </w:t>
      </w:r>
      <w:r>
        <w:rPr>
          <w:b/>
          <w:bCs/>
        </w:rPr>
        <w:t xml:space="preserve">by the will of the majority.</w:t>
      </w:r>
      <w:r>
        <w:br/>
      </w:r>
      <w:r>
        <w:t xml:space="preserve">    (a) subtract</w:t>
      </w:r>
      <w:r>
        <w:br/>
      </w:r>
      <w:r>
        <w:t xml:space="preserve">    (b) disagree</w:t>
      </w:r>
      <w:r>
        <w:br/>
      </w:r>
      <w:r>
        <w:t xml:space="preserve">    (c) accept (comply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Surely you know that the Church of the Final Atonement has a deep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abiding</w:t>
      </w:r>
      <w:r>
        <w:rPr>
          <w:b/>
          <w:bCs/>
        </w:rPr>
        <w:t xml:space="preserve"> </w:t>
      </w:r>
      <w:r>
        <w:rPr>
          <w:b/>
          <w:bCs/>
        </w:rPr>
        <w:t xml:space="preserve">interest in the world of Hyperion.</w:t>
      </w:r>
      <w:r>
        <w:br/>
      </w:r>
      <w:r>
        <w:t xml:space="preserve">    (a) suggesting indirectly</w:t>
      </w:r>
      <w:r>
        <w:br/>
      </w:r>
      <w:r>
        <w:t xml:space="preserve">    (b) taking on or adopting</w:t>
      </w:r>
      <w:r>
        <w:br/>
      </w:r>
      <w:r>
        <w:t xml:space="preserve">    (c) enduring (long-lasting)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Spedling's brief notes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hypothesized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humans were survivors of a missing seedship colony from three centuries earlier and clearly described a group suffering all of the classic retrograde cultural effects of extreme isolation, inbreeding, and overadaptation.</w:t>
      </w:r>
      <w:r>
        <w:br/>
      </w:r>
      <w:r>
        <w:t xml:space="preserve">    (a) moved again into position to work; or started again</w:t>
      </w:r>
      <w:r>
        <w:br/>
      </w:r>
      <w:r>
        <w:t xml:space="preserve">    (b) proposed a seemingly reasonable, but unproven, idea based</w:t>
      </w:r>
      <w:r>
        <w:br/>
      </w:r>
      <w:r>
        <w:t xml:space="preserve">    (c) not examined in an attempt to improve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Hypothetical</w:t>
      </w:r>
      <w:r>
        <w:rPr>
          <w:b/>
          <w:bCs/>
        </w:rPr>
        <w:t xml:space="preserve"> </w:t>
      </w:r>
      <w:r>
        <w:rPr>
          <w:b/>
          <w:bCs/>
        </w:rPr>
        <w:t xml:space="preserve">questions almost always had as much luck as my time-based queries.</w:t>
      </w:r>
      <w:r>
        <w:br/>
      </w:r>
      <w:r>
        <w:t xml:space="preserve">    (a) relating to the threadlike structures in the cell nucleus that carry genes in a linear order</w:t>
      </w:r>
      <w:r>
        <w:br/>
      </w:r>
      <w:r>
        <w:t xml:space="preserve">    (b) nervousness or discomfort felt by someone due to concern about what others will think of them</w:t>
      </w:r>
      <w:r>
        <w:br/>
      </w:r>
      <w:r>
        <w:t xml:space="preserve">    (c) of something temporarily treated as true to advance a discussion or to further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hundreds of plantations out there with no radios or cornlines,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because they were harvesting bootleg drugs as well as fiberplastic.</w:t>
      </w:r>
      <w:r>
        <w:br/>
      </w:r>
      <w:r>
        <w:t xml:space="preserve">    (a) really</w:t>
      </w:r>
      <w:r>
        <w:br/>
      </w:r>
      <w:r>
        <w:t xml:space="preserve">    (b) mainly</w:t>
      </w:r>
      <w:r>
        <w:br/>
      </w:r>
      <w:r>
        <w:t xml:space="preserve">    (c) wisely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second ago an insect or bird the size and color of a hummingbird but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gossamer</w:t>
      </w:r>
      <w:r>
        <w:rPr>
          <w:b/>
          <w:bCs/>
        </w:rPr>
        <w:t xml:space="preserve"> </w:t>
      </w:r>
      <w:r>
        <w:rPr>
          <w:b/>
          <w:bCs/>
        </w:rPr>
        <w:t xml:space="preserve">wings a meter across paused five meters out to inspect me before diving toward the sea with folded wings.</w:t>
      </w:r>
      <w:r>
        <w:br/>
      </w:r>
      <w:r>
        <w:t xml:space="preserve">    (a) characteristic (of something or someone)</w:t>
      </w:r>
      <w:r>
        <w:br/>
      </w:r>
      <w:r>
        <w:t xml:space="preserve">    (b) dreamlike state of altered consciousness</w:t>
      </w:r>
      <w:r>
        <w:br/>
      </w:r>
      <w:r>
        <w:t xml:space="preserve">    (c) extremely light, delicate, airy, or thin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Tonight the heavens are especially fertile and when we move onto wide sections of the river we can see a tracery of brilliant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meteor</w:t>
      </w:r>
      <w:r>
        <w:rPr>
          <w:b/>
          <w:bCs/>
        </w:rPr>
        <w:t xml:space="preserve"> </w:t>
      </w:r>
      <w:r>
        <w:rPr>
          <w:b/>
          <w:bCs/>
        </w:rPr>
        <w:t xml:space="preserve">trails weaving the stars together.</w:t>
      </w:r>
      <w:r>
        <w:br/>
      </w:r>
      <w:r>
        <w:t xml:space="preserve">    (a) a streak of light in the sky caused by a small space rock burning up in Earth’s atmosphere</w:t>
      </w:r>
      <w:r>
        <w:br/>
      </w:r>
      <w:r>
        <w:t xml:space="preserve">    (b) a solar flare</w:t>
      </w:r>
      <w:r>
        <w:br/>
      </w:r>
      <w:r>
        <w:t xml:space="preserve">    (c) a large space rock with an irregular orbit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plateau</w:t>
      </w:r>
      <w:r>
        <w:rPr>
          <w:b/>
          <w:bCs/>
        </w:rPr>
        <w:t xml:space="preserve"> </w:t>
      </w:r>
      <w:r>
        <w:rPr>
          <w:b/>
          <w:bCs/>
        </w:rPr>
        <w:t xml:space="preserve">here is almost three thousand meters above sea level and the view was impressive.</w:t>
      </w:r>
      <w:r>
        <w:br/>
      </w:r>
      <w:r>
        <w:t xml:space="preserve">    (a) high land that is reasonably flat</w:t>
      </w:r>
      <w:r>
        <w:br/>
      </w:r>
      <w:r>
        <w:t xml:space="preserve">    (b) walk in an awkward, shuffling way</w:t>
      </w:r>
      <w:r>
        <w:br/>
      </w:r>
      <w:r>
        <w:t xml:space="preserve">    (c) make someone want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and the eight whiskered-</w:t>
      </w:r>
      <w:r>
        <w:rPr>
          <w:b/>
          <w:bCs/>
          <w:u w:val="single"/>
        </w:rPr>
        <w:t xml:space="preserve">alloy</w:t>
      </w:r>
      <w:r>
        <w:rPr>
          <w:b/>
          <w:bCs/>
        </w:rPr>
        <w:t xml:space="preserve"> </w:t>
      </w:r>
      <w:r>
        <w:rPr>
          <w:b/>
          <w:bCs/>
        </w:rPr>
        <w:t xml:space="preserve">rods that stand between us and eternity.</w:t>
      </w:r>
      <w:r>
        <w:br/>
      </w:r>
      <w:r>
        <w:t xml:space="preserve">    (a) something that is necessary for something else</w:t>
      </w:r>
      <w:r>
        <w:br/>
      </w:r>
      <w:r>
        <w:t xml:space="preserve">    (b) a metal that consists of more than one element</w:t>
      </w:r>
      <w:r>
        <w:br/>
      </w:r>
      <w:r>
        <w:t xml:space="preserve">    (c) a slight amount; or to contain a slight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then Kassad had learned that the exercises were something more than mere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simulations</w:t>
      </w:r>
      <w:r>
        <w:rPr>
          <w:b/>
          <w:bCs/>
        </w:rPr>
        <w:t xml:space="preserve">.</w:t>
      </w:r>
      <w:r>
        <w:br/>
      </w:r>
      <w:r>
        <w:t xml:space="preserve">    (a) geological areas where a river divides before entering a larger body of water</w:t>
      </w:r>
      <w:r>
        <w:br/>
      </w:r>
      <w:r>
        <w:t xml:space="preserve">    (b) things that are not real, bur are made to imitate or behave like other things</w:t>
      </w:r>
      <w:r>
        <w:br/>
      </w:r>
      <w:r>
        <w:t xml:space="preserve">    (c) descriptions of unfavorable opinions; or acts of sharing unfavorable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says something about the type of writing I had been doing that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</w:t>
      </w:r>
      <w:r>
        <w:rPr>
          <w:b/>
          <w:bCs/>
        </w:rPr>
        <w:t xml:space="preserve"> </w:t>
      </w:r>
      <w:r>
        <w:rPr>
          <w:b/>
          <w:bCs/>
        </w:rPr>
        <w:t xml:space="preserve">could flee without my noticing.</w:t>
      </w:r>
      <w:r>
        <w:br/>
      </w:r>
      <w:r>
        <w:t xml:space="preserve">    (a) source of inspiration</w:t>
      </w:r>
      <w:r>
        <w:br/>
      </w:r>
      <w:r>
        <w:t xml:space="preserve">    (b) someone who roughly calculates or guesses a value, quantity, or extent of something</w:t>
      </w:r>
      <w:r>
        <w:br/>
      </w:r>
      <w:r>
        <w:t xml:space="preserve">    (c) someone responsible for making a judgment after thinking carefully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We've been in touch with our senators...even talked to the Science Council directors;...but no one can explain to me why the Hegemony hasn't spent more time and money investigating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phenomena</w:t>
      </w:r>
      <w:r>
        <w:rPr>
          <w:b/>
          <w:bCs/>
        </w:rPr>
        <w:t xml:space="preserve"> </w:t>
      </w:r>
      <w:r>
        <w:rPr>
          <w:b/>
          <w:bCs/>
        </w:rPr>
        <w:t xml:space="preserve">on Hyperion.</w:t>
      </w:r>
      <w:r>
        <w:br/>
      </w:r>
      <w:r>
        <w:t xml:space="preserve">    (a) things that exists or happened -- often of special interest</w:t>
      </w:r>
      <w:r>
        <w:br/>
      </w:r>
      <w:r>
        <w:t xml:space="preserve">    (b) stock markets during times of generally rising stock values</w:t>
      </w:r>
      <w:r>
        <w:br/>
      </w:r>
      <w:r>
        <w:t xml:space="preserve">    (c) computer code modules each of which perform a specific task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cybrid was controlled by an AI nexus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corresponds</w:t>
      </w:r>
      <w:r>
        <w:rPr>
          <w:b/>
          <w:bCs/>
        </w:rPr>
        <w:t xml:space="preserve"> </w:t>
      </w:r>
      <w:r>
        <w:rPr>
          <w:b/>
          <w:bCs/>
        </w:rPr>
        <w:t xml:space="preserve">to a security force.</w:t>
      </w:r>
      <w:r>
        <w:br/>
      </w:r>
      <w:r>
        <w:t xml:space="preserve">    (a) (noun) text that is marked as important  OR  (verb) marks important text</w:t>
      </w:r>
      <w:r>
        <w:br/>
      </w:r>
      <w:r>
        <w:t xml:space="preserve">    (b) connects or fits together by being equivalent, proportionate, or matched</w:t>
      </w:r>
      <w:r>
        <w:br/>
      </w:r>
      <w:r>
        <w:t xml:space="preserve">    (c) causes of problems or illnesses; or processes to identify such problems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2026-07-31T16:33:31Z</dcterms:created>
  <dcterms:modified xsi:type="dcterms:W3CDTF">2026-07-31T16:33:31Z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