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69af3149937fa11b5b455b9333970845e64313a"/>
    <w:p>
      <w:pPr>
        <w:pStyle w:val="Heading1"/>
      </w:pPr>
      <w:r>
        <w:rPr>
          <w:b/>
          <w:bCs/>
        </w:rPr>
        <w:t xml:space="preserve">Hyperion</w:t>
      </w:r>
      <w:r>
        <w:br/>
      </w:r>
      <w:r>
        <w:rPr>
          <w:i/>
          <w:iCs/>
        </w:rPr>
        <w:t xml:space="preserve">Dan Simmons</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Closer to the ship, occasional vague, reptilian shapes would blunder into the</w:t>
      </w:r>
      <w:r>
        <w:rPr>
          <w:b/>
          <w:bCs/>
        </w:rPr>
        <w:t xml:space="preserve"> </w:t>
      </w:r>
      <w:r>
        <w:rPr>
          <w:b/>
          <w:bCs/>
          <w:u w:val="single"/>
        </w:rPr>
        <w:t xml:space="preserve">interdiction</w:t>
      </w:r>
      <w:r>
        <w:rPr>
          <w:b/>
          <w:bCs/>
        </w:rPr>
        <w:t xml:space="preserve"> </w:t>
      </w:r>
      <w:r>
        <w:rPr>
          <w:b/>
          <w:bCs/>
        </w:rPr>
        <w:t xml:space="preserve">field, cry out, and then crash away through indigo mists.</w:t>
      </w:r>
      <w:r>
        <w:br/>
      </w:r>
      <w:r>
        <w:t xml:space="preserve">    (a) the majority denomination of Islam (almost 90%)</w:t>
      </w:r>
      <w:r>
        <w:br/>
      </w:r>
      <w:r>
        <w:t xml:space="preserve">    (b) opinion of what is good and bad about something</w:t>
      </w:r>
      <w:r>
        <w:br/>
      </w:r>
      <w:r>
        <w:t xml:space="preserve">    (c) authoritative prohibition; or to stop or hamper</w:t>
      </w:r>
    </w:p>
    <w:p>
      <w:pPr>
        <w:pStyle w:val="Compact"/>
        <w:numPr>
          <w:ilvl w:val="0"/>
          <w:numId w:val="1001"/>
        </w:numPr>
      </w:pPr>
      <w:r>
        <w:rPr>
          <w:b/>
          <w:bCs/>
        </w:rPr>
        <w:t xml:space="preserve">The person questioned smiles</w:t>
      </w:r>
      <w:r>
        <w:rPr>
          <w:b/>
          <w:bCs/>
        </w:rPr>
        <w:t xml:space="preserve"> </w:t>
      </w:r>
      <w:r>
        <w:rPr>
          <w:b/>
          <w:bCs/>
          <w:u w:val="single"/>
        </w:rPr>
        <w:t xml:space="preserve">beatifically</w:t>
      </w:r>
      <w:r>
        <w:rPr>
          <w:b/>
          <w:bCs/>
        </w:rPr>
        <w:t xml:space="preserve"> </w:t>
      </w:r>
      <w:r>
        <w:rPr>
          <w:b/>
          <w:bCs/>
        </w:rPr>
        <w:t xml:space="preserve">and responds in some non sequitur that would make the babble of the Web's worst village idiot seem like sage aphorisms in comparison.</w:t>
      </w:r>
      <w:r>
        <w:br/>
      </w:r>
      <w:r>
        <w:t xml:space="preserve">    (a) in a manner that is fortunate or causes happiness</w:t>
      </w:r>
      <w:r>
        <w:br/>
      </w:r>
      <w:r>
        <w:t xml:space="preserve">    (b) in a manner that expresses or produces a calm joy</w:t>
      </w:r>
      <w:r>
        <w:br/>
      </w:r>
      <w:r>
        <w:t xml:space="preserve">    (c) in a manner that is sensitive to others' feelings</w:t>
      </w:r>
    </w:p>
    <w:p>
      <w:pPr>
        <w:pStyle w:val="Compact"/>
        <w:numPr>
          <w:ilvl w:val="0"/>
          <w:numId w:val="1001"/>
        </w:numPr>
      </w:pPr>
      <w:r>
        <w:rPr>
          <w:b/>
          <w:bCs/>
        </w:rPr>
        <w:t xml:space="preserve">The person questioned smiles beatifically and responds in some non sequitur that would make the babble of the Web's worst village idiot seem like sage</w:t>
      </w:r>
      <w:r>
        <w:rPr>
          <w:b/>
          <w:bCs/>
        </w:rPr>
        <w:t xml:space="preserve"> </w:t>
      </w:r>
      <w:r>
        <w:rPr>
          <w:b/>
          <w:bCs/>
          <w:u w:val="single"/>
        </w:rPr>
        <w:t xml:space="preserve">aphorisms</w:t>
      </w:r>
      <w:r>
        <w:rPr>
          <w:b/>
          <w:bCs/>
        </w:rPr>
        <w:t xml:space="preserve"> </w:t>
      </w:r>
      <w:r>
        <w:rPr>
          <w:b/>
          <w:bCs/>
        </w:rPr>
        <w:t xml:space="preserve">in comparison.</w:t>
      </w:r>
      <w:r>
        <w:br/>
      </w:r>
      <w:r>
        <w:t xml:space="preserve">    (a) ways of seeing or thinking about things</w:t>
      </w:r>
      <w:r>
        <w:br/>
      </w:r>
      <w:r>
        <w:t xml:space="preserve">    (b) short sayings intended to impart wisdom</w:t>
      </w:r>
      <w:r>
        <w:br/>
      </w:r>
      <w:r>
        <w:t xml:space="preserve">    (c) things accepted as true (without proof)</w:t>
      </w:r>
    </w:p>
    <w:p>
      <w:pPr>
        <w:pStyle w:val="Compact"/>
        <w:numPr>
          <w:ilvl w:val="0"/>
          <w:numId w:val="1001"/>
        </w:numPr>
      </w:pPr>
      <w:r>
        <w:rPr>
          <w:b/>
          <w:bCs/>
        </w:rPr>
        <w:t xml:space="preserve">The future of the Church depended upon my survival and I had thrown both away by</w:t>
      </w:r>
      <w:r>
        <w:rPr>
          <w:b/>
          <w:bCs/>
        </w:rPr>
        <w:t xml:space="preserve"> </w:t>
      </w:r>
      <w:r>
        <w:rPr>
          <w:b/>
          <w:bCs/>
          <w:u w:val="single"/>
        </w:rPr>
        <w:t xml:space="preserve">beguiling</w:t>
      </w:r>
      <w:r>
        <w:rPr>
          <w:b/>
          <w:bCs/>
        </w:rPr>
        <w:t xml:space="preserve"> </w:t>
      </w:r>
      <w:r>
        <w:rPr>
          <w:b/>
          <w:bCs/>
        </w:rPr>
        <w:t xml:space="preserve">myself into believing that the Bikura were dull, harmless children.</w:t>
      </w:r>
      <w:r>
        <w:br/>
      </w:r>
      <w:r>
        <w:t xml:space="preserve">    (a) charming or enchanting; or deceiving through charm</w:t>
      </w:r>
      <w:r>
        <w:br/>
      </w:r>
      <w:r>
        <w:t xml:space="preserve">    (b) exercising privileges to which one is not entitled</w:t>
      </w:r>
      <w:r>
        <w:br/>
      </w:r>
      <w:r>
        <w:t xml:space="preserve">    (c) moving out of an interacting position; or stopping</w:t>
      </w:r>
    </w:p>
    <w:p>
      <w:pPr>
        <w:pStyle w:val="Compact"/>
        <w:numPr>
          <w:ilvl w:val="0"/>
          <w:numId w:val="1001"/>
        </w:numPr>
      </w:pPr>
      <w:r>
        <w:rPr>
          <w:b/>
          <w:bCs/>
        </w:rPr>
        <w:t xml:space="preserve">Urine is conducted through a primitive urethra terminating in a small chamber</w:t>
      </w:r>
      <w:r>
        <w:rPr>
          <w:b/>
          <w:bCs/>
        </w:rPr>
        <w:t xml:space="preserve"> </w:t>
      </w:r>
      <w:r>
        <w:rPr>
          <w:b/>
          <w:bCs/>
          <w:u w:val="single"/>
        </w:rPr>
        <w:t xml:space="preserve">contiguous</w:t>
      </w:r>
      <w:r>
        <w:rPr>
          <w:b/>
          <w:bCs/>
        </w:rPr>
        <w:t xml:space="preserve"> </w:t>
      </w:r>
      <w:r>
        <w:rPr>
          <w:b/>
          <w:bCs/>
        </w:rPr>
        <w:t xml:space="preserve">with the anus-a sort of crude cloaca.</w:t>
      </w:r>
      <w:r>
        <w:br/>
      </w:r>
      <w:r>
        <w:t xml:space="preserve">    (a) eastern</w:t>
      </w:r>
      <w:r>
        <w:br/>
      </w:r>
      <w:r>
        <w:t xml:space="preserve">    (b) northern</w:t>
      </w:r>
      <w:r>
        <w:br/>
      </w:r>
      <w:r>
        <w:t xml:space="preserve">    (c) with a common boundary; or very close in space or time</w:t>
      </w:r>
    </w:p>
    <w:p>
      <w:pPr>
        <w:pStyle w:val="Compact"/>
        <w:numPr>
          <w:ilvl w:val="0"/>
          <w:numId w:val="1001"/>
        </w:numPr>
      </w:pPr>
      <w:r>
        <w:rPr>
          <w:b/>
          <w:bCs/>
        </w:rPr>
        <w:t xml:space="preserve">Darkness and</w:t>
      </w:r>
      <w:r>
        <w:rPr>
          <w:b/>
          <w:bCs/>
        </w:rPr>
        <w:t xml:space="preserve"> </w:t>
      </w:r>
      <w:r>
        <w:rPr>
          <w:b/>
          <w:bCs/>
          <w:u w:val="single"/>
        </w:rPr>
        <w:t xml:space="preserve">chameleon</w:t>
      </w:r>
      <w:r>
        <w:rPr>
          <w:b/>
          <w:bCs/>
        </w:rPr>
        <w:t xml:space="preserve">-polymer hulls had hidden them we!</w:t>
      </w:r>
      <w:r>
        <w:br/>
      </w:r>
      <w:r>
        <w:t xml:space="preserve">    (a) a workplace where people do scientific or medical research, or produce drugs or chemicals (also used figuratively)  OR  (as an adjective) related to such a place</w:t>
      </w:r>
      <w:r>
        <w:br/>
      </w:r>
      <w:r>
        <w:t xml:space="preserve">    (b) the act of forcing into an undesired activity or situation -- such as legally sentencing someone to punishment  OR  the act of finding guilty -- especially in court</w:t>
      </w:r>
      <w:r>
        <w:br/>
      </w:r>
      <w:r>
        <w:t xml:space="preserve">    (c) a person who changes opinions, behavior, or appearance depending upon the circumstances</w:t>
      </w:r>
      <w:r>
        <w:br/>
      </w:r>
      <w:r>
        <w:br/>
      </w:r>
      <w:r>
        <w:t xml:space="preserve">or:</w:t>
      </w:r>
      <w:r>
        <w:br/>
      </w:r>
      <w:r>
        <w:br/>
      </w:r>
      <w:r>
        <w:t xml:space="preserve">a kind of lizard that changes its colors to match the colors around it</w:t>
      </w:r>
    </w:p>
    <w:p>
      <w:pPr>
        <w:pStyle w:val="Compact"/>
        <w:numPr>
          <w:ilvl w:val="0"/>
          <w:numId w:val="1001"/>
        </w:numPr>
      </w:pPr>
      <w:r>
        <w:rPr>
          <w:b/>
          <w:bCs/>
        </w:rPr>
        <w:t xml:space="preserve">The Ousters had been the single external threat to the Hegemony for the four centuries since the forebears of the barbarian hordes had left Sol System in their crude fleet of leaking O'Neill cities, tumbling</w:t>
      </w:r>
      <w:r>
        <w:rPr>
          <w:b/>
          <w:bCs/>
        </w:rPr>
        <w:t xml:space="preserve"> </w:t>
      </w:r>
      <w:r>
        <w:rPr>
          <w:b/>
          <w:bCs/>
          <w:u w:val="single"/>
        </w:rPr>
        <w:t xml:space="preserve">asteroids</w:t>
      </w:r>
      <w:r>
        <w:rPr>
          <w:b/>
          <w:bCs/>
        </w:rPr>
        <w:t xml:space="preserve">, and experimental comet farm clusters.</w:t>
      </w:r>
      <w:r>
        <w:br/>
      </w:r>
      <w:r>
        <w:t xml:space="preserve">    (a) instances of pledging something as collateral (something that has to be given to the lender if the loan isn't paid as agreed)</w:t>
      </w:r>
      <w:r>
        <w:br/>
      </w:r>
      <w:r>
        <w:t xml:space="preserve">    (b) people who emphasize a person's capacity for self-realization through reason rather than through religion and the supernatural</w:t>
      </w:r>
      <w:r>
        <w:br/>
      </w:r>
      <w:r>
        <w:t xml:space="preserve">    (c) some or all of the millions of rocks that move around the sun, are smaller than a planet, and larger than a meter in diameter</w:t>
      </w:r>
    </w:p>
    <w:p>
      <w:pPr>
        <w:pStyle w:val="Compact"/>
        <w:numPr>
          <w:ilvl w:val="0"/>
          <w:numId w:val="1001"/>
        </w:numPr>
      </w:pPr>
      <w:r>
        <w:rPr>
          <w:b/>
          <w:bCs/>
        </w:rPr>
        <w:t xml:space="preserve">More importantly, Kassad would have</w:t>
      </w:r>
      <w:r>
        <w:rPr>
          <w:b/>
          <w:bCs/>
        </w:rPr>
        <w:t xml:space="preserve"> </w:t>
      </w:r>
      <w:r>
        <w:rPr>
          <w:b/>
          <w:bCs/>
          <w:u w:val="single"/>
        </w:rPr>
        <w:t xml:space="preserve">accrued</w:t>
      </w:r>
      <w:r>
        <w:rPr>
          <w:b/>
          <w:bCs/>
        </w:rPr>
        <w:t xml:space="preserve"> </w:t>
      </w:r>
      <w:r>
        <w:rPr>
          <w:b/>
          <w:bCs/>
        </w:rPr>
        <w:t xml:space="preserve">a time-debt of at least eighteen standard months and whatever controversy surrounded him might well be over by that time.</w:t>
      </w:r>
      <w:r>
        <w:br/>
      </w:r>
      <w:r>
        <w:t xml:space="preserve">    (a) told (a story)</w:t>
      </w:r>
      <w:r>
        <w:br/>
      </w:r>
      <w:r>
        <w:t xml:space="preserve">    (b) grew over time</w:t>
      </w:r>
      <w:r>
        <w:br/>
      </w:r>
      <w:r>
        <w:t xml:space="preserve">    (c) not controlled</w:t>
      </w:r>
    </w:p>
    <w:p>
      <w:pPr>
        <w:pStyle w:val="Compact"/>
        <w:numPr>
          <w:ilvl w:val="0"/>
          <w:numId w:val="1001"/>
        </w:numPr>
      </w:pPr>
      <w:r>
        <w:rPr>
          <w:b/>
          <w:bCs/>
        </w:rPr>
        <w:t xml:space="preserve">She could have chosen ex utero fertilization, a male lover with a transplant of Daddy's DNA, a clonal</w:t>
      </w:r>
      <w:r>
        <w:rPr>
          <w:b/>
          <w:bCs/>
        </w:rPr>
        <w:t xml:space="preserve"> </w:t>
      </w:r>
      <w:r>
        <w:rPr>
          <w:b/>
          <w:bCs/>
          <w:u w:val="single"/>
        </w:rPr>
        <w:t xml:space="preserve">surrogate</w:t>
      </w:r>
      <w:r>
        <w:rPr>
          <w:b/>
          <w:bCs/>
        </w:rPr>
        <w:t xml:space="preserve">, a gene-spliced virgin birth, you name it...but, as she told me later, she opened her legs to tradition.</w:t>
      </w:r>
      <w:r>
        <w:br/>
      </w:r>
      <w:r>
        <w:t xml:space="preserve">    (a) someone (or something) taking the place of another</w:t>
      </w:r>
      <w:r>
        <w:br/>
      </w:r>
      <w:r>
        <w:t xml:space="preserve">    (b) something of small importance; or a small quantity</w:t>
      </w:r>
      <w:r>
        <w:br/>
      </w:r>
      <w:r>
        <w:t xml:space="preserve">    (c) leave a place, job or position previously occupied</w:t>
      </w:r>
    </w:p>
    <w:p>
      <w:pPr>
        <w:pStyle w:val="Compact"/>
        <w:numPr>
          <w:ilvl w:val="0"/>
          <w:numId w:val="1001"/>
        </w:numPr>
      </w:pPr>
      <w:r>
        <w:rPr>
          <w:b/>
          <w:bCs/>
        </w:rPr>
        <w:t xml:space="preserve">The devastation was great during the Bad Times-and these came more often in precisely plotted spasms, shorter</w:t>
      </w:r>
      <w:r>
        <w:rPr>
          <w:b/>
          <w:bCs/>
        </w:rPr>
        <w:t xml:space="preserve"> </w:t>
      </w:r>
      <w:r>
        <w:rPr>
          <w:b/>
          <w:bCs/>
          <w:u w:val="single"/>
        </w:rPr>
        <w:t xml:space="preserve">remissions</w:t>
      </w:r>
      <w:r>
        <w:rPr>
          <w:b/>
          <w:bCs/>
        </w:rPr>
        <w:t xml:space="preserve">, more terrible consequences after each attack-but the Earth abided and repaired itself as best it could.</w:t>
      </w:r>
      <w:r>
        <w:br/>
      </w:r>
      <w:r>
        <w:t xml:space="preserve">    (a) periods of lower intensity</w:t>
      </w:r>
      <w:r>
        <w:br/>
      </w:r>
      <w:r>
        <w:t xml:space="preserve">    (b) responses to prior offers that proposes different terms while rejecting previous offers</w:t>
      </w:r>
      <w:r>
        <w:br/>
      </w:r>
      <w:r>
        <w:t xml:space="preserve">    (c) acts of officially telling someone about something; or things that contain such message</w:t>
      </w:r>
    </w:p>
    <w:p>
      <w:pPr>
        <w:pStyle w:val="Compact"/>
        <w:numPr>
          <w:ilvl w:val="0"/>
          <w:numId w:val="1001"/>
        </w:numPr>
      </w:pPr>
      <w:r>
        <w:rPr>
          <w:b/>
          <w:bCs/>
        </w:rPr>
        <w:t xml:space="preserve">I saw no reason to bother don Baitbazar with my verse,</w:t>
      </w:r>
      <w:r>
        <w:rPr>
          <w:b/>
          <w:bCs/>
        </w:rPr>
        <w:t xml:space="preserve"> </w:t>
      </w:r>
      <w:r>
        <w:rPr>
          <w:b/>
          <w:bCs/>
          <w:u w:val="single"/>
        </w:rPr>
        <w:t xml:space="preserve">rife</w:t>
      </w:r>
      <w:r>
        <w:rPr>
          <w:b/>
          <w:bCs/>
        </w:rPr>
        <w:t xml:space="preserve"> </w:t>
      </w:r>
      <w:r>
        <w:rPr>
          <w:b/>
          <w:bCs/>
        </w:rPr>
        <w:t xml:space="preserve">with budding genius though I knew it to be.</w:t>
      </w:r>
      <w:r>
        <w:br/>
      </w:r>
      <w:r>
        <w:t xml:space="preserve">    (a) power or responsibility that can be taken on or adopted</w:t>
      </w:r>
      <w:r>
        <w:br/>
      </w:r>
      <w:r>
        <w:t xml:space="preserve">    (b) the characteristic of bouncing back light/heat/sound...</w:t>
      </w:r>
      <w:r>
        <w:br/>
      </w:r>
      <w:r>
        <w:t xml:space="preserve">    (c) excessively abundant -- especially something unpleasant</w:t>
      </w:r>
    </w:p>
    <w:p>
      <w:pPr>
        <w:pStyle w:val="Compact"/>
        <w:numPr>
          <w:ilvl w:val="0"/>
          <w:numId w:val="1001"/>
        </w:numPr>
      </w:pPr>
      <w:r>
        <w:rPr>
          <w:b/>
          <w:bCs/>
        </w:rPr>
        <w:t xml:space="preserve">All right, to make a</w:t>
      </w:r>
      <w:r>
        <w:rPr>
          <w:b/>
          <w:bCs/>
        </w:rPr>
        <w:t xml:space="preserve"> </w:t>
      </w:r>
      <w:r>
        <w:rPr>
          <w:b/>
          <w:bCs/>
          <w:u w:val="single"/>
        </w:rPr>
        <w:t xml:space="preserve">banal</w:t>
      </w:r>
      <w:r>
        <w:rPr>
          <w:b/>
          <w:bCs/>
        </w:rPr>
        <w:t xml:space="preserve"> </w:t>
      </w:r>
      <w:r>
        <w:rPr>
          <w:b/>
          <w:bCs/>
        </w:rPr>
        <w:t xml:space="preserve">long story into a banal short story, I'll cut to the uplink.</w:t>
      </w:r>
      <w:r>
        <w:br/>
      </w:r>
      <w:r>
        <w:t xml:space="preserve">    (a) tendency to be direct in a disagreeable, insensitive manner</w:t>
      </w:r>
      <w:r>
        <w:br/>
      </w:r>
      <w:r>
        <w:t xml:space="preserve">    (b) uninteresting due to a lack of anything original or unusual</w:t>
      </w:r>
      <w:r>
        <w:br/>
      </w:r>
      <w:r>
        <w:t xml:space="preserve">    (c) the degree or quality of being exactly vertical or straight</w:t>
      </w:r>
    </w:p>
    <w:p>
      <w:pPr>
        <w:pStyle w:val="Compact"/>
        <w:numPr>
          <w:ilvl w:val="0"/>
          <w:numId w:val="1001"/>
        </w:numPr>
      </w:pPr>
      <w:r>
        <w:rPr>
          <w:b/>
          <w:bCs/>
        </w:rPr>
        <w:t xml:space="preserve">I watched crimson clouds move between the lesser spires half a kilometer below and I thought about</w:t>
      </w:r>
      <w:r>
        <w:rPr>
          <w:b/>
          <w:bCs/>
        </w:rPr>
        <w:t xml:space="preserve"> </w:t>
      </w:r>
      <w:r>
        <w:rPr>
          <w:b/>
          <w:bCs/>
          <w:u w:val="single"/>
        </w:rPr>
        <w:t xml:space="preserve">hubris</w:t>
      </w:r>
      <w:r>
        <w:rPr>
          <w:b/>
          <w:bCs/>
        </w:rPr>
        <w:t xml:space="preserve">.</w:t>
      </w:r>
      <w:r>
        <w:br/>
      </w:r>
      <w:r>
        <w:t xml:space="preserve">    (a) ability to accept as true (without proof)</w:t>
      </w:r>
      <w:r>
        <w:br/>
      </w:r>
      <w:r>
        <w:t xml:space="preserve">    (b) characterized by having multiple purposes</w:t>
      </w:r>
      <w:r>
        <w:br/>
      </w:r>
      <w:r>
        <w:t xml:space="preserve">    (c) excessive confidence or arrogance</w:t>
      </w:r>
    </w:p>
    <w:p>
      <w:pPr>
        <w:pStyle w:val="Compact"/>
        <w:numPr>
          <w:ilvl w:val="0"/>
          <w:numId w:val="1001"/>
        </w:numPr>
      </w:pPr>
      <w:r>
        <w:rPr>
          <w:b/>
          <w:bCs/>
        </w:rPr>
        <w:t xml:space="preserve">"Martin, Martin, Martin," she said, "the population of</w:t>
      </w:r>
      <w:r>
        <w:rPr>
          <w:b/>
          <w:bCs/>
        </w:rPr>
        <w:t xml:space="preserve"> </w:t>
      </w:r>
      <w:r>
        <w:rPr>
          <w:b/>
          <w:bCs/>
          <w:u w:val="single"/>
        </w:rPr>
        <w:t xml:space="preserve">literate</w:t>
      </w:r>
      <w:r>
        <w:rPr>
          <w:b/>
          <w:bCs/>
        </w:rPr>
        <w:t xml:space="preserve"> </w:t>
      </w:r>
      <w:r>
        <w:rPr>
          <w:b/>
          <w:bCs/>
        </w:rPr>
        <w:t xml:space="preserve">people has been declining steadily since Gutenberg's day."</w:t>
      </w:r>
      <w:r>
        <w:br/>
      </w:r>
      <w:r>
        <w:t xml:space="preserve">    (a) not aware of something</w:t>
      </w:r>
      <w:r>
        <w:br/>
      </w:r>
      <w:r>
        <w:t xml:space="preserve">    (b) able to read and write</w:t>
      </w:r>
      <w:r>
        <w:br/>
      </w:r>
      <w:r>
        <w:t xml:space="preserve">    (c) consistent or the same</w:t>
      </w:r>
    </w:p>
    <w:p>
      <w:pPr>
        <w:pStyle w:val="Compact"/>
        <w:numPr>
          <w:ilvl w:val="0"/>
          <w:numId w:val="1001"/>
        </w:numPr>
      </w:pPr>
      <w:r>
        <w:rPr>
          <w:b/>
          <w:bCs/>
        </w:rPr>
        <w:t xml:space="preserve">A perfect mixture of the classical</w:t>
      </w:r>
      <w:r>
        <w:rPr>
          <w:b/>
          <w:bCs/>
        </w:rPr>
        <w:t xml:space="preserve"> </w:t>
      </w:r>
      <w:r>
        <w:rPr>
          <w:b/>
          <w:bCs/>
          <w:u w:val="single"/>
        </w:rPr>
        <w:t xml:space="preserve">utopia</w:t>
      </w:r>
      <w:r>
        <w:rPr>
          <w:b/>
          <w:bCs/>
        </w:rPr>
        <w:t xml:space="preserve"> </w:t>
      </w:r>
      <w:r>
        <w:rPr>
          <w:b/>
          <w:bCs/>
        </w:rPr>
        <w:t xml:space="preserve">and the pagan mystery.</w:t>
      </w:r>
      <w:r>
        <w:br/>
      </w:r>
      <w:r>
        <w:t xml:space="preserve">    (a) the process of controlling (how something turns out)</w:t>
      </w:r>
      <w:r>
        <w:br/>
      </w:r>
      <w:r>
        <w:t xml:space="preserve">    (b) an imaginary place considered to be perfect or ideal</w:t>
      </w:r>
      <w:r>
        <w:br/>
      </w:r>
      <w:r>
        <w:t xml:space="preserve">    (c) the taking on or adoption of power or responsibility</w:t>
      </w:r>
    </w:p>
    <w:p>
      <w:pPr>
        <w:pStyle w:val="Compact"/>
        <w:numPr>
          <w:ilvl w:val="0"/>
          <w:numId w:val="1001"/>
        </w:numPr>
      </w:pPr>
      <w:r>
        <w:rPr>
          <w:b/>
          <w:bCs/>
        </w:rPr>
        <w:t xml:space="preserve">It is the</w:t>
      </w:r>
      <w:r>
        <w:rPr>
          <w:b/>
          <w:bCs/>
        </w:rPr>
        <w:t xml:space="preserve"> </w:t>
      </w:r>
      <w:r>
        <w:rPr>
          <w:b/>
          <w:bCs/>
          <w:u w:val="single"/>
        </w:rPr>
        <w:t xml:space="preserve">penultimate</w:t>
      </w:r>
      <w:r>
        <w:rPr>
          <w:b/>
          <w:bCs/>
        </w:rPr>
        <w:t xml:space="preserve"> </w:t>
      </w:r>
      <w:r>
        <w:rPr>
          <w:b/>
          <w:bCs/>
        </w:rPr>
        <w:t xml:space="preserve">oxymoron-a nonfactorable variable.</w:t>
      </w:r>
      <w:r>
        <w:br/>
      </w:r>
      <w:r>
        <w:t xml:space="preserve">    (a) next to the last</w:t>
      </w:r>
      <w:r>
        <w:br/>
      </w:r>
      <w:r>
        <w:t xml:space="preserve">    (b) able to be found</w:t>
      </w:r>
      <w:r>
        <w:br/>
      </w:r>
      <w:r>
        <w:t xml:space="preserve">    (c) likely to change</w:t>
      </w:r>
    </w:p>
    <w:p>
      <w:pPr>
        <w:pStyle w:val="Compact"/>
        <w:numPr>
          <w:ilvl w:val="0"/>
          <w:numId w:val="1001"/>
        </w:numPr>
      </w:pPr>
      <w:r>
        <w:rPr>
          <w:b/>
          <w:bCs/>
        </w:rPr>
        <w:t xml:space="preserve">"They are</w:t>
      </w:r>
      <w:r>
        <w:rPr>
          <w:b/>
          <w:bCs/>
        </w:rPr>
        <w:t xml:space="preserve"> </w:t>
      </w:r>
      <w:r>
        <w:rPr>
          <w:b/>
          <w:bCs/>
          <w:u w:val="single"/>
        </w:rPr>
        <w:t xml:space="preserve">Separatists</w:t>
      </w:r>
      <w:r>
        <w:rPr>
          <w:b/>
          <w:bCs/>
        </w:rPr>
        <w:t xml:space="preserve">," said Sift.</w:t>
      </w:r>
      <w:r>
        <w:br/>
      </w:r>
      <w:r>
        <w:t xml:space="preserve">    (a) subatomic particles with negative charge that are found in all atoms and that act as the primary carrier of electricity</w:t>
      </w:r>
      <w:r>
        <w:br/>
      </w:r>
      <w:r>
        <w:t xml:space="preserve">    (b) someone who supports breaking away from a larger group, country, or organization to form a separate and independent one</w:t>
      </w:r>
      <w:r>
        <w:br/>
      </w:r>
      <w:r>
        <w:t xml:space="preserve">    (c) people who suffer from psychosis (any severe mental disorder in which contact with reality is lost or highly distorted)</w:t>
      </w:r>
    </w:p>
    <w:p>
      <w:pPr>
        <w:pStyle w:val="Compact"/>
        <w:numPr>
          <w:ilvl w:val="0"/>
          <w:numId w:val="1001"/>
        </w:numPr>
      </w:pPr>
      <w:r>
        <w:rPr>
          <w:b/>
          <w:bCs/>
        </w:rPr>
        <w:t xml:space="preserve">You will stay with me until the Council holds the</w:t>
      </w:r>
      <w:r>
        <w:rPr>
          <w:b/>
          <w:bCs/>
        </w:rPr>
        <w:t xml:space="preserve"> </w:t>
      </w:r>
      <w:r>
        <w:rPr>
          <w:b/>
          <w:bCs/>
          <w:u w:val="single"/>
        </w:rPr>
        <w:t xml:space="preserve">inquest</w:t>
      </w:r>
      <w:r>
        <w:rPr>
          <w:b/>
          <w:bCs/>
        </w:rPr>
        <w:t xml:space="preserve">.</w:t>
      </w:r>
      <w:r>
        <w:br/>
      </w:r>
      <w:r>
        <w:t xml:space="preserve">    (a) formal investigation</w:t>
      </w:r>
      <w:r>
        <w:br/>
      </w:r>
      <w:r>
        <w:t xml:space="preserve">    (b) basic rule or belief</w:t>
      </w:r>
      <w:r>
        <w:br/>
      </w:r>
      <w:r>
        <w:t xml:space="preserve">    (c) the act of forgiving</w:t>
      </w:r>
    </w:p>
    <w:p>
      <w:pPr>
        <w:pStyle w:val="Compact"/>
        <w:numPr>
          <w:ilvl w:val="0"/>
          <w:numId w:val="1001"/>
        </w:numPr>
      </w:pPr>
      <w:r>
        <w:rPr>
          <w:b/>
          <w:bCs/>
        </w:rPr>
        <w:t xml:space="preserve">The Ginnie Paul</w:t>
      </w:r>
      <w:r>
        <w:rPr>
          <w:b/>
          <w:bCs/>
        </w:rPr>
        <w:t xml:space="preserve"> </w:t>
      </w:r>
      <w:r>
        <w:rPr>
          <w:b/>
          <w:bCs/>
          <w:u w:val="single"/>
        </w:rPr>
        <w:t xml:space="preserve">wallowed</w:t>
      </w:r>
      <w:r>
        <w:rPr>
          <w:b/>
          <w:bCs/>
        </w:rPr>
        <w:t xml:space="preserve"> </w:t>
      </w:r>
      <w:r>
        <w:rPr>
          <w:b/>
          <w:bCs/>
        </w:rPr>
        <w:t xml:space="preserve">like the broad-beamed matron she was.</w:t>
      </w:r>
      <w:r>
        <w:br/>
      </w:r>
      <w:r>
        <w:t xml:space="preserve">    (a) recognized difference</w:t>
      </w:r>
      <w:r>
        <w:br/>
      </w:r>
      <w:r>
        <w:t xml:space="preserve">    (b) gained advantage from</w:t>
      </w:r>
      <w:r>
        <w:br/>
      </w:r>
      <w:r>
        <w:t xml:space="preserve">    (c) moved with difficulty</w:t>
      </w:r>
    </w:p>
    <w:p>
      <w:pPr>
        <w:pStyle w:val="Compact"/>
        <w:numPr>
          <w:ilvl w:val="0"/>
          <w:numId w:val="1001"/>
        </w:numPr>
      </w:pPr>
      <w:r>
        <w:rPr>
          <w:b/>
          <w:bCs/>
          <w:u w:val="single"/>
        </w:rPr>
        <w:t xml:space="preserve">Adieu</w:t>
      </w:r>
      <w:r>
        <w:rPr>
          <w:b/>
          <w:bCs/>
        </w:rPr>
        <w:t xml:space="preserve">, my love.</w:t>
      </w:r>
      <w:r>
        <w:br/>
      </w:r>
      <w:r>
        <w:t xml:space="preserve">    (a) goodbye</w:t>
      </w:r>
      <w:r>
        <w:br/>
      </w:r>
      <w:r>
        <w:t xml:space="preserve">    (b) hello</w:t>
      </w:r>
      <w:r>
        <w:br/>
      </w:r>
      <w:r>
        <w:t xml:space="preserve">    (c) greetings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2026-07-31T16:33:32Z</dcterms:created>
  <dcterms:modified xsi:type="dcterms:W3CDTF">2026-07-31T16:33:32Z</dcterms:modified>
</cp:coreProperties>
</file>

<file path=docProps/custom.xml><?xml version="1.0" encoding="utf-8"?>
<Properties xmlns="http://schemas.openxmlformats.org/officeDocument/2006/custom-properties" xmlns:vt="http://schemas.openxmlformats.org/officeDocument/2006/docPropsVTypes"/>
</file>