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2e9fae9defad55f612d7a02a7895b0fdd42ee5"/>
    <w:p>
      <w:pPr>
        <w:pStyle w:val="Heading1"/>
      </w:pPr>
      <w:r>
        <w:rPr>
          <w:b/>
          <w:bCs/>
        </w:rPr>
        <w:t xml:space="preserve">Hush, Hush</w:t>
      </w:r>
      <w:r>
        <w:br/>
      </w:r>
      <w:r>
        <w:rPr>
          <w:i/>
          <w:iCs/>
        </w:rPr>
        <w:t xml:space="preserve">Becca Fitzpatrick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stared at him, mouth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agape</w:t>
      </w:r>
      <w:r>
        <w:rPr>
          <w:b/>
          <w:bCs/>
        </w:rPr>
        <w:t xml:space="preserve">.</w:t>
      </w:r>
      <w:r>
        <w:br/>
      </w:r>
      <w:r>
        <w:t xml:space="preserve">    (a) wide open</w:t>
      </w:r>
      <w:r>
        <w:br/>
      </w:r>
      <w:r>
        <w:t xml:space="preserve">    (b) screaming</w:t>
      </w:r>
      <w:r>
        <w:br/>
      </w:r>
      <w:r>
        <w:t xml:space="preserve">    (c) clamped shut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coach studied the film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analyze</w:t>
      </w:r>
      <w:r>
        <w:rPr>
          <w:b/>
          <w:bCs/>
        </w:rPr>
        <w:t xml:space="preserve"> </w:t>
      </w:r>
      <w:r>
        <w:rPr>
          <w:b/>
          <w:bCs/>
        </w:rPr>
        <w:t xml:space="preserve">the defensive breakdown.</w:t>
      </w:r>
      <w:r>
        <w:br/>
      </w:r>
      <w:r>
        <w:t xml:space="preserve">    (a) examine</w:t>
      </w:r>
      <w:r>
        <w:br/>
      </w:r>
      <w:r>
        <w:t xml:space="preserve">    (b) cause</w:t>
      </w:r>
      <w:r>
        <w:br/>
      </w:r>
      <w:r>
        <w:t xml:space="preserve">    (c) avoid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mother is careful about how she eats because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anemic</w:t>
      </w:r>
      <w:r>
        <w:rPr>
          <w:b/>
          <w:bCs/>
        </w:rPr>
        <w:t xml:space="preserve">.</w:t>
      </w:r>
      <w:r>
        <w:br/>
      </w:r>
      <w:r>
        <w:t xml:space="preserve">    (a) with too few red blood cells</w:t>
      </w:r>
      <w:r>
        <w:br/>
      </w:r>
      <w:r>
        <w:t xml:space="preserve">    (b) with blood pressure too high</w:t>
      </w:r>
      <w:r>
        <w:br/>
      </w:r>
      <w:r>
        <w:t xml:space="preserve">    (c) with too much cholesterol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describes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archangel</w:t>
      </w:r>
      <w:r>
        <w:rPr>
          <w:b/>
          <w:bCs/>
        </w:rPr>
        <w:t xml:space="preserve"> </w:t>
      </w:r>
      <w:r>
        <w:rPr>
          <w:b/>
          <w:bCs/>
        </w:rPr>
        <w:t xml:space="preserve">descending from the heavens.</w:t>
      </w:r>
      <w:r>
        <w:br/>
      </w:r>
      <w:r>
        <w:t xml:space="preserve">    (a) a chief angel</w:t>
      </w:r>
      <w:r>
        <w:br/>
      </w:r>
      <w:r>
        <w:t xml:space="preserve">    (b) a lost spirit</w:t>
      </w:r>
      <w:r>
        <w:br/>
      </w:r>
      <w:r>
        <w:t xml:space="preserve">    (c) a small demon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does not use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artificial</w:t>
      </w:r>
      <w:r>
        <w:rPr>
          <w:b/>
          <w:bCs/>
        </w:rPr>
        <w:t xml:space="preserve"> </w:t>
      </w:r>
      <w:r>
        <w:rPr>
          <w:b/>
          <w:bCs/>
        </w:rPr>
        <w:t xml:space="preserve">ingredients.</w:t>
      </w:r>
      <w:r>
        <w:br/>
      </w:r>
      <w:r>
        <w:t xml:space="preserve">    (a) containing gluten</w:t>
      </w:r>
      <w:r>
        <w:br/>
      </w:r>
      <w:r>
        <w:t xml:space="preserve">    (b) made by humans</w:t>
      </w:r>
      <w:r>
        <w:br/>
      </w:r>
      <w:r>
        <w:t xml:space="preserve">    (c) grown non-locally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put on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artificial</w:t>
      </w:r>
      <w:r>
        <w:rPr>
          <w:b/>
          <w:bCs/>
        </w:rPr>
        <w:t xml:space="preserve"> </w:t>
      </w:r>
      <w:r>
        <w:rPr>
          <w:b/>
          <w:bCs/>
        </w:rPr>
        <w:t xml:space="preserve">smile for the cameras while berating my performance.</w:t>
      </w:r>
      <w:r>
        <w:br/>
      </w:r>
      <w:r>
        <w:t xml:space="preserve">    (a) very large</w:t>
      </w:r>
      <w:r>
        <w:br/>
      </w:r>
      <w:r>
        <w:t xml:space="preserve">    (b) barely noticeable</w:t>
      </w:r>
      <w:r>
        <w:br/>
      </w:r>
      <w:r>
        <w:t xml:space="preserve">    (c) not sincere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museum tested the letter to prove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authenticity</w:t>
      </w:r>
      <w:r>
        <w:rPr>
          <w:b/>
          <w:bCs/>
        </w:rPr>
        <w:t xml:space="preserve">.</w:t>
      </w:r>
      <w:r>
        <w:br/>
      </w:r>
      <w:r>
        <w:t xml:space="preserve">    (a) being colorful</w:t>
      </w:r>
      <w:r>
        <w:br/>
      </w:r>
      <w:r>
        <w:t xml:space="preserve">    (b) being genuine</w:t>
      </w:r>
      <w:r>
        <w:br/>
      </w:r>
      <w:r>
        <w:t xml:space="preserve">    (c) being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</w:t>
      </w:r>
      <w:r>
        <w:rPr>
          <w:b/>
          <w:bCs/>
        </w:rPr>
        <w:t xml:space="preserve"> </w:t>
      </w:r>
      <w:r>
        <w:rPr>
          <w:b/>
          <w:bCs/>
        </w:rPr>
        <w:t xml:space="preserve">the thought from my mind.</w:t>
      </w:r>
      <w:r>
        <w:br/>
      </w:r>
      <w:r>
        <w:t xml:space="preserve">    (a) send away</w:t>
      </w:r>
      <w:r>
        <w:br/>
      </w:r>
      <w:r>
        <w:t xml:space="preserve">    (b) collect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Volunteers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canvass</w:t>
      </w:r>
      <w:r>
        <w:rPr>
          <w:b/>
          <w:bCs/>
        </w:rPr>
        <w:t xml:space="preserve"> </w:t>
      </w:r>
      <w:r>
        <w:rPr>
          <w:b/>
          <w:bCs/>
        </w:rPr>
        <w:t xml:space="preserve">the neighborhood to gather support for the candidate.</w:t>
      </w:r>
      <w:r>
        <w:br/>
      </w:r>
      <w:r>
        <w:t xml:space="preserve">    (a) report news from</w:t>
      </w:r>
      <w:r>
        <w:br/>
      </w:r>
      <w:r>
        <w:t xml:space="preserve">    (b) set up a stage in</w:t>
      </w:r>
      <w:r>
        <w:br/>
      </w:r>
      <w:r>
        <w:t xml:space="preserve">    (c) go door-to-door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fortunate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coincidence</w:t>
      </w:r>
      <w:r>
        <w:rPr>
          <w:b/>
          <w:bCs/>
        </w:rPr>
        <w:t xml:space="preserve"> </w:t>
      </w:r>
      <w:r>
        <w:rPr>
          <w:b/>
          <w:bCs/>
        </w:rPr>
        <w:t xml:space="preserve">that we ran into each other at Starbucks.</w:t>
      </w:r>
      <w:r>
        <w:br/>
      </w:r>
      <w:r>
        <w:t xml:space="preserve">    (a) likely event</w:t>
      </w:r>
      <w:r>
        <w:br/>
      </w:r>
      <w:r>
        <w:t xml:space="preserve">    (b) plan</w:t>
      </w:r>
      <w:r>
        <w:br/>
      </w:r>
      <w:r>
        <w:t xml:space="preserve">    (c) unlikely 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fake article was written to attract attention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</w:t>
      </w:r>
      <w:r>
        <w:rPr>
          <w:b/>
          <w:bCs/>
        </w:rPr>
        <w:t xml:space="preserve"> </w:t>
      </w:r>
      <w:r>
        <w:rPr>
          <w:b/>
          <w:bCs/>
        </w:rPr>
        <w:t xml:space="preserve">readers.</w:t>
      </w:r>
      <w:r>
        <w:br/>
      </w:r>
      <w:r>
        <w:t xml:space="preserve">    (a) lie to or mislead</w:t>
      </w:r>
      <w:r>
        <w:br/>
      </w:r>
      <w:r>
        <w:t xml:space="preserve">    (b) entertain</w:t>
      </w:r>
      <w:r>
        <w:br/>
      </w:r>
      <w:r>
        <w:t xml:space="preserve">    (c) attract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evaluating</w:t>
      </w:r>
      <w:r>
        <w:rPr>
          <w:b/>
          <w:bCs/>
        </w:rPr>
        <w:t xml:space="preserve"> </w:t>
      </w:r>
      <w:r>
        <w:rPr>
          <w:b/>
          <w:bCs/>
        </w:rPr>
        <w:t xml:space="preserve">job options.</w:t>
      </w:r>
      <w:r>
        <w:br/>
      </w:r>
      <w:r>
        <w:t xml:space="preserve">    (a) considering</w:t>
      </w:r>
      <w:r>
        <w:br/>
      </w:r>
      <w:r>
        <w:t xml:space="preserve">    (b) creating</w:t>
      </w:r>
      <w:r>
        <w:br/>
      </w:r>
      <w:r>
        <w:t xml:space="preserve">    (c) avoiding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implied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would vote with us.</w:t>
      </w:r>
      <w:r>
        <w:br/>
      </w:r>
      <w:r>
        <w:t xml:space="preserve">    (a) denied</w:t>
      </w:r>
      <w:r>
        <w:br/>
      </w:r>
      <w:r>
        <w:t xml:space="preserve">    (b) hinted</w:t>
      </w:r>
      <w:r>
        <w:br/>
      </w:r>
      <w:r>
        <w:t xml:space="preserve">    (c) insisted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parents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instilled</w:t>
      </w:r>
      <w:r>
        <w:rPr>
          <w:b/>
          <w:bCs/>
        </w:rPr>
        <w:t xml:space="preserve"> </w:t>
      </w:r>
      <w:r>
        <w:rPr>
          <w:b/>
          <w:bCs/>
        </w:rPr>
        <w:t xml:space="preserve">the lesson that it is more important to be a good person than to be a successful person.</w:t>
      </w:r>
      <w:r>
        <w:br/>
      </w:r>
      <w:r>
        <w:t xml:space="preserve">    (a) taught</w:t>
      </w:r>
      <w:r>
        <w:br/>
      </w:r>
      <w:r>
        <w:t xml:space="preserve">    (b) disproved</w:t>
      </w:r>
      <w:r>
        <w:br/>
      </w:r>
      <w:r>
        <w:t xml:space="preserve">    (c) rejected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Officers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interrogate</w:t>
      </w:r>
      <w:r>
        <w:rPr>
          <w:b/>
          <w:bCs/>
        </w:rPr>
        <w:t xml:space="preserve"> </w:t>
      </w:r>
      <w:r>
        <w:rPr>
          <w:b/>
          <w:bCs/>
        </w:rPr>
        <w:t xml:space="preserve">the witnesses separately to compare their accounts.</w:t>
      </w:r>
      <w:r>
        <w:br/>
      </w:r>
      <w:r>
        <w:t xml:space="preserve">    (a) question closely</w:t>
      </w:r>
      <w:r>
        <w:br/>
      </w:r>
      <w:r>
        <w:t xml:space="preserve">    (b) politely greet</w:t>
      </w:r>
      <w:r>
        <w:br/>
      </w:r>
      <w:r>
        <w:t xml:space="preserve">    (c) quietly observe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irrational</w:t>
      </w:r>
      <w:r>
        <w:rPr>
          <w:b/>
          <w:bCs/>
        </w:rPr>
        <w:t xml:space="preserve"> </w:t>
      </w:r>
      <w:r>
        <w:rPr>
          <w:b/>
          <w:bCs/>
        </w:rPr>
        <w:t xml:space="preserve">fear of heights.</w:t>
      </w:r>
      <w:r>
        <w:br/>
      </w:r>
      <w:r>
        <w:t xml:space="preserve">    (a) reasonable</w:t>
      </w:r>
      <w:r>
        <w:br/>
      </w:r>
      <w:r>
        <w:t xml:space="preserve">    (b) varying</w:t>
      </w:r>
      <w:r>
        <w:br/>
      </w:r>
      <w:r>
        <w:t xml:space="preserve">    (c) unreasonable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desire for religious freedom was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for leaving England.</w:t>
      </w:r>
      <w:r>
        <w:br/>
      </w:r>
      <w:r>
        <w:t xml:space="preserve">    (a) excuse</w:t>
      </w:r>
      <w:r>
        <w:br/>
      </w:r>
      <w:r>
        <w:t xml:space="preserve">    (b) technique</w:t>
      </w:r>
      <w:r>
        <w:br/>
      </w:r>
      <w:r>
        <w:t xml:space="preserve">    (c)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policy faced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scrutiny</w:t>
      </w:r>
      <w:r>
        <w:rPr>
          <w:b/>
          <w:bCs/>
        </w:rPr>
        <w:t xml:space="preserve"> </w:t>
      </w:r>
      <w:r>
        <w:rPr>
          <w:b/>
          <w:bCs/>
        </w:rPr>
        <w:t xml:space="preserve">from independent reviewers.</w:t>
      </w:r>
      <w:r>
        <w:br/>
      </w:r>
      <w:r>
        <w:t xml:space="preserve">    (a) strong support</w:t>
      </w:r>
      <w:r>
        <w:br/>
      </w:r>
      <w:r>
        <w:t xml:space="preserve">    (b) careful examination</w:t>
      </w:r>
      <w:r>
        <w:br/>
      </w:r>
      <w:r>
        <w:t xml:space="preserve">    (c) quick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team's preferred style of defense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vulnerable to</w:t>
      </w:r>
      <w:r>
        <w:rPr>
          <w:b/>
          <w:bCs/>
        </w:rPr>
        <w:t xml:space="preserve"> </w:t>
      </w:r>
      <w:r>
        <w:rPr>
          <w:b/>
          <w:bCs/>
        </w:rPr>
        <w:t xml:space="preserve">good outside shooters.</w:t>
      </w:r>
      <w:r>
        <w:br/>
      </w:r>
      <w:r>
        <w:t xml:space="preserve">    (a) designed to stop</w:t>
      </w:r>
      <w:r>
        <w:br/>
      </w:r>
      <w:r>
        <w:t xml:space="preserve">    (b) easily hurt by</w:t>
      </w:r>
      <w:r>
        <w:br/>
      </w:r>
      <w:r>
        <w:t xml:space="preserve">    (c) dependent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never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</w:t>
      </w:r>
      <w:r>
        <w:rPr>
          <w:b/>
          <w:bCs/>
        </w:rPr>
        <w:t xml:space="preserve"> </w:t>
      </w:r>
      <w:r>
        <w:rPr>
          <w:b/>
          <w:bCs/>
        </w:rPr>
        <w:t xml:space="preserve">in our commitment to provide the best education possible.</w:t>
      </w:r>
      <w:r>
        <w:br/>
      </w:r>
      <w:r>
        <w:t xml:space="preserve">    (a) speak forcefully</w:t>
      </w:r>
      <w:r>
        <w:br/>
      </w:r>
      <w:r>
        <w:t xml:space="preserve">    (b) be unsteady</w:t>
      </w:r>
      <w:r>
        <w:br/>
      </w:r>
      <w:r>
        <w:t xml:space="preserve">    (c) grow rapidly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2026-07-31T18:37:04Z</dcterms:created>
  <dcterms:modified xsi:type="dcterms:W3CDTF">2026-07-31T18:37:04Z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