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0eb964b8655943ffa9cbf3f8275779c4bd7a5e2"/>
    <w:p>
      <w:pPr>
        <w:pStyle w:val="Heading1"/>
      </w:pPr>
      <w:r>
        <w:rPr>
          <w:b/>
          <w:bCs/>
        </w:rPr>
        <w:t xml:space="preserve">Mockingjay</w:t>
      </w:r>
      <w:r>
        <w:br/>
      </w:r>
      <w:r>
        <w:rPr>
          <w:i/>
          <w:iCs/>
        </w:rPr>
        <w:t xml:space="preserve">Suzanne Collins</w:t>
      </w:r>
      <w:r>
        <w:br/>
      </w:r>
      <w:r>
        <w:rPr>
          <w:b/>
          <w:bCs/>
        </w:rPr>
        <w:t xml:space="preserve">Extra Credit 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nurse always wipes the skin with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antiseptic</w:t>
      </w:r>
      <w:r>
        <w:rPr>
          <w:b/>
          <w:bCs/>
        </w:rPr>
        <w:t xml:space="preserve"> </w:t>
      </w:r>
      <w:r>
        <w:rPr>
          <w:b/>
          <w:bCs/>
        </w:rPr>
        <w:t xml:space="preserve">swab before administering a shot.</w:t>
      </w:r>
      <w:r>
        <w:br/>
      </w:r>
      <w:r>
        <w:t xml:space="preserve">    (a) a substance used to clean wounds because it makes the pain go away</w:t>
      </w:r>
      <w:r>
        <w:br/>
      </w:r>
      <w:r>
        <w:t xml:space="preserve">    (b) a substance used to clean wounds because it prevents infection by killing harmful bacteria</w:t>
      </w:r>
      <w:r>
        <w:br/>
      </w:r>
      <w:r>
        <w:t xml:space="preserve">    (c) a pain killer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rules felt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arbitrary</w:t>
      </w:r>
      <w:r>
        <w:rPr>
          <w:b/>
          <w:bCs/>
        </w:rPr>
        <w:t xml:space="preserve">, changing from one day to the next without clear explanation.</w:t>
      </w:r>
      <w:r>
        <w:br/>
      </w:r>
      <w:r>
        <w:t xml:space="preserve">    (a) impulsive</w:t>
      </w:r>
      <w:r>
        <w:br/>
      </w:r>
      <w:r>
        <w:t xml:space="preserve">    (b) strict</w:t>
      </w:r>
      <w:r>
        <w:br/>
      </w:r>
      <w:r>
        <w:t xml:space="preserve">    (c) cruel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Be careful. The chemical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caustic</w:t>
      </w:r>
      <w:r>
        <w:rPr>
          <w:b/>
          <w:bCs/>
        </w:rPr>
        <w:t xml:space="preserve">.</w:t>
      </w:r>
      <w:r>
        <w:br/>
      </w:r>
      <w:r>
        <w:t xml:space="preserve">    (a) corrosive or damaging</w:t>
      </w:r>
      <w:r>
        <w:br/>
      </w:r>
      <w:r>
        <w:t xml:space="preserve">    (b) very sticky</w:t>
      </w:r>
      <w:r>
        <w:br/>
      </w:r>
      <w:r>
        <w:t xml:space="preserve">    (c) dangerously cold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always enjoy her remarks, though they can be a bit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caustic</w:t>
      </w:r>
      <w:r>
        <w:rPr>
          <w:b/>
          <w:bCs/>
        </w:rPr>
        <w:t xml:space="preserve">.</w:t>
      </w:r>
      <w:r>
        <w:br/>
      </w:r>
      <w:r>
        <w:t xml:space="preserve">    (a) depressing or sad</w:t>
      </w:r>
      <w:r>
        <w:br/>
      </w:r>
      <w:r>
        <w:t xml:space="preserve">    (b) hard to understand</w:t>
      </w:r>
      <w:r>
        <w:br/>
      </w:r>
      <w:r>
        <w:t xml:space="preserve">    (c) sarcastic or harsh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People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congregated</w:t>
      </w:r>
      <w:r>
        <w:rPr>
          <w:b/>
          <w:bCs/>
        </w:rPr>
        <w:t xml:space="preserve"> </w:t>
      </w:r>
      <w:r>
        <w:rPr>
          <w:b/>
          <w:bCs/>
        </w:rPr>
        <w:t xml:space="preserve">outside of City Hall to protest.</w:t>
      </w:r>
      <w:r>
        <w:br/>
      </w:r>
      <w:r>
        <w:t xml:space="preserve">    (a) shouted</w:t>
      </w:r>
      <w:r>
        <w:br/>
      </w:r>
      <w:r>
        <w:t xml:space="preserve">    (b) came together</w:t>
      </w:r>
      <w:r>
        <w:br/>
      </w:r>
      <w:r>
        <w:t xml:space="preserve">    (c) sat down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Moderates in the senate sought to build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consensus</w:t>
      </w:r>
      <w:r>
        <w:rPr>
          <w:b/>
          <w:bCs/>
        </w:rPr>
        <w:t xml:space="preserve"> </w:t>
      </w:r>
      <w:r>
        <w:rPr>
          <w:b/>
          <w:bCs/>
        </w:rPr>
        <w:t xml:space="preserve">between both parties so that the budget could be passed.</w:t>
      </w:r>
      <w:r>
        <w:br/>
      </w:r>
      <w:r>
        <w:t xml:space="preserve">    (a) decrease in spending</w:t>
      </w:r>
      <w:r>
        <w:br/>
      </w:r>
      <w:r>
        <w:t xml:space="preserve">    (b) surplus of funds</w:t>
      </w:r>
      <w:r>
        <w:br/>
      </w:r>
      <w:r>
        <w:t xml:space="preserve">    (c) general agreement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is a natural athlete, but to the coach's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consternation</w:t>
      </w:r>
      <w:r>
        <w:rPr>
          <w:b/>
          <w:bCs/>
        </w:rPr>
        <w:t xml:space="preserve">, she tends to forget the play in the heat of the moment.</w:t>
      </w:r>
      <w:r>
        <w:br/>
      </w:r>
      <w:r>
        <w:t xml:space="preserve">    (a) prediction</w:t>
      </w:r>
      <w:r>
        <w:br/>
      </w:r>
      <w:r>
        <w:t xml:space="preserve">    (b) dismay</w:t>
      </w:r>
      <w:r>
        <w:br/>
      </w:r>
      <w:r>
        <w:t xml:space="preserve">    (c) blame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argues that the stimulus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facilitated</w:t>
      </w:r>
      <w:r>
        <w:rPr>
          <w:b/>
          <w:bCs/>
        </w:rPr>
        <w:t xml:space="preserve"> </w:t>
      </w:r>
      <w:r>
        <w:rPr>
          <w:b/>
          <w:bCs/>
        </w:rPr>
        <w:t xml:space="preserve">an economic recovery.</w:t>
      </w:r>
      <w:r>
        <w:br/>
      </w:r>
      <w:r>
        <w:t xml:space="preserve">    (a) complicated</w:t>
      </w:r>
      <w:r>
        <w:br/>
      </w:r>
      <w:r>
        <w:t xml:space="preserve">    (b) made easier</w:t>
      </w:r>
      <w:r>
        <w:br/>
      </w:r>
      <w:r>
        <w:t xml:space="preserve">    (c) ruled out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Be sure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factor</w:t>
      </w:r>
      <w:r>
        <w:rPr>
          <w:b/>
          <w:bCs/>
        </w:rPr>
        <w:t xml:space="preserve"> </w:t>
      </w:r>
      <w:r>
        <w:rPr>
          <w:b/>
          <w:bCs/>
        </w:rPr>
        <w:t xml:space="preserve">the cost of insurance into your decision when you think about buying a car.</w:t>
      </w:r>
      <w:r>
        <w:br/>
      </w:r>
      <w:r>
        <w:t xml:space="preserve">    (a) do away with completely</w:t>
      </w:r>
      <w:r>
        <w:br/>
      </w:r>
      <w:r>
        <w:t xml:space="preserve">    (b) include for consideration</w:t>
      </w:r>
      <w:r>
        <w:br/>
      </w:r>
      <w:r>
        <w:t xml:space="preserve">    (c) make very angry or annoy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was raised with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frugal</w:t>
      </w:r>
      <w:r>
        <w:rPr>
          <w:b/>
          <w:bCs/>
        </w:rPr>
        <w:t xml:space="preserve"> </w:t>
      </w:r>
      <w:r>
        <w:rPr>
          <w:b/>
          <w:bCs/>
        </w:rPr>
        <w:t xml:space="preserve">habits and always orders tap water to drink at a restaurant.</w:t>
      </w:r>
      <w:r>
        <w:br/>
      </w:r>
      <w:r>
        <w:t xml:space="preserve">    (a) environmentally-conscious</w:t>
      </w:r>
      <w:r>
        <w:br/>
      </w:r>
      <w:r>
        <w:t xml:space="preserve">    (b) health-promoting</w:t>
      </w:r>
      <w:r>
        <w:br/>
      </w:r>
      <w:r>
        <w:t xml:space="preserve">    (c) money-saving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His grades were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inconsistent</w:t>
      </w:r>
      <w:r>
        <w:rPr>
          <w:b/>
          <w:bCs/>
        </w:rPr>
        <w:t xml:space="preserve">, ranging from A's to F's each term.</w:t>
      </w:r>
      <w:r>
        <w:br/>
      </w:r>
      <w:r>
        <w:t xml:space="preserve">    (a) private</w:t>
      </w:r>
      <w:r>
        <w:br/>
      </w:r>
      <w:r>
        <w:t xml:space="preserve">    (b) uneven</w:t>
      </w:r>
      <w:r>
        <w:br/>
      </w:r>
      <w:r>
        <w:t xml:space="preserve">    (c) perfect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Large lunches make me feel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lethargic</w:t>
      </w:r>
      <w:r>
        <w:rPr>
          <w:b/>
          <w:bCs/>
        </w:rPr>
        <w:t xml:space="preserve"> </w:t>
      </w:r>
      <w:r>
        <w:rPr>
          <w:b/>
          <w:bCs/>
        </w:rPr>
        <w:t xml:space="preserve">in the afternoon.</w:t>
      </w:r>
      <w:r>
        <w:br/>
      </w:r>
      <w:r>
        <w:t xml:space="preserve">    (a) upset</w:t>
      </w:r>
      <w:r>
        <w:br/>
      </w:r>
      <w:r>
        <w:t xml:space="preserve">    (b) sluggish</w:t>
      </w:r>
      <w:r>
        <w:br/>
      </w:r>
      <w:r>
        <w:t xml:space="preserve">    (c) energetic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dog's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pedigree</w:t>
      </w:r>
      <w:r>
        <w:rPr>
          <w:b/>
          <w:bCs/>
        </w:rPr>
        <w:t xml:space="preserve"> </w:t>
      </w:r>
      <w:r>
        <w:rPr>
          <w:b/>
          <w:bCs/>
        </w:rPr>
        <w:t xml:space="preserve">showed champions in its family for generations.</w:t>
      </w:r>
      <w:r>
        <w:br/>
      </w:r>
      <w:r>
        <w:t xml:space="preserve">    (a) ancestral history</w:t>
      </w:r>
      <w:r>
        <w:br/>
      </w:r>
      <w:r>
        <w:t xml:space="preserve">    (b) future health</w:t>
      </w:r>
      <w:r>
        <w:br/>
      </w:r>
      <w:r>
        <w:t xml:space="preserve">    (c) current value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After months of practice, she gained enough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proficiency</w:t>
      </w:r>
      <w:r>
        <w:rPr>
          <w:b/>
          <w:bCs/>
        </w:rPr>
        <w:t xml:space="preserve"> </w:t>
      </w:r>
      <w:r>
        <w:rPr>
          <w:b/>
          <w:bCs/>
        </w:rPr>
        <w:t xml:space="preserve">in Spanish to hold a simple conversation.</w:t>
      </w:r>
      <w:r>
        <w:br/>
      </w:r>
      <w:r>
        <w:t xml:space="preserve">    (a) permission</w:t>
      </w:r>
      <w:r>
        <w:br/>
      </w:r>
      <w:r>
        <w:t xml:space="preserve">    (b) interest</w:t>
      </w:r>
      <w:r>
        <w:br/>
      </w:r>
      <w:r>
        <w:t xml:space="preserve">    (c) skill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To control the spread of the disease, the school has a separate room where sick students wait for a ride home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recuperate</w:t>
      </w:r>
      <w:r>
        <w:rPr>
          <w:b/>
          <w:bCs/>
        </w:rPr>
        <w:t xml:space="preserve">.</w:t>
      </w:r>
      <w:r>
        <w:br/>
      </w:r>
      <w:r>
        <w:t xml:space="preserve">    (a) regain health</w:t>
      </w:r>
      <w:r>
        <w:br/>
      </w:r>
      <w:r>
        <w:t xml:space="preserve">    (b) family care</w:t>
      </w:r>
      <w:r>
        <w:br/>
      </w:r>
      <w:r>
        <w:t xml:space="preserve">    (c) do homework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refuted</w:t>
      </w:r>
      <w:r>
        <w:rPr>
          <w:b/>
          <w:bCs/>
        </w:rPr>
        <w:t xml:space="preserve"> </w:t>
      </w:r>
      <w:r>
        <w:rPr>
          <w:b/>
          <w:bCs/>
        </w:rPr>
        <w:t xml:space="preserve">the argument.</w:t>
      </w:r>
      <w:r>
        <w:br/>
      </w:r>
      <w:r>
        <w:t xml:space="preserve">    (a) argued against</w:t>
      </w:r>
      <w:r>
        <w:br/>
      </w:r>
      <w:r>
        <w:t xml:space="preserve">    (b) avoided</w:t>
      </w:r>
      <w:r>
        <w:br/>
      </w:r>
      <w:r>
        <w:t xml:space="preserve">    (c) complained about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Each of the poem's four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stanzas</w:t>
      </w:r>
      <w:r>
        <w:rPr>
          <w:b/>
          <w:bCs/>
        </w:rPr>
        <w:t xml:space="preserve"> </w:t>
      </w:r>
      <w:r>
        <w:rPr>
          <w:b/>
          <w:bCs/>
        </w:rPr>
        <w:t xml:space="preserve">tells part of the story.</w:t>
      </w:r>
      <w:r>
        <w:br/>
      </w:r>
      <w:r>
        <w:t xml:space="preserve">    (a) verses</w:t>
      </w:r>
      <w:r>
        <w:br/>
      </w:r>
      <w:r>
        <w:t xml:space="preserve">    (b) rhymes</w:t>
      </w:r>
      <w:r>
        <w:br/>
      </w:r>
      <w:r>
        <w:t xml:space="preserve">    (c) titles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archaeologists discovered a network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subterranean</w:t>
      </w:r>
      <w:r>
        <w:rPr>
          <w:b/>
          <w:bCs/>
        </w:rPr>
        <w:t xml:space="preserve"> </w:t>
      </w:r>
      <w:r>
        <w:rPr>
          <w:b/>
          <w:bCs/>
        </w:rPr>
        <w:t xml:space="preserve">tunnels beneath the ancient city.</w:t>
      </w:r>
      <w:r>
        <w:br/>
      </w:r>
      <w:r>
        <w:t xml:space="preserve">    (a) near the river</w:t>
      </w:r>
      <w:r>
        <w:br/>
      </w:r>
      <w:r>
        <w:t xml:space="preserve">    (b) above the trees</w:t>
      </w:r>
      <w:r>
        <w:br/>
      </w:r>
      <w:r>
        <w:t xml:space="preserve">    (c) under the ground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Russia presented Ukraine with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ultimatum</w:t>
      </w:r>
      <w:r>
        <w:rPr>
          <w:b/>
          <w:bCs/>
        </w:rPr>
        <w:t xml:space="preserve"> </w:t>
      </w:r>
      <w:r>
        <w:rPr>
          <w:b/>
          <w:bCs/>
        </w:rPr>
        <w:t xml:space="preserve">that could not be ignored.</w:t>
      </w:r>
      <w:r>
        <w:br/>
      </w:r>
      <w:r>
        <w:t xml:space="preserve">    (a) final demand that carried a threat if it is rejected</w:t>
      </w:r>
      <w:r>
        <w:br/>
      </w:r>
      <w:r>
        <w:t xml:space="preserve">    (b) something added to increase attractiveness or interest</w:t>
      </w:r>
      <w:r>
        <w:br/>
      </w:r>
      <w:r>
        <w:t xml:space="preserve">    (c) an act that violates a rule, promise, or social norm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weaned</w:t>
      </w:r>
      <w:r>
        <w:rPr>
          <w:b/>
          <w:bCs/>
        </w:rPr>
        <w:t xml:space="preserve"> </w:t>
      </w:r>
      <w:r>
        <w:rPr>
          <w:b/>
          <w:bCs/>
        </w:rPr>
        <w:t xml:space="preserve">her baby when he was three months old and started him on cow's milk.</w:t>
      </w:r>
      <w:r>
        <w:br/>
      </w:r>
      <w:r>
        <w:t xml:space="preserve">    (a) broke the law by telling lies after formally promising to tell the truth</w:t>
      </w:r>
      <w:r>
        <w:br/>
      </w:r>
      <w:r>
        <w:t xml:space="preserve">    (b) adapted to the removal of breastmilk</w:t>
      </w:r>
      <w:r>
        <w:br/>
      </w:r>
      <w:r>
        <w:t xml:space="preserve">    (c) to make fit for service to humans or home life -- by breeding or taming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2026-07-31T18:21:08Z</dcterms:created>
  <dcterms:modified xsi:type="dcterms:W3CDTF">2026-07-31T18:21:08Z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