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dd0fc0ef9f75959ddd27f65c1e66415d706aeae"/>
    <w:p>
      <w:pPr>
        <w:pStyle w:val="Heading1"/>
      </w:pPr>
      <w:r>
        <w:rPr>
          <w:b/>
          <w:bCs/>
        </w:rPr>
        <w:t xml:space="preserve">Mockingjay</w:t>
      </w:r>
      <w:r>
        <w:br/>
      </w:r>
      <w:r>
        <w:rPr>
          <w:i/>
          <w:iCs/>
        </w:rPr>
        <w:t xml:space="preserve">Suzanne Collins</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During the Dark Days, the rebels in 13</w:t>
      </w:r>
      <w:r>
        <w:rPr>
          <w:b/>
          <w:bCs/>
        </w:rPr>
        <w:t xml:space="preserve"> </w:t>
      </w:r>
      <w:r>
        <w:rPr>
          <w:b/>
          <w:bCs/>
          <w:u w:val="single"/>
        </w:rPr>
        <w:t xml:space="preserve">wrested</w:t>
      </w:r>
      <w:r>
        <w:rPr>
          <w:b/>
          <w:bCs/>
        </w:rPr>
        <w:t xml:space="preserve"> </w:t>
      </w:r>
      <w:r>
        <w:rPr>
          <w:b/>
          <w:bCs/>
        </w:rPr>
        <w:t xml:space="preserve">control from the government forces, trained their nuclear missiles on the Capitol, and then struck a bargain: They would play dead in exchange for being left alone.</w:t>
      </w:r>
      <w:r>
        <w:br/>
      </w:r>
      <w:r>
        <w:t xml:space="preserve">    (a) protected or kept something as it was</w:t>
      </w:r>
      <w:r>
        <w:br/>
      </w:r>
      <w:r>
        <w:t xml:space="preserve">    (b) obtain with difficult effort or force</w:t>
      </w:r>
      <w:r>
        <w:br/>
      </w:r>
      <w:r>
        <w:t xml:space="preserve">    (c) controlled (how something turned out)</w:t>
      </w:r>
    </w:p>
    <w:p>
      <w:pPr>
        <w:pStyle w:val="Compact"/>
        <w:numPr>
          <w:ilvl w:val="0"/>
          <w:numId w:val="1001"/>
        </w:numPr>
      </w:pPr>
      <w:r>
        <w:rPr>
          <w:b/>
          <w:bCs/>
        </w:rPr>
        <w:t xml:space="preserve">"We had to restrain them after an</w:t>
      </w:r>
      <w:r>
        <w:rPr>
          <w:b/>
          <w:bCs/>
        </w:rPr>
        <w:t xml:space="preserve"> </w:t>
      </w:r>
      <w:r>
        <w:rPr>
          <w:b/>
          <w:bCs/>
          <w:u w:val="single"/>
        </w:rPr>
        <w:t xml:space="preserve">altercation</w:t>
      </w:r>
      <w:r>
        <w:rPr>
          <w:b/>
          <w:bCs/>
        </w:rPr>
        <w:t xml:space="preserve"> </w:t>
      </w:r>
      <w:r>
        <w:rPr>
          <w:b/>
          <w:bCs/>
        </w:rPr>
        <w:t xml:space="preserve">over some bread," says the guard.</w:t>
      </w:r>
      <w:r>
        <w:br/>
      </w:r>
      <w:r>
        <w:t xml:space="preserve">    (a) escape attempt</w:t>
      </w:r>
      <w:r>
        <w:br/>
      </w:r>
      <w:r>
        <w:t xml:space="preserve">    (b) fight</w:t>
      </w:r>
      <w:r>
        <w:br/>
      </w:r>
      <w:r>
        <w:t xml:space="preserve">    (c) hunger strike</w:t>
      </w:r>
    </w:p>
    <w:p>
      <w:pPr>
        <w:pStyle w:val="Compact"/>
        <w:numPr>
          <w:ilvl w:val="0"/>
          <w:numId w:val="1001"/>
        </w:numPr>
      </w:pPr>
      <w:r>
        <w:rPr>
          <w:b/>
          <w:bCs/>
        </w:rPr>
        <w:t xml:space="preserve">In the rumbling of the crowd, I hear the</w:t>
      </w:r>
      <w:r>
        <w:rPr>
          <w:b/>
          <w:bCs/>
        </w:rPr>
        <w:t xml:space="preserve"> </w:t>
      </w:r>
      <w:r>
        <w:rPr>
          <w:b/>
          <w:bCs/>
          <w:u w:val="single"/>
        </w:rPr>
        <w:t xml:space="preserve">dissent</w:t>
      </w:r>
      <w:r>
        <w:rPr>
          <w:b/>
          <w:bCs/>
        </w:rPr>
        <w:t xml:space="preserve">.</w:t>
      </w:r>
      <w:r>
        <w:br/>
      </w:r>
      <w:r>
        <w:t xml:space="preserve">    (a) popularity (of an idea)</w:t>
      </w:r>
      <w:r>
        <w:br/>
      </w:r>
      <w:r>
        <w:t xml:space="preserve">    (b) high-pitched tone</w:t>
      </w:r>
      <w:r>
        <w:br/>
      </w:r>
      <w:r>
        <w:t xml:space="preserve">    (c) disagreement</w:t>
      </w:r>
    </w:p>
    <w:p>
      <w:pPr>
        <w:pStyle w:val="Compact"/>
        <w:numPr>
          <w:ilvl w:val="0"/>
          <w:numId w:val="1001"/>
        </w:numPr>
      </w:pPr>
      <w:r>
        <w:rPr>
          <w:b/>
          <w:bCs/>
        </w:rPr>
        <w:t xml:space="preserve">None of the medical team was</w:t>
      </w:r>
      <w:r>
        <w:rPr>
          <w:b/>
          <w:bCs/>
        </w:rPr>
        <w:t xml:space="preserve"> </w:t>
      </w:r>
      <w:r>
        <w:rPr>
          <w:b/>
          <w:bCs/>
          <w:u w:val="single"/>
        </w:rPr>
        <w:t xml:space="preserve">focusing</w:t>
      </w:r>
      <w:r>
        <w:rPr>
          <w:b/>
          <w:bCs/>
        </w:rPr>
        <w:t xml:space="preserve"> </w:t>
      </w:r>
      <w:r>
        <w:rPr>
          <w:b/>
          <w:bCs/>
        </w:rPr>
        <w:t xml:space="preserve">on looks when they patched up the gaping hole. Now I have a lumpy, jagged scar that ripples out over a space the size of an apple.</w:t>
      </w:r>
      <w:r>
        <w:br/>
      </w:r>
      <w:r>
        <w:t xml:space="preserve">    (a) falling</w:t>
      </w:r>
      <w:r>
        <w:br/>
      </w:r>
      <w:r>
        <w:t xml:space="preserve">    (b) depending</w:t>
      </w:r>
      <w:r>
        <w:br/>
      </w:r>
      <w:r>
        <w:t xml:space="preserve">    (c) concentrating</w:t>
      </w:r>
    </w:p>
    <w:p>
      <w:pPr>
        <w:pStyle w:val="Compact"/>
        <w:numPr>
          <w:ilvl w:val="0"/>
          <w:numId w:val="1001"/>
        </w:numPr>
      </w:pPr>
      <w:r>
        <w:rPr>
          <w:b/>
          <w:bCs/>
        </w:rPr>
        <w:t xml:space="preserve">I stare fixedly at the little black specks on the sheet. ... Slowly, the words come into</w:t>
      </w:r>
      <w:r>
        <w:rPr>
          <w:b/>
          <w:bCs/>
        </w:rPr>
        <w:t xml:space="preserve"> </w:t>
      </w:r>
      <w:r>
        <w:rPr>
          <w:b/>
          <w:bCs/>
          <w:u w:val="single"/>
        </w:rPr>
        <w:t xml:space="preserve">focus</w:t>
      </w:r>
      <w:r>
        <w:rPr>
          <w:b/>
          <w:bCs/>
        </w:rPr>
        <w:t xml:space="preserve">.</w:t>
      </w:r>
      <w:r>
        <w:br/>
      </w:r>
      <w:r>
        <w:t xml:space="preserve">    (a) the room</w:t>
      </w:r>
      <w:r>
        <w:br/>
      </w:r>
      <w:r>
        <w:t xml:space="preserve">    (b) view (a state where something can be seen clearly)</w:t>
      </w:r>
      <w:r>
        <w:br/>
      </w:r>
      <w:r>
        <w:t xml:space="preserve">    (c) obscurity (so they cannot be seen)</w:t>
      </w:r>
    </w:p>
    <w:p>
      <w:pPr>
        <w:pStyle w:val="Compact"/>
        <w:numPr>
          <w:ilvl w:val="0"/>
          <w:numId w:val="1001"/>
        </w:numPr>
      </w:pPr>
      <w:r>
        <w:rPr>
          <w:b/>
          <w:bCs/>
        </w:rPr>
        <w:t xml:space="preserve">The idea of sending me into combat is</w:t>
      </w:r>
      <w:r>
        <w:rPr>
          <w:b/>
          <w:bCs/>
        </w:rPr>
        <w:t xml:space="preserve"> </w:t>
      </w:r>
      <w:r>
        <w:rPr>
          <w:b/>
          <w:bCs/>
          <w:u w:val="single"/>
        </w:rPr>
        <w:t xml:space="preserve">controversial</w:t>
      </w:r>
      <w:r>
        <w:rPr>
          <w:b/>
          <w:bCs/>
        </w:rPr>
        <w:t xml:space="preserve">.</w:t>
      </w:r>
      <w:r>
        <w:br/>
      </w:r>
      <w:r>
        <w:t xml:space="preserve">    (a) tending to arouse strong disagreement</w:t>
      </w:r>
      <w:r>
        <w:br/>
      </w:r>
      <w:r>
        <w:t xml:space="preserve">    (b) not bouncing back light/heat/sound...</w:t>
      </w:r>
      <w:r>
        <w:br/>
      </w:r>
      <w:r>
        <w:t xml:space="preserve">    (c) expressing or arousing sensual desire</w:t>
      </w:r>
    </w:p>
    <w:p>
      <w:pPr>
        <w:pStyle w:val="Compact"/>
        <w:numPr>
          <w:ilvl w:val="0"/>
          <w:numId w:val="1001"/>
        </w:numPr>
      </w:pPr>
      <w:r>
        <w:rPr>
          <w:b/>
          <w:bCs/>
        </w:rPr>
        <w:t xml:space="preserve">A twenty-year commitment to the Peacekeepers, no marriage, no children allowed. Some buy into it for the honor of the thing, others take it on as an</w:t>
      </w:r>
      <w:r>
        <w:rPr>
          <w:b/>
          <w:bCs/>
        </w:rPr>
        <w:t xml:space="preserve"> </w:t>
      </w:r>
      <w:r>
        <w:rPr>
          <w:b/>
          <w:bCs/>
          <w:u w:val="single"/>
        </w:rPr>
        <w:t xml:space="preserve">alternative</w:t>
      </w:r>
      <w:r>
        <w:rPr>
          <w:b/>
          <w:bCs/>
        </w:rPr>
        <w:t xml:space="preserve"> </w:t>
      </w:r>
      <w:r>
        <w:rPr>
          <w:b/>
          <w:bCs/>
        </w:rPr>
        <w:t xml:space="preserve">to punishment.</w:t>
      </w:r>
      <w:r>
        <w:br/>
      </w:r>
      <w:r>
        <w:t xml:space="preserve">    (a) something that exists only in the mind</w:t>
      </w:r>
      <w:r>
        <w:br/>
      </w:r>
      <w:r>
        <w:t xml:space="preserve">    (b) something available as another possibility</w:t>
      </w:r>
      <w:r>
        <w:br/>
      </w:r>
      <w:r>
        <w:t xml:space="preserve">    (c) something that goes on and off repeatedly</w:t>
      </w:r>
    </w:p>
    <w:p>
      <w:pPr>
        <w:pStyle w:val="Compact"/>
        <w:numPr>
          <w:ilvl w:val="0"/>
          <w:numId w:val="1001"/>
        </w:numPr>
      </w:pPr>
      <w:r>
        <w:rPr>
          <w:b/>
          <w:bCs/>
        </w:rPr>
        <w:t xml:space="preserve">"That is your earpiece. I will give you exactly one more chance to wear it. If you remove it from your ear again, I'll have you fitted with this." He holds up some sort of metal headgear that I instantly name the head shackle. "It's an</w:t>
      </w:r>
      <w:r>
        <w:rPr>
          <w:b/>
          <w:bCs/>
        </w:rPr>
        <w:t xml:space="preserve"> </w:t>
      </w:r>
      <w:r>
        <w:rPr>
          <w:b/>
          <w:bCs/>
          <w:u w:val="single"/>
        </w:rPr>
        <w:t xml:space="preserve">alternative</w:t>
      </w:r>
      <w:r>
        <w:rPr>
          <w:b/>
          <w:bCs/>
        </w:rPr>
        <w:t xml:space="preserve"> </w:t>
      </w:r>
      <w:r>
        <w:rPr>
          <w:b/>
          <w:bCs/>
        </w:rPr>
        <w:t xml:space="preserve">audio unit that locks around your skull and under your chin until it's opened with a key."</w:t>
      </w:r>
      <w:r>
        <w:br/>
      </w:r>
      <w:r>
        <w:t xml:space="preserve">    (a) traditional or standard</w:t>
      </w:r>
      <w:r>
        <w:br/>
      </w:r>
      <w:r>
        <w:t xml:space="preserve">    (b) oriental or East Asian</w:t>
      </w:r>
      <w:r>
        <w:br/>
      </w:r>
      <w:r>
        <w:t xml:space="preserve">    (c) non-standard</w:t>
      </w:r>
    </w:p>
    <w:p>
      <w:pPr>
        <w:pStyle w:val="Compact"/>
        <w:numPr>
          <w:ilvl w:val="0"/>
          <w:numId w:val="1001"/>
        </w:numPr>
      </w:pPr>
      <w:r>
        <w:rPr>
          <w:b/>
          <w:bCs/>
        </w:rPr>
        <w:t xml:space="preserve">"So they don't know I'm here?" I</w:t>
      </w:r>
      <w:r>
        <w:rPr>
          <w:b/>
          <w:bCs/>
        </w:rPr>
        <w:t xml:space="preserve"> </w:t>
      </w:r>
      <w:r>
        <w:rPr>
          <w:b/>
          <w:bCs/>
          <w:u w:val="single"/>
        </w:rPr>
        <w:t xml:space="preserve">assumed</w:t>
      </w:r>
      <w:r>
        <w:rPr>
          <w:b/>
          <w:bCs/>
        </w:rPr>
        <w:t xml:space="preserve">, as usual, it was my presence that brought on punishment.</w:t>
      </w:r>
      <w:r>
        <w:br/>
      </w:r>
      <w:r>
        <w:t xml:space="preserve">    (a) accepted as true (without proof)</w:t>
      </w:r>
      <w:r>
        <w:br/>
      </w:r>
      <w:r>
        <w:t xml:space="preserve">    (b) caused something to move forward</w:t>
      </w:r>
      <w:r>
        <w:br/>
      </w:r>
      <w:r>
        <w:t xml:space="preserve">    (c) not found, sought, or researched</w:t>
      </w:r>
    </w:p>
    <w:p>
      <w:pPr>
        <w:pStyle w:val="Compact"/>
        <w:numPr>
          <w:ilvl w:val="0"/>
          <w:numId w:val="1001"/>
        </w:numPr>
      </w:pPr>
      <w:r>
        <w:rPr>
          <w:b/>
          <w:bCs/>
        </w:rPr>
        <w:t xml:space="preserve">Finnick finally gives up and</w:t>
      </w:r>
      <w:r>
        <w:rPr>
          <w:b/>
          <w:bCs/>
        </w:rPr>
        <w:t xml:space="preserve"> </w:t>
      </w:r>
      <w:r>
        <w:rPr>
          <w:b/>
          <w:bCs/>
          <w:u w:val="single"/>
        </w:rPr>
        <w:t xml:space="preserve">assumes</w:t>
      </w:r>
      <w:r>
        <w:rPr>
          <w:b/>
          <w:bCs/>
        </w:rPr>
        <w:t xml:space="preserve"> </w:t>
      </w:r>
      <w:r>
        <w:rPr>
          <w:b/>
          <w:bCs/>
        </w:rPr>
        <w:t xml:space="preserve">the hunched position he took in the arena when the jabberjays attacked.</w:t>
      </w:r>
      <w:r>
        <w:br/>
      </w:r>
      <w:r>
        <w:t xml:space="preserve">    (a) continues to exist</w:t>
      </w:r>
      <w:r>
        <w:br/>
      </w:r>
      <w:r>
        <w:t xml:space="preserve">    (b) influences opinion</w:t>
      </w:r>
      <w:r>
        <w:br/>
      </w:r>
      <w:r>
        <w:t xml:space="preserve">    (c) takes on (a posture)</w:t>
      </w:r>
    </w:p>
    <w:p>
      <w:pPr>
        <w:pStyle w:val="Compact"/>
        <w:numPr>
          <w:ilvl w:val="0"/>
          <w:numId w:val="1001"/>
        </w:numPr>
      </w:pPr>
      <w:r>
        <w:rPr>
          <w:b/>
          <w:bCs/>
        </w:rPr>
        <w:t xml:space="preserve">He</w:t>
      </w:r>
      <w:r>
        <w:rPr>
          <w:b/>
          <w:bCs/>
        </w:rPr>
        <w:t xml:space="preserve"> </w:t>
      </w:r>
      <w:r>
        <w:rPr>
          <w:b/>
          <w:bCs/>
          <w:u w:val="single"/>
        </w:rPr>
        <w:t xml:space="preserve">highlights</w:t>
      </w:r>
      <w:r>
        <w:rPr>
          <w:b/>
          <w:bCs/>
        </w:rPr>
        <w:t xml:space="preserve"> </w:t>
      </w:r>
      <w:r>
        <w:rPr>
          <w:b/>
          <w:bCs/>
        </w:rPr>
        <w:t xml:space="preserve">the damage done to key infrastructure in various districts, and as he speaks, parts of the map light up, showing images of the destruction.</w:t>
      </w:r>
      <w:r>
        <w:br/>
      </w:r>
      <w:r>
        <w:t xml:space="preserve">    (a) considers</w:t>
      </w:r>
      <w:r>
        <w:br/>
      </w:r>
      <w:r>
        <w:t xml:space="preserve">    (b) emphasizes (calls attention to)</w:t>
      </w:r>
      <w:r>
        <w:br/>
      </w:r>
      <w:r>
        <w:t xml:space="preserve">    (c) downplays</w:t>
      </w:r>
    </w:p>
    <w:p>
      <w:pPr>
        <w:pStyle w:val="Compact"/>
        <w:numPr>
          <w:ilvl w:val="0"/>
          <w:numId w:val="1001"/>
        </w:numPr>
      </w:pPr>
      <w:r>
        <w:rPr>
          <w:b/>
          <w:bCs/>
          <w:u w:val="single"/>
        </w:rPr>
        <w:t xml:space="preserve">Nuclear</w:t>
      </w:r>
      <w:r>
        <w:rPr>
          <w:b/>
          <w:bCs/>
        </w:rPr>
        <w:t xml:space="preserve"> </w:t>
      </w:r>
      <w:r>
        <w:rPr>
          <w:b/>
          <w:bCs/>
        </w:rPr>
        <w:t xml:space="preserve">missiles would release radiation into the atmosphere, with incalculable environmental results.</w:t>
      </w:r>
      <w:r>
        <w:br/>
      </w:r>
      <w:r>
        <w:t xml:space="preserve">    (a) relating to the central or most important part of something</w:t>
      </w:r>
      <w:r>
        <w:br/>
      </w:r>
      <w:r>
        <w:t xml:space="preserve">    (b) the condition of being exclusive to (someone or some group)</w:t>
      </w:r>
      <w:r>
        <w:br/>
      </w:r>
      <w:r>
        <w:t xml:space="preserve">    (c) the quality of inappropriateness in size, amount, or degree</w:t>
      </w:r>
    </w:p>
    <w:p>
      <w:pPr>
        <w:pStyle w:val="Compact"/>
        <w:numPr>
          <w:ilvl w:val="0"/>
          <w:numId w:val="1001"/>
        </w:numPr>
      </w:pPr>
      <w:r>
        <w:rPr>
          <w:b/>
          <w:bCs/>
        </w:rPr>
        <w:t xml:space="preserve">As we</w:t>
      </w:r>
      <w:r>
        <w:rPr>
          <w:b/>
          <w:bCs/>
        </w:rPr>
        <w:t xml:space="preserve"> </w:t>
      </w:r>
      <w:r>
        <w:rPr>
          <w:b/>
          <w:bCs/>
          <w:u w:val="single"/>
        </w:rPr>
        <w:t xml:space="preserve">approach</w:t>
      </w:r>
      <w:r>
        <w:rPr>
          <w:b/>
          <w:bCs/>
        </w:rPr>
        <w:t xml:space="preserve"> </w:t>
      </w:r>
      <w:r>
        <w:rPr>
          <w:b/>
          <w:bCs/>
        </w:rPr>
        <w:t xml:space="preserve">what used to be the grand entrance, Gale points out something and the whole party slows down.</w:t>
      </w:r>
      <w:r>
        <w:br/>
      </w:r>
      <w:r>
        <w:t xml:space="preserve">    (a) create dramatic change</w:t>
      </w:r>
      <w:r>
        <w:br/>
      </w:r>
      <w:r>
        <w:t xml:space="preserve">    (b) get near</w:t>
      </w:r>
      <w:r>
        <w:br/>
      </w:r>
      <w:r>
        <w:t xml:space="preserve">    (c) mirror back (an image)</w:t>
      </w:r>
    </w:p>
    <w:p>
      <w:pPr>
        <w:pStyle w:val="Compact"/>
        <w:numPr>
          <w:ilvl w:val="0"/>
          <w:numId w:val="1001"/>
        </w:numPr>
      </w:pPr>
      <w:r>
        <w:rPr>
          <w:b/>
          <w:bCs/>
        </w:rPr>
        <w:t xml:space="preserve">I know Haymitch would have come to my defense if he hadn't been</w:t>
      </w:r>
      <w:r>
        <w:rPr>
          <w:b/>
          <w:bCs/>
        </w:rPr>
        <w:t xml:space="preserve"> </w:t>
      </w:r>
      <w:r>
        <w:rPr>
          <w:b/>
          <w:bCs/>
          <w:u w:val="single"/>
        </w:rPr>
        <w:t xml:space="preserve">utterly</w:t>
      </w:r>
      <w:r>
        <w:rPr>
          <w:b/>
          <w:bCs/>
        </w:rPr>
        <w:t xml:space="preserve"> </w:t>
      </w:r>
      <w:r>
        <w:rPr>
          <w:b/>
          <w:bCs/>
        </w:rPr>
        <w:t xml:space="preserve">unprepared.</w:t>
      </w:r>
      <w:r>
        <w:br/>
      </w:r>
      <w:r>
        <w:t xml:space="preserve">    (a) in a satisfied manner</w:t>
      </w:r>
      <w:r>
        <w:br/>
      </w:r>
      <w:r>
        <w:t xml:space="preserve">    (b) completely or totally</w:t>
      </w:r>
      <w:r>
        <w:br/>
      </w:r>
      <w:r>
        <w:t xml:space="preserve">    (c) exactly or accurately</w:t>
      </w:r>
    </w:p>
    <w:p>
      <w:pPr>
        <w:pStyle w:val="Compact"/>
        <w:numPr>
          <w:ilvl w:val="0"/>
          <w:numId w:val="1001"/>
        </w:numPr>
      </w:pPr>
      <w:r>
        <w:rPr>
          <w:b/>
          <w:bCs/>
        </w:rPr>
        <w:t xml:space="preserve">I</w:t>
      </w:r>
      <w:r>
        <w:rPr>
          <w:b/>
          <w:bCs/>
        </w:rPr>
        <w:t xml:space="preserve"> </w:t>
      </w:r>
      <w:r>
        <w:rPr>
          <w:b/>
          <w:bCs/>
          <w:u w:val="single"/>
        </w:rPr>
        <w:t xml:space="preserve">utter</w:t>
      </w:r>
      <w:r>
        <w:rPr>
          <w:b/>
          <w:bCs/>
        </w:rPr>
        <w:t xml:space="preserve"> </w:t>
      </w:r>
      <w:r>
        <w:rPr>
          <w:b/>
          <w:bCs/>
        </w:rPr>
        <w:t xml:space="preserve">my first words since my sister's death.</w:t>
      </w:r>
      <w:r>
        <w:br/>
      </w:r>
      <w:r>
        <w:t xml:space="preserve">    (a) move out of an interacting position; or stop</w:t>
      </w:r>
      <w:r>
        <w:br/>
      </w:r>
      <w:r>
        <w:t xml:space="preserve">    (b) to think carefully and make a judgment about</w:t>
      </w:r>
      <w:r>
        <w:br/>
      </w:r>
      <w:r>
        <w:t xml:space="preserve">    (c) say with the voice</w:t>
      </w:r>
    </w:p>
    <w:p>
      <w:pPr>
        <w:pStyle w:val="Compact"/>
        <w:numPr>
          <w:ilvl w:val="0"/>
          <w:numId w:val="1001"/>
        </w:numPr>
      </w:pPr>
      <w:r>
        <w:rPr>
          <w:b/>
          <w:bCs/>
        </w:rPr>
        <w:t xml:space="preserve">I throw myself into training</w:t>
      </w:r>
      <w:r>
        <w:rPr>
          <w:b/>
          <w:bCs/>
        </w:rPr>
        <w:t xml:space="preserve"> </w:t>
      </w:r>
      <w:r>
        <w:rPr>
          <w:b/>
          <w:bCs/>
          <w:u w:val="single"/>
        </w:rPr>
        <w:t xml:space="preserve">with a vengeance</w:t>
      </w:r>
      <w:r>
        <w:rPr>
          <w:b/>
          <w:bCs/>
        </w:rPr>
        <w:t xml:space="preserve">.</w:t>
      </w:r>
      <w:r>
        <w:br/>
      </w:r>
      <w:r>
        <w:t xml:space="preserve">    (a) with intensity</w:t>
      </w:r>
      <w:r>
        <w:br/>
      </w:r>
      <w:r>
        <w:t xml:space="preserve">    (b) available cash</w:t>
      </w:r>
      <w:r>
        <w:br/>
      </w:r>
      <w:r>
        <w:t xml:space="preserve">    (c) very important</w:t>
      </w:r>
    </w:p>
    <w:p>
      <w:pPr>
        <w:pStyle w:val="Compact"/>
        <w:numPr>
          <w:ilvl w:val="0"/>
          <w:numId w:val="1001"/>
        </w:numPr>
      </w:pPr>
      <w:r>
        <w:rPr>
          <w:b/>
          <w:bCs/>
        </w:rPr>
        <w:t xml:space="preserve">It seemed to balance the need for</w:t>
      </w:r>
      <w:r>
        <w:rPr>
          <w:b/>
          <w:bCs/>
        </w:rPr>
        <w:t xml:space="preserve"> </w:t>
      </w:r>
      <w:r>
        <w:rPr>
          <w:b/>
          <w:bCs/>
          <w:u w:val="single"/>
        </w:rPr>
        <w:t xml:space="preserve">vengeance</w:t>
      </w:r>
      <w:r>
        <w:rPr>
          <w:b/>
          <w:bCs/>
        </w:rPr>
        <w:t xml:space="preserve"> </w:t>
      </w:r>
      <w:r>
        <w:rPr>
          <w:b/>
          <w:bCs/>
        </w:rPr>
        <w:t xml:space="preserve">with the least loss of life.</w:t>
      </w:r>
      <w:r>
        <w:br/>
      </w:r>
      <w:r>
        <w:t xml:space="preserve">    (a) the act of taking revenge</w:t>
      </w:r>
      <w:r>
        <w:br/>
      </w:r>
      <w:r>
        <w:t xml:space="preserve">    (b) something that stands out</w:t>
      </w:r>
      <w:r>
        <w:br/>
      </w:r>
      <w:r>
        <w:t xml:space="preserve">    (c) something made from parts</w:t>
      </w:r>
    </w:p>
    <w:p>
      <w:pPr>
        <w:pStyle w:val="Compact"/>
        <w:numPr>
          <w:ilvl w:val="0"/>
          <w:numId w:val="1001"/>
        </w:numPr>
      </w:pPr>
      <w:r>
        <w:rPr>
          <w:b/>
          <w:bCs/>
        </w:rPr>
        <w:t xml:space="preserve">The manacles are off, but he's still constantly</w:t>
      </w:r>
      <w:r>
        <w:rPr>
          <w:b/>
          <w:bCs/>
        </w:rPr>
        <w:t xml:space="preserve"> </w:t>
      </w:r>
      <w:r>
        <w:rPr>
          <w:b/>
          <w:bCs/>
          <w:u w:val="single"/>
        </w:rPr>
        <w:t xml:space="preserve">accompanied</w:t>
      </w:r>
      <w:r>
        <w:rPr>
          <w:b/>
          <w:bCs/>
        </w:rPr>
        <w:t xml:space="preserve"> </w:t>
      </w:r>
      <w:r>
        <w:rPr>
          <w:b/>
          <w:bCs/>
        </w:rPr>
        <w:t xml:space="preserve">by a pair of guards.</w:t>
      </w:r>
      <w:r>
        <w:br/>
      </w:r>
      <w:r>
        <w:t xml:space="preserve">    (a) got closer to</w:t>
      </w:r>
      <w:r>
        <w:br/>
      </w:r>
      <w:r>
        <w:t xml:space="preserve">    (b) made possible</w:t>
      </w:r>
      <w:r>
        <w:br/>
      </w:r>
      <w:r>
        <w:t xml:space="preserve">    (c) escorted (in the company of)</w:t>
      </w:r>
    </w:p>
    <w:p>
      <w:pPr>
        <w:pStyle w:val="Compact"/>
        <w:numPr>
          <w:ilvl w:val="0"/>
          <w:numId w:val="1001"/>
        </w:numPr>
      </w:pPr>
      <w:r>
        <w:rPr>
          <w:b/>
          <w:bCs/>
        </w:rPr>
        <w:t xml:space="preserve">There are the usual yawns and sighs that</w:t>
      </w:r>
      <w:r>
        <w:rPr>
          <w:b/>
          <w:bCs/>
        </w:rPr>
        <w:t xml:space="preserve"> </w:t>
      </w:r>
      <w:r>
        <w:rPr>
          <w:b/>
          <w:bCs/>
          <w:u w:val="single"/>
        </w:rPr>
        <w:t xml:space="preserve">accompany</w:t>
      </w:r>
      <w:r>
        <w:rPr>
          <w:b/>
          <w:bCs/>
        </w:rPr>
        <w:t xml:space="preserve"> </w:t>
      </w:r>
      <w:r>
        <w:rPr>
          <w:b/>
          <w:bCs/>
        </w:rPr>
        <w:t xml:space="preserve">waking.</w:t>
      </w:r>
      <w:r>
        <w:br/>
      </w:r>
      <w:r>
        <w:t xml:space="preserve">    (a) to begin communication with someone about something</w:t>
      </w:r>
      <w:r>
        <w:br/>
      </w:r>
      <w:r>
        <w:t xml:space="preserve">    (b) occur at the same time as</w:t>
      </w:r>
      <w:r>
        <w:br/>
      </w:r>
      <w:r>
        <w:t xml:space="preserve">    (c) did not find a condition or substance to be present</w:t>
      </w:r>
    </w:p>
    <w:p>
      <w:pPr>
        <w:pStyle w:val="Compact"/>
        <w:numPr>
          <w:ilvl w:val="0"/>
          <w:numId w:val="1001"/>
        </w:numPr>
      </w:pPr>
      <w:r>
        <w:rPr>
          <w:b/>
          <w:bCs/>
          <w:u w:val="single"/>
        </w:rPr>
        <w:t xml:space="preserve">Refugees</w:t>
      </w:r>
      <w:r>
        <w:rPr>
          <w:b/>
          <w:bCs/>
        </w:rPr>
        <w:t xml:space="preserve"> </w:t>
      </w:r>
      <w:r>
        <w:rPr>
          <w:b/>
          <w:bCs/>
        </w:rPr>
        <w:t xml:space="preserve">from the now occupied blocks are streaming toward the Capitol's center.</w:t>
      </w:r>
      <w:r>
        <w:br/>
      </w:r>
      <w:r>
        <w:t xml:space="preserve">    (a) people who have fled</w:t>
      </w:r>
      <w:r>
        <w:br/>
      </w:r>
      <w:r>
        <w:t xml:space="preserve">    (b) soldiers</w:t>
      </w:r>
      <w:r>
        <w:br/>
      </w:r>
      <w:r>
        <w:t xml:space="preserve">    (c) people with shared religious practices or beliefs</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2026-07-31T18:21:08Z</dcterms:created>
  <dcterms:modified xsi:type="dcterms:W3CDTF">2026-07-31T18:21:08Z</dcterms:modified>
</cp:coreProperties>
</file>

<file path=docProps/custom.xml><?xml version="1.0" encoding="utf-8"?>
<Properties xmlns="http://schemas.openxmlformats.org/officeDocument/2006/custom-properties" xmlns:vt="http://schemas.openxmlformats.org/officeDocument/2006/docPropsVTypes"/>
</file>