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0a832e6d8fcab5afd4b93d8e595c43650319c0"/>
    <w:p>
      <w:pPr>
        <w:pStyle w:val="Heading1"/>
      </w:pPr>
      <w:r>
        <w:rPr>
          <w:b/>
          <w:bCs/>
        </w:rPr>
        <w:t xml:space="preserve">Catching Fire</w:t>
      </w:r>
      <w:r>
        <w:br/>
      </w:r>
      <w:r>
        <w:rPr>
          <w:i/>
          <w:iCs/>
        </w:rPr>
        <w:t xml:space="preserve">Suzanne Collins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video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.</w:t>
      </w:r>
      <w:r>
        <w:br/>
      </w:r>
      <w:r>
        <w:t xml:space="preserve">    (a) theft</w:t>
      </w:r>
      <w:r>
        <w:br/>
      </w:r>
      <w:r>
        <w:t xml:space="preserve">    (b) accident</w:t>
      </w:r>
      <w:r>
        <w:br/>
      </w:r>
      <w:r>
        <w:t xml:space="preserve">    (c)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appropriated</w:t>
      </w:r>
      <w:r>
        <w:rPr>
          <w:b/>
          <w:bCs/>
        </w:rPr>
        <w:t xml:space="preserve"> </w:t>
      </w:r>
      <w:r>
        <w:rPr>
          <w:b/>
          <w:bCs/>
        </w:rPr>
        <w:t xml:space="preserve">my idea as her own.</w:t>
      </w:r>
      <w:r>
        <w:br/>
      </w:r>
      <w:r>
        <w:t xml:space="preserve">    (a) bought</w:t>
      </w:r>
      <w:r>
        <w:br/>
      </w:r>
      <w:r>
        <w:t xml:space="preserve">    (b) built</w:t>
      </w:r>
      <w:r>
        <w:br/>
      </w:r>
      <w:r>
        <w:t xml:space="preserve">    (c) took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changing from one day to the next without clear explanation.</w:t>
      </w:r>
      <w:r>
        <w:br/>
      </w:r>
      <w:r>
        <w:t xml:space="preserve">    (a) cruel</w:t>
      </w:r>
      <w:r>
        <w:br/>
      </w:r>
      <w:r>
        <w:t xml:space="preserve">    (b) strict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immigrants worked hard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assimilate</w:t>
      </w:r>
      <w:r>
        <w:rPr>
          <w:b/>
          <w:bCs/>
        </w:rPr>
        <w:t xml:space="preserve"> </w:t>
      </w:r>
      <w:r>
        <w:rPr>
          <w:b/>
          <w:bCs/>
        </w:rPr>
        <w:t xml:space="preserve">the customs of their new homeland.</w:t>
      </w:r>
      <w:r>
        <w:br/>
      </w:r>
      <w:r>
        <w:t xml:space="preserve">    (a) secretly mock</w:t>
      </w:r>
      <w:r>
        <w:br/>
      </w:r>
      <w:r>
        <w:t xml:space="preserve">    (b) openly reject</w:t>
      </w:r>
      <w:r>
        <w:br/>
      </w:r>
      <w:r>
        <w:t xml:space="preserve">    (c) absorb and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illegal to sell elephant ivory, but it is still sold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black market</w:t>
      </w:r>
      <w:r>
        <w:rPr>
          <w:b/>
          <w:bCs/>
        </w:rPr>
        <w:t xml:space="preserve">.</w:t>
      </w:r>
      <w:r>
        <w:br/>
      </w:r>
      <w:r>
        <w:t xml:space="preserve">    (a) illegal market</w:t>
      </w:r>
      <w:r>
        <w:br/>
      </w:r>
      <w:r>
        <w:t xml:space="preserve">    (b) late-night market</w:t>
      </w:r>
      <w:r>
        <w:br/>
      </w:r>
      <w:r>
        <w:t xml:space="preserve">    (c) discount market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veteran team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locker room.</w:t>
      </w:r>
      <w:r>
        <w:br/>
      </w:r>
      <w:r>
        <w:t xml:space="preserve">    (a) close friendship in a group</w:t>
      </w:r>
      <w:r>
        <w:br/>
      </w:r>
      <w:r>
        <w:t xml:space="preserve">    (b) respect for opponents</w:t>
      </w:r>
      <w:r>
        <w:br/>
      </w:r>
      <w:r>
        <w:t xml:space="preserve">    (c) tension between members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large in quantity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to replenish fluids while running a marathon or you'll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dehydrated</w:t>
      </w:r>
      <w:r>
        <w:rPr>
          <w:b/>
          <w:bCs/>
        </w:rPr>
        <w:t xml:space="preserve">.</w:t>
      </w:r>
      <w:r>
        <w:br/>
      </w:r>
      <w:r>
        <w:t xml:space="preserve">    (a) ill from overheating</w:t>
      </w:r>
      <w:r>
        <w:br/>
      </w:r>
      <w:r>
        <w:t xml:space="preserve">    (b) ill from lack of electrolytes</w:t>
      </w:r>
      <w:r>
        <w:br/>
      </w:r>
      <w:r>
        <w:t xml:space="preserve">    (c) ill from a lack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 specialist in fluid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dynamics</w:t>
      </w:r>
      <w:r>
        <w:rPr>
          <w:b/>
          <w:bCs/>
        </w:rPr>
        <w:t xml:space="preserve">.</w:t>
      </w:r>
      <w:r>
        <w:br/>
      </w:r>
      <w:r>
        <w:t xml:space="preserve">    (a) limitations; or things that limit action or motion</w:t>
      </w:r>
      <w:r>
        <w:br/>
      </w:r>
      <w:r>
        <w:t xml:space="preserve">    (b) things that are explosive or highly flammable</w:t>
      </w:r>
      <w:r>
        <w:br/>
      </w:r>
      <w:r>
        <w:t xml:space="preserve">    (c) the interaction of all the forces influencing a system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funny stories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elicit</w:t>
      </w:r>
      <w:r>
        <w:rPr>
          <w:b/>
          <w:bCs/>
        </w:rPr>
        <w:t xml:space="preserve"> </w:t>
      </w:r>
      <w:r>
        <w:rPr>
          <w:b/>
          <w:bCs/>
        </w:rPr>
        <w:t xml:space="preserve">laughter from the audience.</w:t>
      </w:r>
      <w:r>
        <w:br/>
      </w:r>
      <w:r>
        <w:t xml:space="preserve">    (a) silence or suppress</w:t>
      </w:r>
      <w:r>
        <w:br/>
      </w:r>
      <w:r>
        <w:t xml:space="preserve">    (b) ignore or dismiss</w:t>
      </w:r>
      <w:r>
        <w:br/>
      </w:r>
      <w:r>
        <w:t xml:space="preserve">    (c) draw out or bring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flaunts</w:t>
      </w:r>
      <w:r>
        <w:rPr>
          <w:b/>
          <w:bCs/>
        </w:rPr>
        <w:t xml:space="preserve"> </w:t>
      </w:r>
      <w:r>
        <w:rPr>
          <w:b/>
          <w:bCs/>
        </w:rPr>
        <w:t xml:space="preserve">her wealth.</w:t>
      </w:r>
      <w:r>
        <w:br/>
      </w:r>
      <w:r>
        <w:t xml:space="preserve">    (a) enjoys</w:t>
      </w:r>
      <w:r>
        <w:br/>
      </w:r>
      <w:r>
        <w:t xml:space="preserve">    (b) hides</w:t>
      </w:r>
      <w:r>
        <w:br/>
      </w:r>
      <w:r>
        <w:t xml:space="preserve">    (c) shows 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photographic portraits tend to minimize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highlights</w:t>
      </w:r>
      <w:r>
        <w:rPr>
          <w:b/>
          <w:bCs/>
        </w:rPr>
        <w:t xml:space="preserve"> </w:t>
      </w:r>
      <w:r>
        <w:rPr>
          <w:b/>
          <w:bCs/>
        </w:rPr>
        <w:t xml:space="preserve">and boost the shadows.</w:t>
      </w:r>
      <w:r>
        <w:br/>
      </w:r>
      <w:r>
        <w:t xml:space="preserve">    (a) images of light sources</w:t>
      </w:r>
      <w:r>
        <w:br/>
      </w:r>
      <w:r>
        <w:t xml:space="preserve">    (b) items lit with overhead light</w:t>
      </w:r>
      <w:r>
        <w:br/>
      </w:r>
      <w:r>
        <w:t xml:space="preserve">    (c) lighter areas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to dance at parties, even when everyone else joined in.</w:t>
      </w:r>
      <w:r>
        <w:br/>
      </w:r>
      <w:r>
        <w:t xml:space="preserve">    (a) loud and confident</w:t>
      </w:r>
      <w:r>
        <w:br/>
      </w:r>
      <w:r>
        <w:t xml:space="preserve">    (b) shy and self-conscious</w:t>
      </w:r>
      <w:r>
        <w:br/>
      </w:r>
      <w:r>
        <w:t xml:space="preserve">    (c) wild and uncontrolled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in a car crash and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instantaneously</w:t>
      </w:r>
      <w:r>
        <w:rPr>
          <w:b/>
          <w:bCs/>
        </w:rPr>
        <w:t xml:space="preserve">.</w:t>
      </w:r>
      <w:r>
        <w:br/>
      </w:r>
      <w:r>
        <w:t xml:space="preserve">    (a) painfully</w:t>
      </w:r>
      <w:r>
        <w:br/>
      </w:r>
      <w:r>
        <w:t xml:space="preserve">    (b) immediately</w:t>
      </w:r>
      <w:r>
        <w:br/>
      </w:r>
      <w:r>
        <w:t xml:space="preserve">    (c) unfortunately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apologized, but he would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, and he continued to insist on speaking with her manager.</w:t>
      </w:r>
      <w:r>
        <w:br/>
      </w:r>
      <w:r>
        <w:t xml:space="preserve">    (a) angered</w:t>
      </w:r>
      <w:r>
        <w:br/>
      </w:r>
      <w:r>
        <w:t xml:space="preserve">    (b) ignored</w:t>
      </w:r>
      <w:r>
        <w:br/>
      </w:r>
      <w:r>
        <w:t xml:space="preserve">    (c) calmed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outdated</w:t>
      </w:r>
      <w:r>
        <w:br/>
      </w:r>
      <w:r>
        <w:t xml:space="preserve">    (b) classic</w:t>
      </w:r>
      <w:r>
        <w:br/>
      </w:r>
      <w:r>
        <w:t xml:space="preserve">    (c) broken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omitted</w:t>
      </w:r>
      <w:r>
        <w:rPr>
          <w:b/>
          <w:bCs/>
        </w:rPr>
        <w:t xml:space="preserve"> </w:t>
      </w:r>
      <w:r>
        <w:rPr>
          <w:b/>
          <w:bCs/>
        </w:rPr>
        <w:t xml:space="preserve">a few details to place herself in a more favorable light.</w:t>
      </w:r>
      <w:r>
        <w:br/>
      </w:r>
      <w:r>
        <w:t xml:space="preserve">    (a) made up</w:t>
      </w:r>
      <w:r>
        <w:br/>
      </w:r>
      <w:r>
        <w:t xml:space="preserve">    (b) exaggerated</w:t>
      </w:r>
      <w:r>
        <w:br/>
      </w:r>
      <w:r>
        <w:t xml:space="preserve">    (c) left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daily one-hour exercise and stretching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regimen</w:t>
      </w:r>
      <w:r>
        <w:rPr>
          <w:b/>
          <w:bCs/>
        </w:rPr>
        <w:t xml:space="preserve">.</w:t>
      </w:r>
      <w:r>
        <w:br/>
      </w:r>
      <w:r>
        <w:t xml:space="preserve">    (a) systematic program</w:t>
      </w:r>
      <w:r>
        <w:br/>
      </w:r>
      <w:r>
        <w:t xml:space="preserve">    (b) television show</w:t>
      </w:r>
      <w:r>
        <w:br/>
      </w:r>
      <w:r>
        <w:t xml:space="preserve">    (c) class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 </w:t>
      </w:r>
      <w:r>
        <w:rPr>
          <w:b/>
          <w:bCs/>
        </w:rPr>
        <w:t xml:space="preserve">also acts as a moisturizer.</w:t>
      </w:r>
      <w:r>
        <w:br/>
      </w:r>
      <w:r>
        <w:t xml:space="preserve">    (a) humidity</w:t>
      </w:r>
      <w:r>
        <w:br/>
      </w:r>
      <w:r>
        <w:t xml:space="preserve">    (b) cream</w:t>
      </w:r>
      <w:r>
        <w:br/>
      </w:r>
      <w:r>
        <w:t xml:space="preserve">    (c) nutrient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validated</w:t>
      </w:r>
      <w:r>
        <w:rPr>
          <w:b/>
          <w:bCs/>
        </w:rPr>
        <w:t xml:space="preserve"> </w:t>
      </w:r>
      <w:r>
        <w:rPr>
          <w:b/>
          <w:bCs/>
        </w:rPr>
        <w:t xml:space="preserve">her theory about the chemical reaction.</w:t>
      </w:r>
      <w:r>
        <w:br/>
      </w:r>
      <w:r>
        <w:t xml:space="preserve">    (a) completely contradicted</w:t>
      </w:r>
      <w:r>
        <w:br/>
      </w:r>
      <w:r>
        <w:t xml:space="preserve">    (b) barely addressed</w:t>
      </w:r>
      <w:r>
        <w:br/>
      </w:r>
      <w:r>
        <w:t xml:space="preserve">    (c) confirmed the truth of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2026-07-31T18:20:47Z</dcterms:created>
  <dcterms:modified xsi:type="dcterms:W3CDTF">2026-07-31T18:20:47Z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