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5d97e91f3582390051fc80ac5a2e9770c519af2"/>
    <w:p>
      <w:pPr>
        <w:pStyle w:val="Heading1"/>
      </w:pPr>
      <w:r>
        <w:rPr>
          <w:b/>
          <w:bCs/>
        </w:rPr>
        <w:t xml:space="preserve">Catching Fire</w:t>
      </w:r>
      <w:r>
        <w:br/>
      </w:r>
      <w:r>
        <w:rPr>
          <w:i/>
          <w:iCs/>
        </w:rPr>
        <w:t xml:space="preserve">Suzanne Collins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Still would if it wasn't for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salve</w:t>
      </w:r>
      <w:r>
        <w:rPr>
          <w:b/>
          <w:bCs/>
        </w:rPr>
        <w:t xml:space="preserve"> </w:t>
      </w:r>
      <w:r>
        <w:rPr>
          <w:b/>
          <w:bCs/>
        </w:rPr>
        <w:t xml:space="preserve">my mother concocted.</w:t>
      </w:r>
      <w:r>
        <w:br/>
      </w:r>
      <w:r>
        <w:t xml:space="preserve">    (a) a cream or liquid put onto skin to make it feel better or heal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anything that eases pain or anxiety; or the act of doing such</w:t>
      </w:r>
      <w:r>
        <w:br/>
      </w:r>
      <w:r>
        <w:t xml:space="preserve">    (b) the act of hiding something by making it blend in with its surroundings; or hiding the truth; or something that hides or deceives</w:t>
      </w:r>
      <w:r>
        <w:br/>
      </w:r>
      <w:r>
        <w:t xml:space="preserve">    (c) to expression feelings or thoughts enthusiastically  OR  to squirt or give off (typically under pressure such as blood or leaking gas)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From the president's point of view, I've ignored Peeta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flaunted</w:t>
      </w:r>
      <w:r>
        <w:rPr>
          <w:b/>
          <w:bCs/>
        </w:rPr>
        <w:t xml:space="preserve"> </w:t>
      </w:r>
      <w:r>
        <w:rPr>
          <w:b/>
          <w:bCs/>
        </w:rPr>
        <w:t xml:space="preserve">my preference for Gale's company before the whole district.</w:t>
      </w:r>
      <w:r>
        <w:br/>
      </w:r>
      <w:r>
        <w:t xml:space="preserve">    (a) showed off</w:t>
      </w:r>
      <w:r>
        <w:br/>
      </w:r>
      <w:r>
        <w:t xml:space="preserve">    (b) subtracted</w:t>
      </w:r>
      <w:r>
        <w:br/>
      </w:r>
      <w:r>
        <w:t xml:space="preserve">    (c) translated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"I'm only interested in how it affects your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dynamic</w:t>
      </w:r>
      <w:r>
        <w:rPr>
          <w:b/>
          <w:bCs/>
        </w:rPr>
        <w:t xml:space="preserve"> </w:t>
      </w:r>
      <w:r>
        <w:rPr>
          <w:b/>
          <w:bCs/>
        </w:rPr>
        <w:t xml:space="preserve">with Peeta, thereby affecting the mood in the districts," he says.</w:t>
      </w:r>
      <w:r>
        <w:br/>
      </w:r>
      <w:r>
        <w:t xml:space="preserve">    (a) interaction of forces influencing a situation</w:t>
      </w:r>
      <w:r>
        <w:br/>
      </w:r>
      <w:r>
        <w:t xml:space="preserve">    (b) an electronic component that acts like a one-way valve</w:t>
      </w:r>
      <w:r>
        <w:br/>
      </w:r>
      <w:r>
        <w:t xml:space="preserve">    (c) any substance that tends to increase the flow of urine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seems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mollify</w:t>
      </w:r>
      <w:r>
        <w:rPr>
          <w:b/>
          <w:bCs/>
        </w:rPr>
        <w:t xml:space="preserve"> </w:t>
      </w:r>
      <w:r>
        <w:rPr>
          <w:b/>
          <w:bCs/>
        </w:rPr>
        <w:t xml:space="preserve">them, and they all...</w:t>
      </w:r>
      <w:r>
        <w:br/>
      </w:r>
      <w:r>
        <w:t xml:space="preserve">    (a) quit</w:t>
      </w:r>
      <w:r>
        <w:br/>
      </w:r>
      <w:r>
        <w:t xml:space="preserve">    (b) draw</w:t>
      </w:r>
      <w:r>
        <w:br/>
      </w:r>
      <w:r>
        <w:t xml:space="preserve">    (c) calm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not intentional—I only meant to express my thanks—but I have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elicited</w:t>
      </w:r>
      <w:r>
        <w:rPr>
          <w:b/>
          <w:bCs/>
        </w:rPr>
        <w:t xml:space="preserve"> </w:t>
      </w:r>
      <w:r>
        <w:rPr>
          <w:b/>
          <w:bCs/>
        </w:rPr>
        <w:t xml:space="preserve">something dangerous.</w:t>
      </w:r>
      <w:r>
        <w:br/>
      </w:r>
      <w:r>
        <w:t xml:space="preserve">    (a) got or brought out in response</w:t>
      </w:r>
      <w:r>
        <w:br/>
      </w:r>
      <w:r>
        <w:t xml:space="preserve">    (b) developed or changed gradually</w:t>
      </w:r>
      <w:r>
        <w:br/>
      </w:r>
      <w:r>
        <w:t xml:space="preserve">    (c) took (power or responsibility)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 even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omit</w:t>
      </w:r>
      <w:r>
        <w:rPr>
          <w:b/>
          <w:bCs/>
        </w:rPr>
        <w:t xml:space="preserve"> </w:t>
      </w:r>
      <w:r>
        <w:rPr>
          <w:b/>
          <w:bCs/>
        </w:rPr>
        <w:t xml:space="preserve">the kiss with Gale.</w:t>
      </w:r>
      <w:r>
        <w:br/>
      </w:r>
      <w:r>
        <w:t xml:space="preserve">    (a) stop (something from happening)</w:t>
      </w:r>
      <w:r>
        <w:br/>
      </w:r>
      <w:r>
        <w:t xml:space="preserve">    (b) to exclude or neglect something</w:t>
      </w:r>
      <w:r>
        <w:br/>
      </w:r>
      <w:r>
        <w:t xml:space="preserve">    (c) fulfill one's highest potential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know she'll never agree to this, but she brightens considerably at the suggestion, at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validation</w:t>
      </w:r>
      <w:r>
        <w:rPr>
          <w:b/>
          <w:bCs/>
        </w:rPr>
        <w:t xml:space="preserve"> </w:t>
      </w:r>
      <w:r>
        <w:rPr>
          <w:b/>
          <w:bCs/>
        </w:rPr>
        <w:t xml:space="preserve">of her complaint.</w:t>
      </w:r>
      <w:r>
        <w:br/>
      </w:r>
      <w:r>
        <w:t xml:space="preserve">    (a) short for Ku Klux Klan - a white supremacist group in the United States</w:t>
      </w:r>
      <w:r>
        <w:br/>
      </w:r>
      <w:r>
        <w:t xml:space="preserve">    (b) the condition of being made by humans rather than being found in nature</w:t>
      </w:r>
      <w:r>
        <w:br/>
      </w:r>
      <w:r>
        <w:t xml:space="preserve">    (c) give evidence for the truth or value of; or declare as legally approved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Every table presents new temptations, and even on my restricted one-taste-per-dish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regimen</w:t>
      </w:r>
      <w:r>
        <w:rPr>
          <w:b/>
          <w:bCs/>
        </w:rPr>
        <w:t xml:space="preserve">, I begin filling up quickly.</w:t>
      </w:r>
      <w:r>
        <w:br/>
      </w:r>
      <w:r>
        <w:t xml:space="preserve">    (a) dramatic change</w:t>
      </w:r>
      <w:r>
        <w:br/>
      </w:r>
      <w:r>
        <w:t xml:space="preserve">    (b) systematic plan</w:t>
      </w:r>
      <w:r>
        <w:br/>
      </w:r>
      <w:r>
        <w:t xml:space="preserve">    (c) relative amount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pain is blinding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instantaneous</w:t>
      </w:r>
      <w:r>
        <w:rPr>
          <w:b/>
          <w:bCs/>
        </w:rPr>
        <w:t xml:space="preserve">.</w:t>
      </w:r>
      <w:r>
        <w:br/>
      </w:r>
      <w:r>
        <w:t xml:space="preserve">    (a) immediate (happening with no delay)</w:t>
      </w:r>
      <w:r>
        <w:br/>
      </w:r>
      <w:r>
        <w:t xml:space="preserve">    (b) in a manner that takes on or adopts</w:t>
      </w:r>
      <w:r>
        <w:br/>
      </w:r>
      <w:r>
        <w:t xml:space="preserve">    (c) full of strong desire for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Poaching, trading on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black market</w:t>
      </w:r>
      <w:r>
        <w:rPr>
          <w:b/>
          <w:bCs/>
        </w:rPr>
        <w:t xml:space="preserve">, mocking the Capitol in the woods.</w:t>
      </w:r>
      <w:r>
        <w:br/>
      </w:r>
      <w:r>
        <w:t xml:space="preserve">    (a) the coming together of people who buy and sell things illegally</w:t>
      </w:r>
      <w:r>
        <w:br/>
      </w:r>
      <w:r>
        <w:t xml:space="preserve">    (b) a period of time or a stage during the development of something</w:t>
      </w:r>
      <w:r>
        <w:br/>
      </w:r>
      <w:r>
        <w:t xml:space="preserve">    (c) a measure of north/south (relative to the equator) on the earth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the Peacekeepers fell, weapons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appropriated</w:t>
      </w:r>
      <w:r>
        <w:rPr>
          <w:b/>
          <w:bCs/>
        </w:rPr>
        <w:t xml:space="preserve"> </w:t>
      </w:r>
      <w:r>
        <w:rPr>
          <w:b/>
          <w:bCs/>
        </w:rPr>
        <w:t xml:space="preserve">for the rebels.</w:t>
      </w:r>
      <w:r>
        <w:br/>
      </w:r>
      <w:r>
        <w:t xml:space="preserve">    (a) purchased</w:t>
      </w:r>
      <w:r>
        <w:br/>
      </w:r>
      <w:r>
        <w:t xml:space="preserve">    (b) discovered</w:t>
      </w:r>
      <w:r>
        <w:br/>
      </w:r>
      <w:r>
        <w:t xml:space="preserve">    (c) taken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Returning to District 8 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assimilating</w:t>
      </w:r>
      <w:r>
        <w:rPr>
          <w:b/>
          <w:bCs/>
        </w:rPr>
        <w:t xml:space="preserve"> </w:t>
      </w:r>
      <w:r>
        <w:rPr>
          <w:b/>
          <w:bCs/>
        </w:rPr>
        <w:t xml:space="preserve">into another district would be impossible.</w:t>
      </w:r>
      <w:r>
        <w:br/>
      </w:r>
      <w:r>
        <w:t xml:space="preserve">    (a) requiring (obligating) to do something</w:t>
      </w:r>
      <w:r>
        <w:br/>
      </w:r>
      <w:r>
        <w:t xml:space="preserve">    (b) taking in, transforming, or fitting in</w:t>
      </w:r>
      <w:r>
        <w:br/>
      </w:r>
      <w:r>
        <w:t xml:space="preserve">    (c) making strips of hair lighter in color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side effect of the sleep syrup is that it makes people less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inhibited</w:t>
      </w:r>
      <w:r>
        <w:rPr>
          <w:b/>
          <w:bCs/>
        </w:rPr>
        <w:t xml:space="preserve">, like white liquor, and I know I have to control my tongue.</w:t>
      </w:r>
      <w:r>
        <w:br/>
      </w:r>
      <w:r>
        <w:t xml:space="preserve">    (a) limited in action due to self-consciousness</w:t>
      </w:r>
      <w:r>
        <w:br/>
      </w:r>
      <w:r>
        <w:t xml:space="preserve">    (b) insensitive to others' feelings due to being self-centered</w:t>
      </w:r>
      <w:r>
        <w:br/>
      </w:r>
      <w:r>
        <w:t xml:space="preserve">    (c) too loud in an attempt to sound confident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Peeta takes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copious</w:t>
      </w:r>
      <w:r>
        <w:rPr>
          <w:b/>
          <w:bCs/>
        </w:rPr>
        <w:t xml:space="preserve"> </w:t>
      </w:r>
      <w:r>
        <w:rPr>
          <w:b/>
          <w:bCs/>
        </w:rPr>
        <w:t xml:space="preserve">notes, Haymitch volunteers information about the victors' personalities, and slowly we begin to know our competition.</w:t>
      </w:r>
      <w:r>
        <w:br/>
      </w:r>
      <w:r>
        <w:t xml:space="preserve">    (a) able to accept as true (without proof)</w:t>
      </w:r>
      <w:r>
        <w:br/>
      </w:r>
      <w:r>
        <w:t xml:space="preserve">    (b) able to be protected or kept unchanged</w:t>
      </w:r>
      <w:r>
        <w:br/>
      </w:r>
      <w:r>
        <w:t xml:space="preserve">    (c) abundant (a lot of)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get the distinct feeling they're not comfortable with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camaraderie</w:t>
      </w:r>
      <w:r>
        <w:rPr>
          <w:b/>
          <w:bCs/>
        </w:rPr>
        <w:t xml:space="preserve"> </w:t>
      </w:r>
      <w:r>
        <w:rPr>
          <w:b/>
          <w:bCs/>
        </w:rPr>
        <w:t xml:space="preserve">among the victors, who couldn't seem to care less.</w:t>
      </w:r>
      <w:r>
        <w:br/>
      </w:r>
      <w:r>
        <w:t xml:space="preserve">    (a) not appropriate in size, amount, or degree</w:t>
      </w:r>
      <w:r>
        <w:br/>
      </w:r>
      <w:r>
        <w:t xml:space="preserve">    (b) the degree of not being easily set on fire</w:t>
      </w:r>
      <w:r>
        <w:br/>
      </w:r>
      <w:r>
        <w:t xml:space="preserve">    (c) close friendship amongst a group of people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Not until we're all sitting out onstage and Caesar Flickerman, hair and face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highlighted</w:t>
      </w:r>
      <w:r>
        <w:rPr>
          <w:b/>
          <w:bCs/>
        </w:rPr>
        <w:t xml:space="preserve"> </w:t>
      </w:r>
      <w:r>
        <w:rPr>
          <w:b/>
          <w:bCs/>
        </w:rPr>
        <w:t xml:space="preserve">in lavender this year, has done his opening spiel and the tributes begin their interviews.</w:t>
      </w:r>
      <w:r>
        <w:br/>
      </w:r>
      <w:r>
        <w:t xml:space="preserve">    (a) made one's home in; or lived in; or stayed (in a place)</w:t>
      </w:r>
      <w:r>
        <w:br/>
      </w:r>
      <w:r>
        <w:t xml:space="preserve">    (b) emphasized with areas of color</w:t>
      </w:r>
      <w:r>
        <w:br/>
      </w:r>
      <w:r>
        <w:t xml:space="preserve">    (c) excessively examined in an attempt to better understand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manage to keep sipping water, thinking of the days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dehydration</w:t>
      </w:r>
      <w:r>
        <w:rPr>
          <w:b/>
          <w:bCs/>
        </w:rPr>
        <w:t xml:space="preserve"> </w:t>
      </w:r>
      <w:r>
        <w:rPr>
          <w:b/>
          <w:bCs/>
        </w:rPr>
        <w:t xml:space="preserve">that almost killed me last year.</w:t>
      </w:r>
      <w:r>
        <w:br/>
      </w:r>
      <w:r>
        <w:t xml:space="preserve">    (a) suffering from excessive loss of water from the body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dried and/or preserved by removing natural moisture</w:t>
      </w:r>
      <w:r>
        <w:br/>
      </w:r>
      <w:r>
        <w:t xml:space="preserve">    (b) a television or radio program that typically runs for many years and dramatizes the lives of a group of characters.</w:t>
      </w:r>
      <w:r>
        <w:br/>
      </w:r>
      <w:r>
        <w:t xml:space="preserve">    (c) matter consisting of elementary particles that are like normal matter except for having opposite electrical charges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last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altercation</w:t>
      </w:r>
      <w:r>
        <w:rPr>
          <w:b/>
          <w:bCs/>
        </w:rPr>
        <w:t xml:space="preserve"> </w:t>
      </w:r>
      <w:r>
        <w:rPr>
          <w:b/>
          <w:bCs/>
        </w:rPr>
        <w:t xml:space="preserve">has given Enobaria and Gloss time to reach the Cornucopia.</w:t>
      </w:r>
      <w:r>
        <w:br/>
      </w:r>
      <w:r>
        <w:t xml:space="preserve">    (a) a particular understanding or explanation</w:t>
      </w:r>
      <w:r>
        <w:br/>
      </w:r>
      <w:r>
        <w:t xml:space="preserve">    (b) the time during which something continues</w:t>
      </w:r>
      <w:r>
        <w:br/>
      </w:r>
      <w:r>
        <w:t xml:space="preserve">    (c) noisy argument or fight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foreign, almost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obsolete</w:t>
      </w:r>
      <w:r>
        <w:rPr>
          <w:b/>
          <w:bCs/>
        </w:rPr>
        <w:t xml:space="preserve"> </w:t>
      </w:r>
      <w:r>
        <w:rPr>
          <w:b/>
          <w:bCs/>
        </w:rPr>
        <w:t xml:space="preserve">word comes to mind.</w:t>
      </w:r>
      <w:r>
        <w:br/>
      </w:r>
      <w:r>
        <w:t xml:space="preserve">    (a) newly in fashion</w:t>
      </w:r>
      <w:r>
        <w:br/>
      </w:r>
      <w:r>
        <w:t xml:space="preserve">    (b) especially admired</w:t>
      </w:r>
      <w:r>
        <w:br/>
      </w:r>
      <w:r>
        <w:t xml:space="preserve">    (c) outdated (old-fashioned)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 first it seems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arbitrary</w:t>
      </w:r>
      <w:r>
        <w:rPr>
          <w:b/>
          <w:bCs/>
        </w:rPr>
        <w:t xml:space="preserve">, then I see a pattern, like an intricate maze, appearing in the moonlight on Beetee's side.</w:t>
      </w:r>
      <w:r>
        <w:br/>
      </w:r>
      <w:r>
        <w:t xml:space="preserve">    (a) the quality of disagreeing</w:t>
      </w:r>
      <w:r>
        <w:br/>
      </w:r>
      <w:r>
        <w:t xml:space="preserve">    (b) able to meet and talk with</w:t>
      </w:r>
      <w:r>
        <w:br/>
      </w:r>
      <w:r>
        <w:t xml:space="preserve">    (c) based on chance or impulse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2026-07-31T18:20:47Z</dcterms:created>
  <dcterms:modified xsi:type="dcterms:W3CDTF">2026-07-31T18:20:47Z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