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f2102e91770f737d44a4c61c401175988bf596"/>
    <w:p>
      <w:pPr>
        <w:pStyle w:val="Heading1"/>
      </w:pPr>
      <w:r>
        <w:rPr>
          <w:b/>
          <w:bCs/>
        </w:rPr>
        <w:t xml:space="preserve">Howards End</w:t>
      </w:r>
      <w:r>
        <w:br/>
      </w:r>
      <w:r>
        <w:rPr>
          <w:i/>
          <w:iCs/>
        </w:rPr>
        <w:t xml:space="preserve">E. M. Forster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gets nearer</w:t>
      </w:r>
      <w:r>
        <w:br/>
      </w:r>
      <w:r>
        <w:t xml:space="preserve">    (b) is remembered</w:t>
      </w:r>
      <w:r>
        <w:br/>
      </w:r>
      <w:r>
        <w:t xml:space="preserve">    (c)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asserts</w:t>
      </w:r>
      <w:r>
        <w:rPr>
          <w:b/>
          <w:bCs/>
        </w:rPr>
        <w:t xml:space="preserve"> </w:t>
      </w:r>
      <w:r>
        <w:rPr>
          <w:b/>
          <w:bCs/>
        </w:rPr>
        <w:t xml:space="preserve">that her opponent lacks managerial experience.</w:t>
      </w:r>
      <w:r>
        <w:br/>
      </w:r>
      <w:r>
        <w:t xml:space="preserve">    (a) proves</w:t>
      </w:r>
      <w:r>
        <w:br/>
      </w:r>
      <w:r>
        <w:t xml:space="preserve">    (b) demonstrates</w:t>
      </w:r>
      <w:r>
        <w:br/>
      </w:r>
      <w:r>
        <w:t xml:space="preserve">    (c) says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openly oppose</w:t>
      </w:r>
      <w:r>
        <w:br/>
      </w:r>
      <w:r>
        <w:t xml:space="preserve">    (b) successfully gain</w:t>
      </w:r>
      <w:r>
        <w:br/>
      </w:r>
      <w:r>
        <w:t xml:space="preserve">    (c) carefully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disinterest</w:t>
      </w:r>
      <w:r>
        <w:br/>
      </w:r>
      <w:r>
        <w:t xml:space="preserve">    (b) criticism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important</w:t>
      </w:r>
      <w:r>
        <w:br/>
      </w:r>
      <w:r>
        <w:t xml:space="preserve">    (b) unethical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disagree with</w:t>
      </w:r>
      <w:r>
        <w:br/>
      </w:r>
      <w:r>
        <w:t xml:space="preserve">    (b) reinforce</w:t>
      </w:r>
      <w:r>
        <w:br/>
      </w:r>
      <w:r>
        <w:t xml:space="preserve">    (c) expand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compare</w:t>
      </w:r>
      <w:r>
        <w:br/>
      </w:r>
      <w:r>
        <w:t xml:space="preserve">    (b) study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covering of all styles</w:t>
      </w:r>
      <w:r>
        <w:br/>
      </w:r>
      <w:r>
        <w:t xml:space="preserve">    (b) notable similarity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she has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and unhappy.</w:t>
      </w:r>
      <w:r>
        <w:br/>
      </w:r>
      <w:r>
        <w:t xml:space="preserve">    (a) envious of friends</w:t>
      </w:r>
      <w:r>
        <w:br/>
      </w:r>
      <w:r>
        <w:t xml:space="preserve">    (b) trusting of strangers</w:t>
      </w:r>
      <w:r>
        <w:br/>
      </w:r>
      <w:r>
        <w:t xml:space="preserve">    (c) distrustful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afraid</w:t>
      </w:r>
      <w:r>
        <w:br/>
      </w:r>
      <w:r>
        <w:t xml:space="preserve">    (b) tending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slope</w:t>
      </w:r>
      <w:r>
        <w:br/>
      </w:r>
      <w:r>
        <w:t xml:space="preserve">    (c) price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assistant</w:t>
      </w:r>
      <w:r>
        <w:br/>
      </w:r>
      <w:r>
        <w:t xml:space="preserve">    (b) vote</w:t>
      </w:r>
      <w:r>
        <w:br/>
      </w:r>
      <w:r>
        <w:t xml:space="preserve">    (c) formal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severe</w:t>
      </w:r>
      <w:r>
        <w:br/>
      </w:r>
      <w:r>
        <w:t xml:space="preserve">    (b) common</w:t>
      </w:r>
      <w:r>
        <w:br/>
      </w:r>
      <w:r>
        <w:t xml:space="preserve">    (c) inactive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unwilling to spend any money</w:t>
      </w:r>
      <w:r>
        <w:br/>
      </w:r>
      <w:r>
        <w:t xml:space="preserve">    (b) too concerned with wealth and possessions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question</w:t>
      </w:r>
      <w:r>
        <w:br/>
      </w:r>
      <w:r>
        <w:t xml:space="preserve">    (b) not trust</w:t>
      </w:r>
      <w:r>
        <w:br/>
      </w:r>
      <w:r>
        <w:t xml:space="preserve">    (c) not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quickly replied</w:t>
      </w:r>
      <w:r>
        <w:br/>
      </w:r>
      <w:r>
        <w:t xml:space="preserve">    (b) joyfully laughed</w:t>
      </w:r>
      <w:r>
        <w:br/>
      </w:r>
      <w:r>
        <w:t xml:space="preserve">    (c) insulted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confusion</w:t>
      </w:r>
      <w:r>
        <w:br/>
      </w:r>
      <w:r>
        <w:t xml:space="preserve">    (b) cruelty</w:t>
      </w:r>
      <w:r>
        <w:br/>
      </w:r>
      <w:r>
        <w:t xml:space="preserve">    (c) slum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clever</w:t>
      </w:r>
      <w:r>
        <w:br/>
      </w:r>
      <w:r>
        <w:t xml:space="preserve">    (b) stale</w:t>
      </w:r>
      <w:r>
        <w:br/>
      </w:r>
      <w:r>
        <w:t xml:space="preserve">    (c) crude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2026-07-31T15:24:40Z</dcterms:created>
  <dcterms:modified xsi:type="dcterms:W3CDTF">2026-07-31T15:24:40Z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