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312ff7dec0f53b9b52c65a80d0f54bb00e68082"/>
    <w:p>
      <w:pPr>
        <w:pStyle w:val="Heading1"/>
      </w:pPr>
      <w:r>
        <w:rPr>
          <w:b/>
          <w:bCs/>
        </w:rPr>
        <w:t xml:space="preserve">Howards End</w:t>
      </w:r>
      <w:r>
        <w:br/>
      </w:r>
      <w:r>
        <w:rPr>
          <w:i/>
          <w:iCs/>
        </w:rPr>
        <w:t xml:space="preserve">E. M. Forster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British accent turned out to be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affectation</w:t>
      </w:r>
      <w:r>
        <w:rPr>
          <w:b/>
          <w:bCs/>
        </w:rPr>
        <w:t xml:space="preserve"> </w:t>
      </w:r>
      <w:r>
        <w:rPr>
          <w:b/>
          <w:bCs/>
        </w:rPr>
        <w:t xml:space="preserve">he picked up in college.</w:t>
      </w:r>
      <w:r>
        <w:br/>
      </w:r>
      <w:r>
        <w:t xml:space="preserve">    (a) fake mannerism</w:t>
      </w:r>
      <w:r>
        <w:br/>
      </w:r>
      <w:r>
        <w:t xml:space="preserve">    (b) old hobby</w:t>
      </w:r>
      <w:r>
        <w:br/>
      </w:r>
      <w:r>
        <w:t xml:space="preserve">    (c) honest trait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Most religions have or have had traces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asceticism</w:t>
      </w:r>
      <w:r>
        <w:rPr>
          <w:b/>
          <w:bCs/>
        </w:rPr>
        <w:t xml:space="preserve"> </w:t>
      </w:r>
      <w:r>
        <w:rPr>
          <w:b/>
          <w:bCs/>
        </w:rPr>
        <w:t xml:space="preserve">in order to achieve a spiritual goal.</w:t>
      </w:r>
      <w:r>
        <w:br/>
      </w:r>
      <w:r>
        <w:t xml:space="preserve">    (a) spiritual mysticism</w:t>
      </w:r>
      <w:r>
        <w:br/>
      </w:r>
      <w:r>
        <w:t xml:space="preserve">    (b) self-denial</w:t>
      </w:r>
      <w:r>
        <w:br/>
      </w:r>
      <w:r>
        <w:t xml:space="preserve">    (c) sensual experience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These rules are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bastion</w:t>
      </w:r>
      <w:r>
        <w:rPr>
          <w:b/>
          <w:bCs/>
        </w:rPr>
        <w:t xml:space="preserve"> </w:t>
      </w:r>
      <w:r>
        <w:rPr>
          <w:b/>
          <w:bCs/>
        </w:rPr>
        <w:t xml:space="preserve">against corruption.</w:t>
      </w:r>
      <w:r>
        <w:br/>
      </w:r>
      <w:r>
        <w:t xml:space="preserve">    (a) defensive fortification</w:t>
      </w:r>
      <w:r>
        <w:br/>
      </w:r>
      <w:r>
        <w:t xml:space="preserve">    (b) prime example</w:t>
      </w:r>
      <w:r>
        <w:br/>
      </w:r>
      <w:r>
        <w:t xml:space="preserve">    (c) weak spot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aunt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bequeathed</w:t>
      </w:r>
      <w:r>
        <w:rPr>
          <w:b/>
          <w:bCs/>
        </w:rPr>
        <w:t xml:space="preserve"> </w:t>
      </w:r>
      <w:r>
        <w:rPr>
          <w:b/>
          <w:bCs/>
        </w:rPr>
        <w:t xml:space="preserve">me her pearl necklace.</w:t>
      </w:r>
      <w:r>
        <w:br/>
      </w:r>
      <w:r>
        <w:t xml:space="preserve">    (a) took</w:t>
      </w:r>
      <w:r>
        <w:br/>
      </w:r>
      <w:r>
        <w:t xml:space="preserve">    (b) loaned</w:t>
      </w:r>
      <w:r>
        <w:br/>
      </w:r>
      <w:r>
        <w:t xml:space="preserve">    (c) gave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estimates that your probability of lung cancer will drop to that of a non-smoker if you haven't already got it 10 to 15 years after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cessation</w:t>
      </w:r>
      <w:r>
        <w:rPr>
          <w:b/>
          <w:bCs/>
        </w:rPr>
        <w:t xml:space="preserve"> </w:t>
      </w:r>
      <w:r>
        <w:rPr>
          <w:b/>
          <w:bCs/>
        </w:rPr>
        <w:t xml:space="preserve">of smoking.</w:t>
      </w:r>
      <w:r>
        <w:br/>
      </w:r>
      <w:r>
        <w:t xml:space="preserve">    (a) the ending</w:t>
      </w:r>
      <w:r>
        <w:br/>
      </w:r>
      <w:r>
        <w:t xml:space="preserve">    (b) the beginning</w:t>
      </w:r>
      <w:r>
        <w:br/>
      </w:r>
      <w:r>
        <w:t xml:space="preserve">    (c) the reducing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months without members, the club voted for its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dissolution</w:t>
      </w:r>
      <w:r>
        <w:rPr>
          <w:b/>
          <w:bCs/>
        </w:rPr>
        <w:t xml:space="preserve">.</w:t>
      </w:r>
      <w:r>
        <w:br/>
      </w:r>
      <w:r>
        <w:t xml:space="preserve">    (a) new beginning</w:t>
      </w:r>
      <w:r>
        <w:br/>
      </w:r>
      <w:r>
        <w:t xml:space="preserve">    (b) public celebration</w:t>
      </w:r>
      <w:r>
        <w:br/>
      </w:r>
      <w:r>
        <w:t xml:space="preserve">    (c) formal ending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like to kayak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estuary</w:t>
      </w:r>
      <w:r>
        <w:rPr>
          <w:b/>
          <w:bCs/>
        </w:rPr>
        <w:t xml:space="preserve">.</w:t>
      </w:r>
      <w:r>
        <w:br/>
      </w:r>
      <w:r>
        <w:t xml:space="preserve">    (a) river where fresh &amp; salt water mix</w:t>
      </w:r>
      <w:r>
        <w:br/>
      </w:r>
      <w:r>
        <w:t xml:space="preserve">    (b) river where water runs rapidly</w:t>
      </w:r>
      <w:r>
        <w:br/>
      </w:r>
      <w:r>
        <w:t xml:space="preserve">    (c) river where water runs slowly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hikers struggled to climb the steep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gradient</w:t>
      </w:r>
      <w:r>
        <w:rPr>
          <w:b/>
          <w:bCs/>
        </w:rPr>
        <w:t xml:space="preserve"> </w:t>
      </w:r>
      <w:r>
        <w:rPr>
          <w:b/>
          <w:bCs/>
        </w:rPr>
        <w:t xml:space="preserve">of the mountain trail.</w:t>
      </w:r>
      <w:r>
        <w:br/>
      </w:r>
      <w:r>
        <w:t xml:space="preserve">    (a) cliff</w:t>
      </w:r>
      <w:r>
        <w:br/>
      </w:r>
      <w:r>
        <w:t xml:space="preserve">    (b) slope</w:t>
      </w:r>
      <w:r>
        <w:br/>
      </w:r>
      <w:r>
        <w:t xml:space="preserve">    (c) ridge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impudent</w:t>
      </w:r>
      <w:r>
        <w:rPr>
          <w:b/>
          <w:bCs/>
        </w:rPr>
        <w:t xml:space="preserve"> </w:t>
      </w:r>
      <w:r>
        <w:rPr>
          <w:b/>
          <w:bCs/>
        </w:rPr>
        <w:t xml:space="preserve">reply to the manager shocked everyone in the meeting.</w:t>
      </w:r>
      <w:r>
        <w:br/>
      </w:r>
      <w:r>
        <w:t xml:space="preserve">    (a) thoughtfully kind</w:t>
      </w:r>
      <w:r>
        <w:br/>
      </w:r>
      <w:r>
        <w:t xml:space="preserve">    (b) disrespectfully bold</w:t>
      </w:r>
      <w:r>
        <w:br/>
      </w:r>
      <w:r>
        <w:t xml:space="preserve">    (c) extremely quiet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repair cost is still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indeterminate</w:t>
      </w:r>
      <w:r>
        <w:rPr>
          <w:b/>
          <w:bCs/>
        </w:rPr>
        <w:t xml:space="preserve"> </w:t>
      </w:r>
      <w:r>
        <w:rPr>
          <w:b/>
          <w:bCs/>
        </w:rPr>
        <w:t xml:space="preserve">because the mechanic has not found the problem.</w:t>
      </w:r>
      <w:r>
        <w:br/>
      </w:r>
      <w:r>
        <w:t xml:space="preserve">    (a) already paid</w:t>
      </w:r>
      <w:r>
        <w:br/>
      </w:r>
      <w:r>
        <w:t xml:space="preserve">    (b) very expensive</w:t>
      </w:r>
      <w:r>
        <w:br/>
      </w:r>
      <w:r>
        <w:t xml:space="preserve">    (c) not yet known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Trust between coworkers is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intangible</w:t>
      </w:r>
      <w:r>
        <w:rPr>
          <w:b/>
          <w:bCs/>
        </w:rPr>
        <w:t xml:space="preserve"> </w:t>
      </w:r>
      <w:r>
        <w:rPr>
          <w:b/>
          <w:bCs/>
        </w:rPr>
        <w:t xml:space="preserve">quality that takes years to build.</w:t>
      </w:r>
      <w:r>
        <w:br/>
      </w:r>
      <w:r>
        <w:t xml:space="preserve">    (a) extremely heavy</w:t>
      </w:r>
      <w:r>
        <w:br/>
      </w:r>
      <w:r>
        <w:t xml:space="preserve">    (b) non-material</w:t>
      </w:r>
      <w:r>
        <w:br/>
      </w:r>
      <w:r>
        <w:t xml:space="preserve">    (c) easily broken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have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interposed</w:t>
      </w:r>
      <w:r>
        <w:rPr>
          <w:b/>
          <w:bCs/>
        </w:rPr>
        <w:t xml:space="preserve"> </w:t>
      </w:r>
      <w:r>
        <w:rPr>
          <w:b/>
          <w:bCs/>
        </w:rPr>
        <w:t xml:space="preserve">themselves on the side of our enemy.</w:t>
      </w:r>
      <w:r>
        <w:br/>
      </w:r>
      <w:r>
        <w:t xml:space="preserve">    (a) hidden</w:t>
      </w:r>
      <w:r>
        <w:br/>
      </w:r>
      <w:r>
        <w:t xml:space="preserve">    (b) been seen</w:t>
      </w:r>
      <w:r>
        <w:br/>
      </w:r>
      <w:r>
        <w:t xml:space="preserve">    (c) inserted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Their bond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matrimony</w:t>
      </w:r>
      <w:r>
        <w:rPr>
          <w:b/>
          <w:bCs/>
        </w:rPr>
        <w:t xml:space="preserve"> </w:t>
      </w:r>
      <w:r>
        <w:rPr>
          <w:b/>
          <w:bCs/>
        </w:rPr>
        <w:t xml:space="preserve">lasted for over fifty years.</w:t>
      </w:r>
      <w:r>
        <w:br/>
      </w:r>
      <w:r>
        <w:t xml:space="preserve">    (a) friendship</w:t>
      </w:r>
      <w:r>
        <w:br/>
      </w:r>
      <w:r>
        <w:t xml:space="preserve">    (b) divorce</w:t>
      </w:r>
      <w:r>
        <w:br/>
      </w:r>
      <w:r>
        <w:t xml:space="preserve">    (c) marriage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months of planning, the day of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nuptials</w:t>
      </w:r>
      <w:r>
        <w:rPr>
          <w:b/>
          <w:bCs/>
        </w:rPr>
        <w:t xml:space="preserve"> </w:t>
      </w:r>
      <w:r>
        <w:rPr>
          <w:b/>
          <w:bCs/>
        </w:rPr>
        <w:t xml:space="preserve">finally arrived.</w:t>
      </w:r>
      <w:r>
        <w:br/>
      </w:r>
      <w:r>
        <w:t xml:space="preserve">    (a) move</w:t>
      </w:r>
      <w:r>
        <w:br/>
      </w:r>
      <w:r>
        <w:t xml:space="preserve">    (b) wedding</w:t>
      </w:r>
      <w:r>
        <w:br/>
      </w:r>
      <w:r>
        <w:t xml:space="preserve">    (c) vacation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looked for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omission</w:t>
      </w:r>
      <w:r>
        <w:rPr>
          <w:b/>
          <w:bCs/>
        </w:rPr>
        <w:t xml:space="preserve"> </w:t>
      </w:r>
      <w:r>
        <w:rPr>
          <w:b/>
          <w:bCs/>
        </w:rPr>
        <w:t xml:space="preserve">in the list of planned expenses.</w:t>
      </w:r>
      <w:r>
        <w:br/>
      </w:r>
      <w:r>
        <w:t xml:space="preserve">    (a) people who do not believe in the existence of god</w:t>
      </w:r>
      <w:r>
        <w:br/>
      </w:r>
      <w:r>
        <w:t xml:space="preserve">    (b) missing item</w:t>
      </w:r>
      <w:r>
        <w:br/>
      </w:r>
      <w:r>
        <w:t xml:space="preserve">    (c) an impressive country house (or castle) in France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opined</w:t>
      </w:r>
      <w:r>
        <w:rPr>
          <w:b/>
          <w:bCs/>
        </w:rPr>
        <w:t xml:space="preserve"> </w:t>
      </w:r>
      <w:r>
        <w:rPr>
          <w:b/>
          <w:bCs/>
        </w:rPr>
        <w:t xml:space="preserve">that popular sentiment will change when people learn more about the issue.</w:t>
      </w:r>
      <w:r>
        <w:br/>
      </w:r>
      <w:r>
        <w:t xml:space="preserve">    (a) surveyed people in the room</w:t>
      </w:r>
      <w:r>
        <w:br/>
      </w:r>
      <w:r>
        <w:t xml:space="preserve">    (b) challenged the opinion</w:t>
      </w:r>
      <w:r>
        <w:br/>
      </w:r>
      <w:r>
        <w:t xml:space="preserve">    (c) expressed an opinion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is a story about a prince who changes places with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pauper</w:t>
      </w:r>
      <w:r>
        <w:rPr>
          <w:b/>
          <w:bCs/>
        </w:rPr>
        <w:t xml:space="preserve">.</w:t>
      </w:r>
      <w:r>
        <w:br/>
      </w:r>
      <w:r>
        <w:t xml:space="preserve">    (a) palace visitor</w:t>
      </w:r>
      <w:r>
        <w:br/>
      </w:r>
      <w:r>
        <w:t xml:space="preserve">    (b) wealthy person</w:t>
      </w:r>
      <w:r>
        <w:br/>
      </w:r>
      <w:r>
        <w:t xml:space="preserve">    (c) poor person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billionaire's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philanthropy</w:t>
      </w:r>
      <w:r>
        <w:rPr>
          <w:b/>
          <w:bCs/>
        </w:rPr>
        <w:t xml:space="preserve"> </w:t>
      </w:r>
      <w:r>
        <w:rPr>
          <w:b/>
          <w:bCs/>
        </w:rPr>
        <w:t xml:space="preserve">supported hospitals around the world.</w:t>
      </w:r>
      <w:r>
        <w:br/>
      </w:r>
      <w:r>
        <w:t xml:space="preserve">    (a) charitable giving</w:t>
      </w:r>
      <w:r>
        <w:br/>
      </w:r>
      <w:r>
        <w:t xml:space="preserve">    (b) loud boasting</w:t>
      </w:r>
      <w:r>
        <w:br/>
      </w:r>
      <w:r>
        <w:t xml:space="preserve">    (c) selfish hoarding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scruples</w:t>
      </w:r>
      <w:r>
        <w:rPr>
          <w:b/>
          <w:bCs/>
        </w:rPr>
        <w:t xml:space="preserve"> </w:t>
      </w:r>
      <w:r>
        <w:rPr>
          <w:b/>
          <w:bCs/>
        </w:rPr>
        <w:t xml:space="preserve">were not so strong as to withstand her friend's arguments.</w:t>
      </w:r>
      <w:r>
        <w:br/>
      </w:r>
      <w:r>
        <w:t xml:space="preserve">    (a) principles that discourage certain kinds of action</w:t>
      </w:r>
      <w:r>
        <w:br/>
      </w:r>
      <w:r>
        <w:t xml:space="preserve">    (b) firmness of purpose</w:t>
      </w:r>
      <w:r>
        <w:br/>
      </w:r>
      <w:r>
        <w:t xml:space="preserve">    (c) known facts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Susan B. Anthony fought for women's political rights, especially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suffrage</w:t>
      </w:r>
      <w:r>
        <w:rPr>
          <w:b/>
          <w:bCs/>
        </w:rPr>
        <w:t xml:space="preserve">.</w:t>
      </w:r>
      <w:r>
        <w:br/>
      </w:r>
      <w:r>
        <w:t xml:space="preserve">    (a) freedom of expression</w:t>
      </w:r>
      <w:r>
        <w:br/>
      </w:r>
      <w:r>
        <w:t xml:space="preserve">    (b) the right to own property</w:t>
      </w:r>
      <w:r>
        <w:br/>
      </w:r>
      <w:r>
        <w:t xml:space="preserve">    (c) the right to vote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2026-07-31T15:24:40Z</dcterms:created>
  <dcterms:modified xsi:type="dcterms:W3CDTF">2026-07-31T15:24:40Z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