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17264e569122c1a69a150430f38c170ddecd35"/>
    <w:p>
      <w:pPr>
        <w:pStyle w:val="Heading1"/>
      </w:pPr>
      <w:r>
        <w:rPr>
          <w:b/>
          <w:bCs/>
        </w:rPr>
        <w:t xml:space="preserve">Howards End</w:t>
      </w:r>
      <w:r>
        <w:br/>
      </w:r>
      <w:r>
        <w:rPr>
          <w:i/>
          <w:iCs/>
        </w:rPr>
        <w:t xml:space="preserve">E. M. Forster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Its very situation—withdrawn a little behind the facile splendours of St. Pancras—implied a comment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materialism</w:t>
      </w:r>
      <w:r>
        <w:rPr>
          <w:b/>
          <w:bCs/>
        </w:rPr>
        <w:t xml:space="preserve"> </w:t>
      </w:r>
      <w:r>
        <w:rPr>
          <w:b/>
          <w:bCs/>
        </w:rPr>
        <w:t xml:space="preserve">of life.</w:t>
      </w:r>
      <w:r>
        <w:br/>
      </w:r>
      <w:r>
        <w:t xml:space="preserve">    (a) the passage food and drink follow between the back of the mouth and the stomach</w:t>
      </w:r>
      <w:r>
        <w:br/>
      </w:r>
      <w:r>
        <w:t xml:space="preserve">    (b) overly concerned with wealth and possessions at the expense of other interests</w:t>
      </w:r>
      <w:r>
        <w:br/>
      </w:r>
      <w:r>
        <w:t xml:space="preserve">    (c) blood poisoning or poisoning of other tissues by microorganisms or their toxins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his head in her direction, and said...</w:t>
      </w:r>
      <w:r>
        <w:br/>
      </w:r>
      <w:r>
        <w:t xml:space="preserve">    (a) lied or misled</w:t>
      </w:r>
      <w:r>
        <w:br/>
      </w:r>
      <w:r>
        <w:t xml:space="preserve">    (b) angled (or bent)</w:t>
      </w:r>
      <w:r>
        <w:br/>
      </w:r>
      <w:r>
        <w:t xml:space="preserve">    (c) told (a story)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feel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to talk.</w:t>
      </w:r>
      <w:r>
        <w:br/>
      </w:r>
      <w:r>
        <w:t xml:space="preserve">    (a) in the mood</w:t>
      </w:r>
      <w:r>
        <w:br/>
      </w:r>
      <w:r>
        <w:t xml:space="preserve">    (b) the degree to which something can be solved or settled</w:t>
      </w:r>
      <w:r>
        <w:br/>
      </w:r>
      <w:r>
        <w:t xml:space="preserve">    (c) not capable of being suffered through (or put up with)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Margaret saw horror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latent</w:t>
      </w:r>
      <w:r>
        <w:rPr>
          <w:b/>
          <w:bCs/>
        </w:rPr>
        <w:t xml:space="preserve"> </w:t>
      </w:r>
      <w:r>
        <w:rPr>
          <w:b/>
          <w:bCs/>
        </w:rPr>
        <w:t xml:space="preserve">in the scene, and Helen's next remark did not surprise her.</w:t>
      </w:r>
      <w:r>
        <w:br/>
      </w:r>
      <w:r>
        <w:t xml:space="preserve">    (a) relating to logical examination to improve understanding</w:t>
      </w:r>
      <w:r>
        <w:br/>
      </w:r>
      <w:r>
        <w:t xml:space="preserve">    (b) potentially existing (but not presently active)</w:t>
      </w:r>
      <w:r>
        <w:br/>
      </w:r>
      <w:r>
        <w:t xml:space="preserve">    (c) the characteristic of tending to think back about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the vice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vulgar</w:t>
      </w:r>
      <w:r>
        <w:rPr>
          <w:b/>
          <w:bCs/>
        </w:rPr>
        <w:t xml:space="preserve"> </w:t>
      </w:r>
      <w:r>
        <w:rPr>
          <w:b/>
          <w:bCs/>
        </w:rPr>
        <w:t xml:space="preserve">mind to be thrilled by bigness, to think that a thousand square miles are a thousand times more wonderful than one square mile, and that a million square miles are almost the same as heaven.</w:t>
      </w:r>
      <w:r>
        <w:br/>
      </w:r>
      <w:r>
        <w:t xml:space="preserve">    (a) the state of being unaware of one's mental activity</w:t>
      </w:r>
      <w:r>
        <w:br/>
      </w:r>
      <w:r>
        <w:t xml:space="preserve">    (b) unsophisticated</w:t>
      </w:r>
      <w:r>
        <w:br/>
      </w:r>
      <w:r>
        <w:t xml:space="preserve">    (c) increasing reason or general desire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Helen could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</w:t>
      </w:r>
      <w:r>
        <w:rPr>
          <w:b/>
          <w:bCs/>
        </w:rPr>
        <w:t xml:space="preserve"> </w:t>
      </w:r>
      <w:r>
        <w:rPr>
          <w:b/>
          <w:bCs/>
        </w:rPr>
        <w:t xml:space="preserve">them, for, once at all events, she had felt the same, and had seen the reliable walls of youth collapse.</w:t>
      </w:r>
      <w:r>
        <w:br/>
      </w:r>
      <w:r>
        <w:t xml:space="preserve">    (a) disagree</w:t>
      </w:r>
      <w:r>
        <w:br/>
      </w:r>
      <w:r>
        <w:t xml:space="preserve">    (b) subtract</w:t>
      </w:r>
      <w:r>
        <w:br/>
      </w:r>
      <w:r>
        <w:t xml:space="preserve">    (c) continue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"It isn't of 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," said the young man, in truth a little uneasy about his umbrella.</w:t>
      </w:r>
      <w:r>
        <w:br/>
      </w:r>
      <w:r>
        <w:t xml:space="preserve">    (a) translates</w:t>
      </w:r>
      <w:r>
        <w:br/>
      </w:r>
      <w:r>
        <w:t xml:space="preserve">    (b) sticks out</w:t>
      </w:r>
      <w:r>
        <w:br/>
      </w:r>
      <w:r>
        <w:t xml:space="preserve">    (c) importance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had attempted friendship, and they would take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consequences</w:t>
      </w:r>
      <w:r>
        <w:rPr>
          <w:b/>
          <w:bCs/>
        </w:rPr>
        <w:t xml:space="preserve">.</w:t>
      </w:r>
      <w:r>
        <w:br/>
      </w:r>
      <w:r>
        <w:t xml:space="preserve">    (a) battles</w:t>
      </w:r>
      <w:r>
        <w:br/>
      </w:r>
      <w:r>
        <w:t xml:space="preserve">    (b) desires</w:t>
      </w:r>
      <w:r>
        <w:br/>
      </w:r>
      <w:r>
        <w:t xml:space="preserve">    (c) results (including unintended side-effects)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ladies would have laughed, but Margaret really minded, for it gave her a glimpse into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squalor</w:t>
      </w:r>
      <w:r>
        <w:rPr>
          <w:b/>
          <w:bCs/>
        </w:rPr>
        <w:t xml:space="preserve">.</w:t>
      </w:r>
      <w:r>
        <w:br/>
      </w:r>
      <w:r>
        <w:t xml:space="preserve">    (a) the act, process, or instance of telling a story</w:t>
      </w:r>
      <w:r>
        <w:br/>
      </w:r>
      <w:r>
        <w:t xml:space="preserve">    (b) extremely dirty and unpleasant living conditions</w:t>
      </w:r>
      <w:r>
        <w:br/>
      </w:r>
      <w:r>
        <w:t xml:space="preserve">    (c) a general feeling of not being as good as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call that rather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cynical</w:t>
      </w:r>
      <w:r>
        <w:rPr>
          <w:b/>
          <w:bCs/>
        </w:rPr>
        <w:t xml:space="preserve">.</w:t>
      </w:r>
      <w:r>
        <w:br/>
      </w:r>
      <w:r>
        <w:t xml:space="preserve">    (a) characterized by recurrent and persistent thoughts and feelings and repetitive, ritualized behaviors</w:t>
      </w:r>
      <w:r>
        <w:br/>
      </w:r>
      <w:r>
        <w:t xml:space="preserve">    (b) someone who expects the worst -- especially of people (such as expecting them to be selfish and lie)</w:t>
      </w:r>
      <w:r>
        <w:br/>
      </w:r>
      <w:r>
        <w:t xml:space="preserve">    (c) related to the change of a light wave (or other wave) when it passes an opaque edge or narrow opening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Surely, if experience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attainable</w:t>
      </w:r>
      <w:r>
        <w:rPr>
          <w:b/>
          <w:bCs/>
        </w:rPr>
        <w:t xml:space="preserve">, she had attained it.</w:t>
      </w:r>
      <w:r>
        <w:br/>
      </w:r>
      <w:r>
        <w:t xml:space="preserve">    (a) lacking a tendency to be full of thought</w:t>
      </w:r>
      <w:r>
        <w:br/>
      </w:r>
      <w:r>
        <w:t xml:space="preserve">    (b) able to be gained or reached with effort</w:t>
      </w:r>
      <w:r>
        <w:br/>
      </w:r>
      <w:r>
        <w:t xml:space="preserve">    (c) without a tendency to be full of thought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mistrusted</w:t>
      </w:r>
      <w:r>
        <w:rPr>
          <w:b/>
          <w:bCs/>
        </w:rPr>
        <w:t xml:space="preserve"> </w:t>
      </w:r>
      <w:r>
        <w:rPr>
          <w:b/>
          <w:bCs/>
        </w:rPr>
        <w:t xml:space="preserve">the periods of quiet that are essential to true growth.</w:t>
      </w:r>
      <w:r>
        <w:br/>
      </w:r>
      <w:r>
        <w:t xml:space="preserve">    (a) past-tense of the verb</w:t>
      </w:r>
      <w:r>
        <w:t xml:space="preserve"> </w:t>
      </w:r>
      <w:r>
        <w:rPr>
          <w:i/>
          <w:iCs/>
        </w:rPr>
        <w:t xml:space="preserve">lead</w:t>
      </w:r>
      <w:r>
        <w:br/>
      </w:r>
      <w:r>
        <w:t xml:space="preserve">    (b) didn't trust or have confidence in</w:t>
      </w:r>
      <w:r>
        <w:br/>
      </w:r>
      <w:r>
        <w:t xml:space="preserve">    (c) fruit cooked with sugar (like jam)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 business is not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the two, but to reconcile them.</w:t>
      </w:r>
      <w:r>
        <w:br/>
      </w:r>
      <w:r>
        <w:t xml:space="preserve">    (a) determine or distinguish the nature of a problem</w:t>
      </w:r>
      <w:r>
        <w:br/>
      </w:r>
      <w:r>
        <w:t xml:space="preserve">    (b) point to differences between</w:t>
      </w:r>
      <w:r>
        <w:br/>
      </w:r>
      <w:r>
        <w:t xml:space="preserve">    (c) separate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Leonard noticed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contrast</w:t>
      </w:r>
      <w:r>
        <w:rPr>
          <w:b/>
          <w:bCs/>
        </w:rPr>
        <w:t xml:space="preserve"> </w:t>
      </w:r>
      <w:r>
        <w:rPr>
          <w:b/>
          <w:bCs/>
        </w:rPr>
        <w:t xml:space="preserve">when he stepped out of it into the country.</w:t>
      </w:r>
      <w:r>
        <w:br/>
      </w:r>
      <w:r>
        <w:t xml:space="preserve">    (a) size</w:t>
      </w:r>
      <w:r>
        <w:br/>
      </w:r>
      <w:r>
        <w:t xml:space="preserve">    (b) similarity</w:t>
      </w:r>
      <w:r>
        <w:br/>
      </w:r>
      <w:r>
        <w:t xml:space="preserve">    (c)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censured</w:t>
      </w:r>
      <w:r>
        <w:rPr>
          <w:b/>
          <w:bCs/>
        </w:rPr>
        <w:t xml:space="preserve"> </w:t>
      </w:r>
      <w:r>
        <w:rPr>
          <w:b/>
          <w:bCs/>
        </w:rPr>
        <w:t xml:space="preserve">her, not for disapproving of the engagement, but for throwing over her disapproval a veil of mystery.</w:t>
      </w:r>
      <w:r>
        <w:br/>
      </w:r>
      <w:r>
        <w:t xml:space="preserve">    (a) criticized</w:t>
      </w:r>
      <w:r>
        <w:br/>
      </w:r>
      <w:r>
        <w:t xml:space="preserve">    (b) not hired, occupied, or booked</w:t>
      </w:r>
      <w:r>
        <w:br/>
      </w:r>
      <w:r>
        <w:t xml:space="preserve">    (c) developed or changed gradually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business man who assumes that this life is everything, and the mystic who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asserts</w:t>
      </w:r>
      <w:r>
        <w:rPr>
          <w:b/>
          <w:bCs/>
        </w:rPr>
        <w:t xml:space="preserve"> </w:t>
      </w:r>
      <w:r>
        <w:rPr>
          <w:b/>
          <w:bCs/>
        </w:rPr>
        <w:t xml:space="preserve">that it is nothing, fail, on this side and on that, to hit the truth.</w:t>
      </w:r>
      <w:r>
        <w:br/>
      </w:r>
      <w:r>
        <w:t xml:space="preserve">    (a) points to differences between; or compares to show differences</w:t>
      </w:r>
      <w:r>
        <w:br/>
      </w:r>
      <w:r>
        <w:t xml:space="preserve">    (b) says (something is true -- especially something disputed)</w:t>
      </w:r>
      <w:r>
        <w:br/>
      </w:r>
      <w:r>
        <w:t xml:space="preserve">    (c) encourages growth or excitement, or causes something to happen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always best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</w:t>
      </w:r>
      <w:r>
        <w:rPr>
          <w:b/>
          <w:bCs/>
        </w:rPr>
        <w:t xml:space="preserve"> </w:t>
      </w:r>
      <w:r>
        <w:rPr>
          <w:b/>
          <w:bCs/>
        </w:rPr>
        <w:t xml:space="preserve">him formally.</w:t>
      </w:r>
      <w:r>
        <w:br/>
      </w:r>
      <w:r>
        <w:t xml:space="preserve">    (a) to support by providing money or other economic aid</w:t>
      </w:r>
      <w:r>
        <w:br/>
      </w:r>
      <w:r>
        <w:t xml:space="preserve">    (b) begin communication with someone about something</w:t>
      </w:r>
      <w:r>
        <w:br/>
      </w:r>
      <w:r>
        <w:t xml:space="preserve">    (c) did not find a condition or substance to be present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warned quietly—really quietly, for as the day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approached</w:t>
      </w:r>
      <w:r>
        <w:rPr>
          <w:b/>
          <w:bCs/>
        </w:rPr>
        <w:t xml:space="preserve"> </w:t>
      </w:r>
      <w:r>
        <w:rPr>
          <w:b/>
          <w:bCs/>
        </w:rPr>
        <w:t xml:space="preserve">she refused to go through another Oniton.</w:t>
      </w:r>
      <w:r>
        <w:br/>
      </w:r>
      <w:r>
        <w:t xml:space="preserve">    (a) made possible</w:t>
      </w:r>
      <w:r>
        <w:br/>
      </w:r>
      <w:r>
        <w:t xml:space="preserve">    (b) not satisfied</w:t>
      </w:r>
      <w:r>
        <w:br/>
      </w:r>
      <w:r>
        <w:t xml:space="preserve">    (c) got near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can diagnose the case more bluntly if you wish,"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retorted</w:t>
      </w:r>
      <w:r>
        <w:rPr>
          <w:b/>
          <w:bCs/>
        </w:rPr>
        <w:t xml:space="preserve">.</w:t>
      </w:r>
      <w:r>
        <w:br/>
      </w:r>
      <w:r>
        <w:t xml:space="preserve">    (a) greatly annoyed</w:t>
      </w:r>
      <w:r>
        <w:br/>
      </w:r>
      <w:r>
        <w:t xml:space="preserve">    (b) quickly replied</w:t>
      </w:r>
      <w:r>
        <w:br/>
      </w:r>
      <w:r>
        <w:t xml:space="preserve">    (c) said indirectly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his way through the village he informed the police, who thanked him, and said there must be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inquest</w:t>
      </w:r>
      <w:r>
        <w:rPr>
          <w:b/>
          <w:bCs/>
        </w:rPr>
        <w:t xml:space="preserve">.</w:t>
      </w:r>
      <w:r>
        <w:br/>
      </w:r>
      <w:r>
        <w:t xml:space="preserve">    (a) basic rule or belief</w:t>
      </w:r>
      <w:r>
        <w:br/>
      </w:r>
      <w:r>
        <w:t xml:space="preserve">    (b) the act of forgiving</w:t>
      </w:r>
      <w:r>
        <w:br/>
      </w:r>
      <w:r>
        <w:t xml:space="preserve">    (c) formal investigation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2026-07-31T15:24:40Z</dcterms:created>
  <dcterms:modified xsi:type="dcterms:W3CDTF">2026-07-31T15:24:40Z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