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194f0180d1601caa821732d37331e322f4fe48d"/>
    <w:p>
      <w:pPr>
        <w:pStyle w:val="Heading1"/>
      </w:pPr>
      <w:r>
        <w:rPr>
          <w:b/>
          <w:bCs/>
        </w:rPr>
        <w:t xml:space="preserve">Howards End</w:t>
      </w:r>
      <w:r>
        <w:br/>
      </w:r>
      <w:r>
        <w:rPr>
          <w:i/>
          <w:iCs/>
        </w:rPr>
        <w:t xml:space="preserve">E. M. Forster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going to wear [</w:t>
      </w:r>
      <w:r>
        <w:rPr>
          <w:b/>
          <w:bCs/>
          <w:u w:val="single"/>
        </w:rPr>
        <w:t xml:space="preserve">omission</w:t>
      </w:r>
      <w:r>
        <w:rPr>
          <w:b/>
          <w:bCs/>
        </w:rPr>
        <w:t xml:space="preserve">].</w:t>
      </w:r>
      <w:r>
        <w:br/>
      </w:r>
      <w:r>
        <w:t xml:space="preserve">    (a) an impressive country house (or castle) in France</w:t>
      </w:r>
      <w:r>
        <w:br/>
      </w:r>
      <w:r>
        <w:t xml:space="preserve">    (b) people who do not believe in the existence of god</w:t>
      </w:r>
      <w:r>
        <w:br/>
      </w:r>
      <w:r>
        <w:t xml:space="preserve">    (c) something left out that should have been included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One had the sense of a backwater, or rather of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estuary</w:t>
      </w:r>
      <w:r>
        <w:rPr>
          <w:b/>
          <w:bCs/>
        </w:rPr>
        <w:t xml:space="preserve">, whose waters flowed in from the invisible sea, and ebbed into a profound silence while the waves without were still beating.</w:t>
      </w:r>
      <w:r>
        <w:br/>
      </w:r>
      <w:r>
        <w:t xml:space="preserve">    (a) a wide part of a river where it nears the sea and fresh &amp; salt water mix</w:t>
      </w:r>
      <w:r>
        <w:br/>
      </w:r>
      <w:r>
        <w:t xml:space="preserve">    (b) cash or an asset (something of value) that is easily converted into cash</w:t>
      </w:r>
      <w:r>
        <w:br/>
      </w:r>
      <w:r>
        <w:t xml:space="preserve">    (c) ruling on a point of Islamic law that is given by a recognized authority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station, like the scenery, like Helen's letters, struck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indeterminate</w:t>
      </w:r>
      <w:r>
        <w:rPr>
          <w:b/>
          <w:bCs/>
        </w:rPr>
        <w:t xml:space="preserve"> </w:t>
      </w:r>
      <w:r>
        <w:rPr>
          <w:b/>
          <w:bCs/>
        </w:rPr>
        <w:t xml:space="preserve">note.</w:t>
      </w:r>
      <w:r>
        <w:br/>
      </w:r>
      <w:r>
        <w:t xml:space="preserve">    (a) sincerity (realness)</w:t>
      </w:r>
      <w:r>
        <w:br/>
      </w:r>
      <w:r>
        <w:t xml:space="preserve">    (b) not demonstrative of</w:t>
      </w:r>
      <w:r>
        <w:br/>
      </w:r>
      <w:r>
        <w:t xml:space="preserve">    (c) unknown or uncertain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dissolution</w:t>
      </w:r>
      <w:r>
        <w:rPr>
          <w:b/>
          <w:bCs/>
        </w:rPr>
        <w:t xml:space="preserve"> </w:t>
      </w:r>
      <w:r>
        <w:rPr>
          <w:b/>
          <w:bCs/>
        </w:rPr>
        <w:t xml:space="preserve">one heard the terrible, ominous note, and a goblin, with increased malignity, walked quietly over the universe from end to end.</w:t>
      </w:r>
      <w:r>
        <w:br/>
      </w:r>
      <w:r>
        <w:t xml:space="preserve">    (a) an order issued by a court or judicial officer</w:t>
      </w:r>
      <w:r>
        <w:br/>
      </w:r>
      <w:r>
        <w:t xml:space="preserve">    (b) two successive lines of poetry; usually rhymed</w:t>
      </w:r>
      <w:r>
        <w:br/>
      </w:r>
      <w:r>
        <w:t xml:space="preserve">    (c) breaking something up or bringing it to an end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dare say it is all for the best,"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opined</w:t>
      </w:r>
      <w:r>
        <w:rPr>
          <w:b/>
          <w:bCs/>
        </w:rPr>
        <w:t xml:space="preserve"> </w:t>
      </w:r>
      <w:r>
        <w:rPr>
          <w:b/>
          <w:bCs/>
        </w:rPr>
        <w:t xml:space="preserve">Mrs. Munt.</w:t>
      </w:r>
      <w:r>
        <w:br/>
      </w:r>
      <w:r>
        <w:t xml:space="preserve">    (a) expressed an opinion</w:t>
      </w:r>
      <w:r>
        <w:br/>
      </w:r>
      <w:r>
        <w:t xml:space="preserve">    (b) differed; or changed</w:t>
      </w:r>
      <w:r>
        <w:br/>
      </w:r>
      <w:r>
        <w:t xml:space="preserve">    (c) took on as one's 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Of course Bocklin strains, because he wants something—beauty and all the other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intangible</w:t>
      </w:r>
      <w:r>
        <w:rPr>
          <w:b/>
          <w:bCs/>
        </w:rPr>
        <w:t xml:space="preserve"> </w:t>
      </w:r>
      <w:r>
        <w:rPr>
          <w:b/>
          <w:bCs/>
        </w:rPr>
        <w:t xml:space="preserve">gifts that are floating about the world.</w:t>
      </w:r>
      <w:r>
        <w:br/>
      </w:r>
      <w:r>
        <w:t xml:space="preserve">    (a) someone who abandoned their religion or separated from others with whom they used to share firmly held beliefs</w:t>
      </w:r>
      <w:r>
        <w:br/>
      </w:r>
      <w:r>
        <w:t xml:space="preserve">    (b) an artists performance of another artist's work that expresses the performer's feelings or ideas about the work</w:t>
      </w:r>
      <w:r>
        <w:br/>
      </w:r>
      <w:r>
        <w:t xml:space="preserve">    (c) unable to be physically touched (existing but not material or concrete); or something that is hard to identify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Its Literature and Art have what one might call the kink of the unseen about them, and this persists even through decadence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affectation</w:t>
      </w:r>
      <w:r>
        <w:rPr>
          <w:b/>
          <w:bCs/>
        </w:rPr>
        <w:t xml:space="preserve">.</w:t>
      </w:r>
      <w:r>
        <w:br/>
      </w:r>
      <w:r>
        <w:t xml:space="preserve">    (a) a particular way of seeing or thinking about things</w:t>
      </w:r>
      <w:r>
        <w:br/>
      </w:r>
      <w:r>
        <w:t xml:space="preserve">    (b) collection of star systems held together by gravity</w:t>
      </w:r>
      <w:r>
        <w:br/>
      </w:r>
      <w:r>
        <w:t xml:space="preserve">    (c) behaving in an artificial way to make an impression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"One admits that the arguments against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suffrage</w:t>
      </w:r>
      <w:r>
        <w:rPr>
          <w:b/>
          <w:bCs/>
        </w:rPr>
        <w:t xml:space="preserve"> </w:t>
      </w:r>
      <w:r>
        <w:rPr>
          <w:b/>
          <w:bCs/>
        </w:rPr>
        <w:t xml:space="preserve">ARE extraordinarily strong," said a girl opposite, leaning forward and crumbling her bread.</w:t>
      </w:r>
      <w:r>
        <w:br/>
      </w:r>
      <w:r>
        <w:t xml:space="preserve">    (a) right to vote</w:t>
      </w:r>
      <w:r>
        <w:br/>
      </w:r>
      <w:r>
        <w:t xml:space="preserve">    (b) determination</w:t>
      </w:r>
      <w:r>
        <w:br/>
      </w:r>
      <w:r>
        <w:t xml:space="preserve">    (c) use of reason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High and straight, brown and polished, merging abruptly into temples and skull, it had the effect of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bastion</w:t>
      </w:r>
      <w:r>
        <w:rPr>
          <w:b/>
          <w:bCs/>
        </w:rPr>
        <w:t xml:space="preserve"> </w:t>
      </w:r>
      <w:r>
        <w:rPr>
          <w:b/>
          <w:bCs/>
        </w:rPr>
        <w:t xml:space="preserve">that protected his head from the world.</w:t>
      </w:r>
      <w:r>
        <w:br/>
      </w:r>
      <w:r>
        <w:t xml:space="preserve">    (a) someone who specializes in a branch of psychology concerned with the links between biology and behavior</w:t>
      </w:r>
      <w:r>
        <w:br/>
      </w:r>
      <w:r>
        <w:t xml:space="preserve">    (b) a strong defender or reliable example of something -- like a fortress or a person upholding a principle</w:t>
      </w:r>
      <w:r>
        <w:br/>
      </w:r>
      <w:r>
        <w:t xml:space="preserve">    (c) a living organism such as a bacterium, or virus that is so small, it can be seen only with a microscope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Is it credible that the possessions of the spirit can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bequeathed</w:t>
      </w:r>
      <w:r>
        <w:rPr>
          <w:b/>
          <w:bCs/>
        </w:rPr>
        <w:t xml:space="preserve"> </w:t>
      </w:r>
      <w:r>
        <w:rPr>
          <w:b/>
          <w:bCs/>
        </w:rPr>
        <w:t xml:space="preserve">at all?</w:t>
      </w:r>
      <w:r>
        <w:br/>
      </w:r>
      <w:r>
        <w:t xml:space="preserve">    (a) helped make clear</w:t>
      </w:r>
      <w:r>
        <w:br/>
      </w:r>
      <w:r>
        <w:t xml:space="preserve">    (b) guided or managed</w:t>
      </w:r>
      <w:r>
        <w:br/>
      </w:r>
      <w:r>
        <w:t xml:space="preserve">    (c) give or pass down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the work of Fraulein Mosebach, who had conceived the large and patriotic notion of winning back her cousins to the Fatherland by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matrimony</w:t>
      </w:r>
      <w:r>
        <w:rPr>
          <w:b/>
          <w:bCs/>
        </w:rPr>
        <w:t xml:space="preserve">.</w:t>
      </w:r>
      <w:r>
        <w:br/>
      </w:r>
      <w:r>
        <w:t xml:space="preserve">    (a) disorder</w:t>
      </w:r>
      <w:r>
        <w:br/>
      </w:r>
      <w:r>
        <w:t xml:space="preserve">    (b) reporter</w:t>
      </w:r>
      <w:r>
        <w:br/>
      </w:r>
      <w:r>
        <w:t xml:space="preserve">    (c) marriage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"The mistake arose out of my card, did it?"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interposed</w:t>
      </w:r>
      <w:r>
        <w:rPr>
          <w:b/>
          <w:bCs/>
        </w:rPr>
        <w:t xml:space="preserve"> </w:t>
      </w:r>
      <w:r>
        <w:rPr>
          <w:b/>
          <w:bCs/>
        </w:rPr>
        <w:t xml:space="preserve">Margaret.</w:t>
      </w:r>
      <w:r>
        <w:br/>
      </w:r>
      <w:r>
        <w:t xml:space="preserve">    (a) (verb) drew pictures to accompany  OR  (adjective) accompanied by pictures</w:t>
      </w:r>
      <w:r>
        <w:br/>
      </w:r>
      <w:r>
        <w:t xml:space="preserve">    (b) not justified or explained as an understandable reaction to another action</w:t>
      </w:r>
      <w:r>
        <w:br/>
      </w:r>
      <w:r>
        <w:t xml:space="preserve">    (c) to insert between other elements; or to interrupt or stop action by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"But that would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pauperising</w:t>
      </w:r>
      <w:r>
        <w:rPr>
          <w:b/>
          <w:bCs/>
        </w:rPr>
        <w:t xml:space="preserve"> </w:t>
      </w:r>
      <w:r>
        <w:rPr>
          <w:b/>
          <w:bCs/>
        </w:rPr>
        <w:t xml:space="preserve">them," said an earnest girl, who liked the Schlegels, but thought them a little unspiritual at times.</w:t>
      </w:r>
      <w:r>
        <w:br/>
      </w:r>
      <w:r>
        <w:t xml:space="preserve">    (a) creating dramatic change</w:t>
      </w:r>
      <w:r>
        <w:br/>
      </w:r>
      <w:r>
        <w:t xml:space="preserve">    (b) someone who is very poor</w:t>
      </w:r>
      <w:r>
        <w:br/>
      </w:r>
      <w:r>
        <w:t xml:space="preserve">    (c) influencing or effecting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Love, say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ascetics</w:t>
      </w:r>
      <w:r>
        <w:rPr>
          <w:b/>
          <w:bCs/>
        </w:rPr>
        <w:t xml:space="preserve">, reveals our shameful kinship with the beasts.</w:t>
      </w:r>
      <w:r>
        <w:br/>
      </w:r>
      <w:r>
        <w:t xml:space="preserve">    (a) people who practices self-denial</w:t>
      </w:r>
      <w:r>
        <w:br/>
      </w:r>
      <w:r>
        <w:t xml:space="preserve">    (b) people of the ancient collection of city states at eastern end of the Mediterranean known for their maritime trading culture between 1550 BC to 300 BC</w:t>
      </w:r>
      <w:r>
        <w:br/>
      </w:r>
      <w:r>
        <w:t xml:space="preserve">    (c) figures of speech in which a similarity between two things is highlighted by using a word to refer to something that it does not</w:t>
      </w:r>
      <w:r>
        <w:t xml:space="preserve"> </w:t>
      </w:r>
      <w:r>
        <w:rPr>
          <w:i/>
          <w:iCs/>
        </w:rPr>
        <w:t xml:space="preserve">literally</w:t>
      </w:r>
      <w:r>
        <w:t xml:space="preserve"> </w:t>
      </w:r>
      <w:r>
        <w:t xml:space="preserve">mean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an unforeseen surprise,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cessation</w:t>
      </w:r>
      <w:r>
        <w:rPr>
          <w:b/>
          <w:bCs/>
        </w:rPr>
        <w:t xml:space="preserve"> </w:t>
      </w:r>
      <w:r>
        <w:rPr>
          <w:b/>
          <w:bCs/>
        </w:rPr>
        <w:t xml:space="preserve">of the winds and odours of life, a social pressure that would have her think conjugally.</w:t>
      </w:r>
      <w:r>
        <w:br/>
      </w:r>
      <w:r>
        <w:t xml:space="preserve">    (a) thigh bone</w:t>
      </w:r>
      <w:r>
        <w:br/>
      </w:r>
      <w:r>
        <w:t xml:space="preserve">    (b) a stopping</w:t>
      </w:r>
      <w:r>
        <w:br/>
      </w:r>
      <w:r>
        <w:t xml:space="preserve">    (c) difference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impudence</w:t>
      </w:r>
      <w:r>
        <w:rPr>
          <w:b/>
          <w:bCs/>
        </w:rPr>
        <w:t xml:space="preserve"> </w:t>
      </w:r>
      <w:r>
        <w:rPr>
          <w:b/>
          <w:bCs/>
        </w:rPr>
        <w:t xml:space="preserve">to put up notice-boards without as much as saying with your leave or by your leave.</w:t>
      </w:r>
      <w:r>
        <w:br/>
      </w:r>
      <w:r>
        <w:t xml:space="preserve">    (a) improperly bold or disrespectful -- especially toward someone who is older or considered to be of higher status</w:t>
      </w:r>
      <w:r>
        <w:br/>
      </w:r>
      <w:r>
        <w:t xml:space="preserve">    (b) an artists performance of another artist's work that expresses the performer's feelings or ideas about the work</w:t>
      </w:r>
      <w:r>
        <w:br/>
      </w:r>
      <w:r>
        <w:t xml:space="preserve">    (c) soccer player who typically play in the middle third of the field and who assists with both defense and offense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Margaret thought with dismay of her own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nuptials</w:t>
      </w:r>
      <w:r>
        <w:rPr>
          <w:b/>
          <w:bCs/>
        </w:rPr>
        <w:t xml:space="preserve">—presumably under the management of Tibby.</w:t>
      </w:r>
      <w:r>
        <w:br/>
      </w:r>
      <w:r>
        <w:t xml:space="preserve">    (a) measures of general intelligence</w:t>
      </w:r>
      <w:r>
        <w:br/>
      </w:r>
      <w:r>
        <w:t xml:space="preserve">    (b) animals that feed only on plants</w:t>
      </w:r>
      <w:r>
        <w:br/>
      </w:r>
      <w:r>
        <w:t xml:space="preserve">    (c) wedding ceremony and festivities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air grew cooler; they had surmounted the last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gradient</w:t>
      </w:r>
      <w:r>
        <w:rPr>
          <w:b/>
          <w:bCs/>
        </w:rPr>
        <w:t xml:space="preserve">, and Oniton lay below them with its church, its radiating houses, its castle, its river-girt peninsula.</w:t>
      </w:r>
      <w:r>
        <w:br/>
      </w:r>
      <w:r>
        <w:t xml:space="preserve">    (a) a slope or gradual change in something, often measured in size, height, strength, or another quantity</w:t>
      </w:r>
      <w:r>
        <w:br/>
      </w:r>
      <w:r>
        <w:t xml:space="preserve">    (b) something (typically a statement) that disagrees with itself; or (more rarely) the act of disagreeing</w:t>
      </w:r>
      <w:r>
        <w:br/>
      </w:r>
      <w:r>
        <w:t xml:space="preserve">    (c) something made of the brownish metal with the same name -- such as a sculpture or a third place medal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you've a perverted notion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philanthropy</w:t>
      </w:r>
      <w:r>
        <w:rPr>
          <w:b/>
          <w:bCs/>
        </w:rPr>
        <w:t xml:space="preserve">.</w:t>
      </w:r>
      <w:r>
        <w:br/>
      </w:r>
      <w:r>
        <w:t xml:space="preserve">    (a) opinion of what is good and bad about something</w:t>
      </w:r>
      <w:r>
        <w:br/>
      </w:r>
      <w:r>
        <w:t xml:space="preserve">    (b) the majority denomination of Islam (almost 90%)</w:t>
      </w:r>
      <w:r>
        <w:br/>
      </w:r>
      <w:r>
        <w:t xml:space="preserve">    (c) helping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see," he said; "you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scruples</w:t>
      </w:r>
      <w:r>
        <w:rPr>
          <w:b/>
          <w:bCs/>
        </w:rPr>
        <w:t xml:space="preserve">."</w:t>
      </w:r>
      <w:r>
        <w:br/>
      </w:r>
      <w:r>
        <w:t xml:space="preserve">    (a) prepares food in a way that keeps it from spoiling</w:t>
      </w:r>
      <w:r>
        <w:br/>
      </w:r>
      <w:r>
        <w:t xml:space="preserve">    (b) moves again into position to work; or starts again</w:t>
      </w:r>
      <w:r>
        <w:br/>
      </w:r>
      <w:r>
        <w:t xml:space="preserve">    (c) principles that discourage certain kinds of action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2026-07-31T15:24:41Z</dcterms:created>
  <dcterms:modified xsi:type="dcterms:W3CDTF">2026-07-31T15:24:41Z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