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0aac56c0be0c724852de04d98feae5320cd661"/>
    <w:p>
      <w:pPr>
        <w:pStyle w:val="Heading1"/>
      </w:pPr>
      <w:r>
        <w:rPr>
          <w:b/>
          <w:bCs/>
        </w:rPr>
        <w:t xml:space="preserve">How the Garcia Girls Lost Their Accents</w:t>
      </w:r>
      <w:r>
        <w:br/>
      </w:r>
      <w:r>
        <w:rPr>
          <w:i/>
          <w:iCs/>
        </w:rPr>
        <w:t xml:space="preserve">Julia Alvarez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"There have been some incidents lately," Tia Carmen says in a quiet voice that does not brook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contradiction</w:t>
      </w:r>
      <w:r>
        <w:rPr>
          <w:b/>
          <w:bCs/>
        </w:rPr>
        <w:t xml:space="preserve">.</w:t>
      </w:r>
      <w:r>
        <w:br/>
      </w:r>
      <w:r>
        <w:t xml:space="preserve">    (a) something made of the brownish metal with the same name -- such as a sculpture or a third place medal</w:t>
      </w:r>
      <w:r>
        <w:br/>
      </w:r>
      <w:r>
        <w:t xml:space="preserve">    (b) nerve cells running from the base of the skull to the lower back and enclosed by vertebrae in adults</w:t>
      </w:r>
      <w:r>
        <w:br/>
      </w:r>
      <w:r>
        <w:t xml:space="preserve">    (c) something (typically a statement) that disagrees with itself; or (more rarely) the act of disagreeing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gave solace to the third daughter, who was always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tentative</w:t>
      </w:r>
      <w:r>
        <w:rPr>
          <w:b/>
          <w:bCs/>
        </w:rPr>
        <w:t xml:space="preserve"> </w:t>
      </w:r>
      <w:r>
        <w:rPr>
          <w:b/>
          <w:bCs/>
        </w:rPr>
        <w:t xml:space="preserve">and terrified and had such troubles with men.</w:t>
      </w:r>
      <w:r>
        <w:br/>
      </w:r>
      <w:r>
        <w:t xml:space="preserve">    (a) not demonstrating</w:t>
      </w:r>
      <w:r>
        <w:br/>
      </w:r>
      <w:r>
        <w:t xml:space="preserve">    (b) careful or unsure</w:t>
      </w:r>
      <w:r>
        <w:br/>
      </w:r>
      <w:r>
        <w:t xml:space="preserve">    (c) able to challenge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Those tenuous,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tentative</w:t>
      </w:r>
      <w:r>
        <w:rPr>
          <w:b/>
          <w:bCs/>
        </w:rPr>
        <w:t xml:space="preserve"> </w:t>
      </w:r>
      <w:r>
        <w:rPr>
          <w:b/>
          <w:bCs/>
        </w:rPr>
        <w:t xml:space="preserve">first life-impressions have scattered like reflections in a pond under the swirling hand of an older brother or sister saying, I remember the day you ate the rat poison, Carlos, or, I remember the day you fell down the stairs…</w:t>
      </w:r>
      <w:r>
        <w:br/>
      </w:r>
      <w:r>
        <w:t xml:space="preserve">    (a) not capable of being suffered through (or put up with)</w:t>
      </w:r>
      <w:r>
        <w:br/>
      </w:r>
      <w:r>
        <w:t xml:space="preserve">    (b) the degree to which something can be solved or settled</w:t>
      </w:r>
      <w:r>
        <w:br/>
      </w:r>
      <w:r>
        <w:t xml:space="preserve">    (c) subject to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coup</w:t>
      </w:r>
      <w:r>
        <w:rPr>
          <w:b/>
          <w:bCs/>
        </w:rPr>
        <w:t xml:space="preserve"> </w:t>
      </w:r>
      <w:r>
        <w:rPr>
          <w:b/>
          <w:bCs/>
        </w:rPr>
        <w:t xml:space="preserve">the youngest daughter most wanted was to reconcile with her father in a big way.</w:t>
      </w:r>
      <w:r>
        <w:br/>
      </w:r>
      <w:r>
        <w:t xml:space="preserve">    (a) measure of general intelligence</w:t>
      </w:r>
      <w:r>
        <w:br/>
      </w:r>
      <w:r>
        <w:t xml:space="preserve">    (b) a firm decision to do something</w:t>
      </w:r>
      <w:r>
        <w:br/>
      </w:r>
      <w:r>
        <w:t xml:space="preserve">    (c) notable achievement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tonight, as we've agreed, we're staging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coup</w:t>
      </w:r>
      <w:r>
        <w:rPr>
          <w:b/>
          <w:bCs/>
        </w:rPr>
        <w:t xml:space="preserve"> </w:t>
      </w:r>
      <w:r>
        <w:rPr>
          <w:b/>
          <w:bCs/>
        </w:rPr>
        <w:t xml:space="preserve">on the same Avenida where a decade ago the dictator was cornered and wounded on his way to a tryst with his mistress.</w:t>
      </w:r>
      <w:r>
        <w:br/>
      </w:r>
      <w:r>
        <w:t xml:space="preserve">    (a) tile designed to affect noise -- typically to decrease noise</w:t>
      </w:r>
      <w:r>
        <w:br/>
      </w:r>
      <w:r>
        <w:t xml:space="preserve">    (b) a sudden overthrow of a government by use of limited force</w:t>
      </w:r>
      <w:r>
        <w:br/>
      </w:r>
      <w:r>
        <w:t xml:space="preserve">    (c) an important Christian ceremony such as baptism or communion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Carla, of course, knew the story well, and had analyzed it for unresolved childhood issues with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analyst</w:t>
      </w:r>
      <w:r>
        <w:rPr>
          <w:b/>
          <w:bCs/>
        </w:rPr>
        <w:t xml:space="preserve"> </w:t>
      </w:r>
      <w:r>
        <w:rPr>
          <w:b/>
          <w:bCs/>
        </w:rPr>
        <w:t xml:space="preserve">husband.</w:t>
      </w:r>
      <w:r>
        <w:br/>
      </w:r>
      <w:r>
        <w:t xml:space="preserve">    (a) psychiatrist</w:t>
      </w:r>
      <w:r>
        <w:br/>
      </w:r>
      <w:r>
        <w:t xml:space="preserve">    (b) stone coffin</w:t>
      </w:r>
      <w:r>
        <w:br/>
      </w:r>
      <w:r>
        <w:t xml:space="preserve">    (c)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read in a handwriting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analysis</w:t>
      </w:r>
      <w:r>
        <w:rPr>
          <w:b/>
          <w:bCs/>
        </w:rPr>
        <w:t xml:space="preserve"> </w:t>
      </w:r>
      <w:r>
        <w:rPr>
          <w:b/>
          <w:bCs/>
        </w:rPr>
        <w:t xml:space="preserve">book that this was the style of the self-assured.</w:t>
      </w:r>
      <w:r>
        <w:br/>
      </w:r>
      <w:r>
        <w:t xml:space="preserve">    (a) to again think carefully and make a judgment about something</w:t>
      </w:r>
      <w:r>
        <w:br/>
      </w:r>
      <w:r>
        <w:t xml:space="preserve">    (b) understanding based upon examination</w:t>
      </w:r>
      <w:r>
        <w:br/>
      </w:r>
      <w:r>
        <w:t xml:space="preserve">    (c) the state or character of being absolutely sure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determined</w:t>
      </w:r>
      <w:r>
        <w:rPr>
          <w:b/>
          <w:bCs/>
        </w:rPr>
        <w:t xml:space="preserve"> </w:t>
      </w:r>
      <w:r>
        <w:rPr>
          <w:b/>
          <w:bCs/>
        </w:rPr>
        <w:t xml:space="preserve">to get over this allergy.</w:t>
      </w:r>
      <w:r>
        <w:br/>
      </w:r>
      <w:r>
        <w:t xml:space="preserve">    (a) starts (a fire)</w:t>
      </w:r>
      <w:r>
        <w:br/>
      </w:r>
      <w:r>
        <w:t xml:space="preserve">    (b) careful thought</w:t>
      </w:r>
      <w:r>
        <w:br/>
      </w:r>
      <w:r>
        <w:t xml:space="preserve">    (c) firm in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close quarters of an American nuclear family, their mother's prodigious energy was becoming a real drain on their self-</w:t>
      </w:r>
      <w:r>
        <w:rPr>
          <w:b/>
          <w:bCs/>
          <w:u w:val="single"/>
        </w:rPr>
        <w:t xml:space="preserve">determination</w:t>
      </w:r>
      <w:r>
        <w:rPr>
          <w:b/>
          <w:bCs/>
        </w:rPr>
        <w:t xml:space="preserve">.</w:t>
      </w:r>
      <w:r>
        <w:br/>
      </w:r>
      <w:r>
        <w:t xml:space="preserve">    (a) a tiny germ that causes disease by taking over cells</w:t>
      </w:r>
      <w:r>
        <w:br/>
      </w:r>
      <w:r>
        <w:t xml:space="preserve">    (b) the process of controlling how something turns out</w:t>
      </w:r>
      <w:r>
        <w:br/>
      </w:r>
      <w:r>
        <w:t xml:space="preserve">    (c) the taking on or adoption of power or responsibility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Rudy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concur</w:t>
      </w:r>
      <w:r>
        <w:rPr>
          <w:b/>
          <w:bCs/>
        </w:rPr>
        <w:t xml:space="preserve">, "Me too," but then, he wouldn't move from his place at the foot of my bed next to my desk where I sat writing.</w:t>
      </w:r>
      <w:r>
        <w:br/>
      </w:r>
      <w:r>
        <w:t xml:space="preserve">    (a) adapt</w:t>
      </w:r>
      <w:r>
        <w:br/>
      </w:r>
      <w:r>
        <w:t xml:space="preserve">    (b) agree</w:t>
      </w:r>
      <w:r>
        <w:br/>
      </w:r>
      <w:r>
        <w:t xml:space="preserve">    (c) trade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next workshop, no one understood what my sublimated love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sonnet</w:t>
      </w:r>
      <w:r>
        <w:rPr>
          <w:b/>
          <w:bCs/>
        </w:rPr>
        <w:t xml:space="preserve"> </w:t>
      </w:r>
      <w:r>
        <w:rPr>
          <w:b/>
          <w:bCs/>
        </w:rPr>
        <w:t xml:space="preserve">was all about, but Rudy's brought down the house.</w:t>
      </w:r>
      <w:r>
        <w:br/>
      </w:r>
      <w:r>
        <w:t xml:space="preserve">    (a) a period of time when someone exhibits unusual behavior</w:t>
      </w:r>
      <w:r>
        <w:br/>
      </w:r>
      <w:r>
        <w:t xml:space="preserve">    (b) the act or process of stopping something from happening</w:t>
      </w:r>
      <w:r>
        <w:br/>
      </w:r>
      <w:r>
        <w:t xml:space="preserve">    (c) a poem consisting of 14 lines with a fixed rhyme scheme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the hundredth time, I cursed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immigrant</w:t>
      </w:r>
      <w:r>
        <w:rPr>
          <w:b/>
          <w:bCs/>
        </w:rPr>
        <w:t xml:space="preserve"> </w:t>
      </w:r>
      <w:r>
        <w:rPr>
          <w:b/>
          <w:bCs/>
        </w:rPr>
        <w:t xml:space="preserve">origins.</w:t>
      </w:r>
      <w:r>
        <w:br/>
      </w:r>
      <w:r>
        <w:t xml:space="preserve">    (a) something accepted as true (without proof)</w:t>
      </w:r>
      <w:r>
        <w:br/>
      </w:r>
      <w:r>
        <w:t xml:space="preserve">    (b) person who came from another county to live</w:t>
      </w:r>
      <w:r>
        <w:br/>
      </w:r>
      <w:r>
        <w:t xml:space="preserve">    (c) relating to properties of sound or hearing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Instead, I did something that even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lapsed</w:t>
      </w:r>
      <w:r>
        <w:rPr>
          <w:b/>
          <w:bCs/>
        </w:rPr>
        <w:t xml:space="preserve"> </w:t>
      </w:r>
      <w:r>
        <w:rPr>
          <w:b/>
          <w:bCs/>
        </w:rPr>
        <w:t xml:space="preserve">Catholic I still did for good luck on nights before exams.</w:t>
      </w:r>
      <w:r>
        <w:br/>
      </w:r>
      <w:r>
        <w:t xml:space="preserve">    (a) nervous or confused</w:t>
      </w:r>
      <w:r>
        <w:br/>
      </w:r>
      <w:r>
        <w:t xml:space="preserve">    (b) no longer practicing</w:t>
      </w:r>
      <w:r>
        <w:br/>
      </w:r>
      <w:r>
        <w:t xml:space="preserve">    (c) excessively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guessed I'd resolved the soul and sin thing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lapsing</w:t>
      </w:r>
      <w:r>
        <w:rPr>
          <w:b/>
          <w:bCs/>
        </w:rPr>
        <w:t xml:space="preserve"> </w:t>
      </w:r>
      <w:r>
        <w:rPr>
          <w:b/>
          <w:bCs/>
        </w:rPr>
        <w:t xml:space="preserve">from my heavy-duty Catholic background, giving up my immortal soul for a blues kind of soul.</w:t>
      </w:r>
      <w:r>
        <w:br/>
      </w:r>
      <w:r>
        <w:t xml:space="preserve">    (a) overly unhappy and unsociable</w:t>
      </w:r>
      <w:r>
        <w:br/>
      </w:r>
      <w:r>
        <w:t xml:space="preserve">    (b) drawing pictures to accompany</w:t>
      </w:r>
      <w:r>
        <w:br/>
      </w:r>
      <w:r>
        <w:t xml:space="preserve">    (c) changing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bad boy always drove me to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vivacious</w:t>
      </w:r>
      <w:r>
        <w:rPr>
          <w:b/>
          <w:bCs/>
        </w:rPr>
        <w:t xml:space="preserve"> </w:t>
      </w:r>
      <w:r>
        <w:rPr>
          <w:b/>
          <w:bCs/>
        </w:rPr>
        <w:t xml:space="preserve">good girl.</w:t>
      </w:r>
      <w:r>
        <w:br/>
      </w:r>
      <w:r>
        <w:t xml:space="preserve">    (a) having an engaging liveliness -- when said of a person, typically said of a female</w:t>
      </w:r>
      <w:r>
        <w:br/>
      </w:r>
      <w:r>
        <w:t xml:space="preserve">    (b) an argument attributed to one's opponent that is weaker than their actual argument</w:t>
      </w:r>
      <w:r>
        <w:br/>
      </w:r>
      <w:r>
        <w:t xml:space="preserve">    (c) the quality of feeling angry or unhappy about having to accept something not liked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long train ride up to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prep school</w:t>
      </w:r>
      <w:r>
        <w:rPr>
          <w:b/>
          <w:bCs/>
        </w:rPr>
        <w:t xml:space="preserve"> </w:t>
      </w:r>
      <w:r>
        <w:rPr>
          <w:b/>
          <w:bCs/>
        </w:rPr>
        <w:t xml:space="preserve">in Boston, and there were guys on that train.</w:t>
      </w:r>
      <w:r>
        <w:br/>
      </w:r>
      <w:r>
        <w:t xml:space="preserve">    (a) preceding and preparing for something</w:t>
      </w:r>
      <w:r>
        <w:br/>
      </w:r>
      <w:r>
        <w:t xml:space="preserve">    (b) injured muscles or tendons (despite calling it muscle)</w:t>
      </w:r>
      <w:r>
        <w:br/>
      </w:r>
      <w:r>
        <w:t xml:space="preserve">    (c) the idea that anything that can go wrong will go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Carla thought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yearningly</w:t>
      </w:r>
      <w:r>
        <w:rPr>
          <w:b/>
          <w:bCs/>
        </w:rPr>
        <w:t xml:space="preserve"> </w:t>
      </w:r>
      <w:r>
        <w:rPr>
          <w:b/>
          <w:bCs/>
        </w:rPr>
        <w:t xml:space="preserve">of the lush grasses and thick-limbed, vine-ladened trees around the compound back home.</w:t>
      </w:r>
      <w:r>
        <w:br/>
      </w:r>
      <w:r>
        <w:t xml:space="preserve">    (a) with strong desire</w:t>
      </w:r>
      <w:r>
        <w:br/>
      </w:r>
      <w:r>
        <w:t xml:space="preserve">    (b) in a sloped manner</w:t>
      </w:r>
      <w:r>
        <w:br/>
      </w:r>
      <w:r>
        <w:t xml:space="preserve">    (c) in a hidden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interrogation</w:t>
      </w:r>
      <w:r>
        <w:rPr>
          <w:b/>
          <w:bCs/>
        </w:rPr>
        <w:t xml:space="preserve"> </w:t>
      </w:r>
      <w:r>
        <w:rPr>
          <w:b/>
          <w:bCs/>
        </w:rPr>
        <w:t xml:space="preserve">proceeded through a description of the man's appearance, and then the dreaded question came.</w:t>
      </w:r>
      <w:r>
        <w:br/>
      </w:r>
      <w:r>
        <w:t xml:space="preserve">    (a) any substance that tends to increase the flow of urine</w:t>
      </w:r>
      <w:r>
        <w:br/>
      </w:r>
      <w:r>
        <w:t xml:space="preserve">    (b) questioned in an aggressive manner</w:t>
      </w:r>
      <w:r>
        <w:br/>
      </w:r>
      <w:r>
        <w:t xml:space="preserve">    (c) an electronic component that acts like a one-way valve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high voices squealing with delight when Carla mispronounced some word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coaxed</w:t>
      </w:r>
      <w:r>
        <w:rPr>
          <w:b/>
          <w:bCs/>
        </w:rPr>
        <w:t xml:space="preserve"> </w:t>
      </w:r>
      <w:r>
        <w:rPr>
          <w:b/>
          <w:bCs/>
        </w:rPr>
        <w:t xml:space="preserve">her to repeat.</w:t>
      </w:r>
      <w:r>
        <w:br/>
      </w:r>
      <w:r>
        <w:t xml:space="preserve">    (a) thought of something as true or likely, even though it was not known with certainty</w:t>
      </w:r>
      <w:r>
        <w:br/>
      </w:r>
      <w:r>
        <w:t xml:space="preserve">    (b) did not vote  OR  did not drink alcohol  OR  (more rarely) did not do something else</w:t>
      </w:r>
      <w:r>
        <w:br/>
      </w:r>
      <w:r>
        <w:t xml:space="preserve">    (c) tried to obtain a result through gentle and careful effort -- often gently persuaded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"The girls are having such fun," she heard her mother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confide</w:t>
      </w:r>
      <w:r>
        <w:rPr>
          <w:b/>
          <w:bCs/>
        </w:rPr>
        <w:t xml:space="preserve"> </w:t>
      </w:r>
      <w:r>
        <w:rPr>
          <w:b/>
          <w:bCs/>
        </w:rPr>
        <w:t xml:space="preserve">to Mrs. Fanning.</w:t>
      </w:r>
      <w:r>
        <w:br/>
      </w:r>
      <w:r>
        <w:t xml:space="preserve">    (a) aka analyze -- analyze based upon a theory of psychiatry</w:t>
      </w:r>
      <w:r>
        <w:br/>
      </w:r>
      <w:r>
        <w:t xml:space="preserve">    (b) place trust (in someone) and talk about private things</w:t>
      </w:r>
      <w:r>
        <w:br/>
      </w:r>
      <w:r>
        <w:t xml:space="preserve">    (c) search for and discover through persistent investigation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2026-07-27T17:25:14Z</dcterms:created>
  <dcterms:modified xsi:type="dcterms:W3CDTF">2026-07-27T17:25:14Z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