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43a4c575f2082e075708cae58f30d8345250070"/>
    <w:p>
      <w:pPr>
        <w:pStyle w:val="Heading1"/>
      </w:pPr>
      <w:r>
        <w:rPr>
          <w:b/>
          <w:bCs/>
        </w:rPr>
        <w:t xml:space="preserve">Hopeless</w:t>
      </w:r>
      <w:r>
        <w:br/>
      </w:r>
      <w:r>
        <w:rPr>
          <w:i/>
          <w:iCs/>
        </w:rPr>
        <w:t xml:space="preserve">Colleen Hoover</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Not that her parenting style is a</w:t>
      </w:r>
      <w:r>
        <w:rPr>
          <w:b/>
          <w:bCs/>
        </w:rPr>
        <w:t xml:space="preserve"> </w:t>
      </w:r>
      <w:r>
        <w:rPr>
          <w:b/>
          <w:bCs/>
          <w:u w:val="single"/>
        </w:rPr>
        <w:t xml:space="preserve">negative</w:t>
      </w:r>
      <w:r>
        <w:rPr>
          <w:b/>
          <w:bCs/>
        </w:rPr>
        <w:t xml:space="preserve"> </w:t>
      </w:r>
      <w:r>
        <w:rPr>
          <w:b/>
          <w:bCs/>
        </w:rPr>
        <w:t xml:space="preserve">one.</w:t>
      </w:r>
      <w:r>
        <w:br/>
      </w:r>
      <w:r>
        <w:t xml:space="preserve">    (a) begin fighting</w:t>
      </w:r>
      <w:r>
        <w:br/>
      </w:r>
      <w:r>
        <w:t xml:space="preserve">    (b) tell (a story)</w:t>
      </w:r>
      <w:r>
        <w:br/>
      </w:r>
      <w:r>
        <w:t xml:space="preserve">    (c) bad or harmful</w:t>
      </w:r>
    </w:p>
    <w:p>
      <w:pPr>
        <w:pStyle w:val="Compact"/>
        <w:numPr>
          <w:ilvl w:val="0"/>
          <w:numId w:val="1001"/>
        </w:numPr>
      </w:pPr>
      <w:r>
        <w:rPr>
          <w:b/>
          <w:bCs/>
        </w:rPr>
        <w:t xml:space="preserve">The last thing I want is for the things people say about me to be</w:t>
      </w:r>
      <w:r>
        <w:rPr>
          <w:b/>
          <w:bCs/>
        </w:rPr>
        <w:t xml:space="preserve"> </w:t>
      </w:r>
      <w:r>
        <w:rPr>
          <w:b/>
          <w:bCs/>
          <w:u w:val="single"/>
        </w:rPr>
        <w:t xml:space="preserve">validated</w:t>
      </w:r>
      <w:r>
        <w:rPr>
          <w:b/>
          <w:bCs/>
        </w:rPr>
        <w:t xml:space="preserve">.</w:t>
      </w:r>
      <w:r>
        <w:br/>
      </w:r>
      <w:r>
        <w:t xml:space="preserve">    (a) give evidence for the truth or value of; or declare as legally approved</w:t>
      </w:r>
      <w:r>
        <w:br/>
      </w:r>
      <w:r>
        <w:t xml:space="preserve">    (b) suffered through (or to put up with something difficult or unpleasant)</w:t>
      </w:r>
      <w:r>
        <w:br/>
      </w:r>
      <w:r>
        <w:t xml:space="preserve">    (c) stuck out, attracted more attention than desired, or imposed on others</w:t>
      </w:r>
    </w:p>
    <w:p>
      <w:pPr>
        <w:pStyle w:val="Compact"/>
        <w:numPr>
          <w:ilvl w:val="0"/>
          <w:numId w:val="1001"/>
        </w:numPr>
      </w:pPr>
      <w:r>
        <w:rPr>
          <w:b/>
          <w:bCs/>
        </w:rPr>
        <w:t xml:space="preserve">We have an</w:t>
      </w:r>
      <w:r>
        <w:rPr>
          <w:b/>
          <w:bCs/>
        </w:rPr>
        <w:t xml:space="preserve"> </w:t>
      </w:r>
      <w:r>
        <w:rPr>
          <w:b/>
          <w:bCs/>
          <w:u w:val="single"/>
        </w:rPr>
        <w:t xml:space="preserve">alliance</w:t>
      </w:r>
      <w:r>
        <w:rPr>
          <w:b/>
          <w:bCs/>
        </w:rPr>
        <w:t xml:space="preserve"> </w:t>
      </w:r>
      <w:r>
        <w:rPr>
          <w:b/>
          <w:bCs/>
        </w:rPr>
        <w:t xml:space="preserve">to discuss.</w:t>
      </w:r>
      <w:r>
        <w:br/>
      </w:r>
      <w:r>
        <w:t xml:space="preserve">    (a) association formed to support common interests</w:t>
      </w:r>
      <w:r>
        <w:br/>
      </w:r>
      <w:r>
        <w:t xml:space="preserve">    (b) sense of isolation due to competing interests</w:t>
      </w:r>
      <w:r>
        <w:br/>
      </w:r>
      <w:r>
        <w:t xml:space="preserve">    (c) set of competing interests amongst neighbors</w:t>
      </w:r>
    </w:p>
    <w:p>
      <w:pPr>
        <w:pStyle w:val="Compact"/>
        <w:numPr>
          <w:ilvl w:val="0"/>
          <w:numId w:val="1001"/>
        </w:numPr>
      </w:pPr>
      <w:r>
        <w:rPr>
          <w:b/>
          <w:bCs/>
        </w:rPr>
        <w:t xml:space="preserve">It's a</w:t>
      </w:r>
      <w:r>
        <w:rPr>
          <w:b/>
          <w:bCs/>
        </w:rPr>
        <w:t xml:space="preserve"> </w:t>
      </w:r>
      <w:r>
        <w:rPr>
          <w:b/>
          <w:bCs/>
          <w:u w:val="single"/>
        </w:rPr>
        <w:t xml:space="preserve">genuine</w:t>
      </w:r>
      <w:r>
        <w:rPr>
          <w:b/>
          <w:bCs/>
        </w:rPr>
        <w:t xml:space="preserve">, pure laugh that makes me smile.</w:t>
      </w:r>
      <w:r>
        <w:br/>
      </w:r>
      <w:r>
        <w:t xml:space="preserve">    (a) real</w:t>
      </w:r>
      <w:r>
        <w:br/>
      </w:r>
      <w:r>
        <w:t xml:space="preserve">    (b) city</w:t>
      </w:r>
      <w:r>
        <w:br/>
      </w:r>
      <w:r>
        <w:t xml:space="preserve">    (c) lazy</w:t>
      </w:r>
    </w:p>
    <w:p>
      <w:pPr>
        <w:pStyle w:val="Compact"/>
        <w:numPr>
          <w:ilvl w:val="0"/>
          <w:numId w:val="1001"/>
        </w:numPr>
      </w:pPr>
      <w:r>
        <w:rPr>
          <w:b/>
          <w:bCs/>
        </w:rPr>
        <w:t xml:space="preserve">His voice is without a doubt</w:t>
      </w:r>
      <w:r>
        <w:rPr>
          <w:b/>
          <w:bCs/>
        </w:rPr>
        <w:t xml:space="preserve"> </w:t>
      </w:r>
      <w:r>
        <w:rPr>
          <w:b/>
          <w:bCs/>
          <w:u w:val="single"/>
        </w:rPr>
        <w:t xml:space="preserve">directed</w:t>
      </w:r>
      <w:r>
        <w:rPr>
          <w:b/>
          <w:bCs/>
        </w:rPr>
        <w:t xml:space="preserve"> </w:t>
      </w:r>
      <w:r>
        <w:rPr>
          <w:b/>
          <w:bCs/>
        </w:rPr>
        <w:t xml:space="preserve">at me now.</w:t>
      </w:r>
      <w:r>
        <w:br/>
      </w:r>
      <w:r>
        <w:t xml:space="preserve">    (a) aimed, or intended for</w:t>
      </w:r>
      <w:r>
        <w:br/>
      </w:r>
      <w:r>
        <w:t xml:space="preserve">    (b) angry</w:t>
      </w:r>
      <w:r>
        <w:br/>
      </w:r>
      <w:r>
        <w:t xml:space="preserve">    (c) greatly annoyed</w:t>
      </w:r>
    </w:p>
    <w:p>
      <w:pPr>
        <w:pStyle w:val="Compact"/>
        <w:numPr>
          <w:ilvl w:val="0"/>
          <w:numId w:val="1001"/>
        </w:numPr>
      </w:pPr>
      <w:r>
        <w:rPr>
          <w:b/>
          <w:bCs/>
        </w:rPr>
        <w:t xml:space="preserve">I swear it's as though his fingers have a</w:t>
      </w:r>
      <w:r>
        <w:rPr>
          <w:b/>
          <w:bCs/>
        </w:rPr>
        <w:t xml:space="preserve"> </w:t>
      </w:r>
      <w:r>
        <w:rPr>
          <w:b/>
          <w:bCs/>
          <w:u w:val="single"/>
        </w:rPr>
        <w:t xml:space="preserve">direct</w:t>
      </w:r>
      <w:r>
        <w:rPr>
          <w:b/>
          <w:bCs/>
        </w:rPr>
        <w:t xml:space="preserve"> </w:t>
      </w:r>
      <w:r>
        <w:rPr>
          <w:b/>
          <w:bCs/>
        </w:rPr>
        <w:t xml:space="preserve">line to every sensitive spot on my entire body.</w:t>
      </w:r>
      <w:r>
        <w:br/>
      </w:r>
      <w:r>
        <w:t xml:space="preserve">    (a) unobstructed (with nothing in between)</w:t>
      </w:r>
      <w:r>
        <w:br/>
      </w:r>
      <w:r>
        <w:t xml:space="preserve">    (b) commanding</w:t>
      </w:r>
      <w:r>
        <w:br/>
      </w:r>
      <w:r>
        <w:t xml:space="preserve">    (c) harmful or frightening</w:t>
      </w:r>
    </w:p>
    <w:p>
      <w:pPr>
        <w:pStyle w:val="Compact"/>
        <w:numPr>
          <w:ilvl w:val="0"/>
          <w:numId w:val="1001"/>
        </w:numPr>
      </w:pPr>
      <w:r>
        <w:rPr>
          <w:b/>
          <w:bCs/>
        </w:rPr>
        <w:t xml:space="preserve">He didn't</w:t>
      </w:r>
      <w:r>
        <w:rPr>
          <w:b/>
          <w:bCs/>
        </w:rPr>
        <w:t xml:space="preserve"> </w:t>
      </w:r>
      <w:r>
        <w:rPr>
          <w:b/>
          <w:bCs/>
          <w:u w:val="single"/>
        </w:rPr>
        <w:t xml:space="preserve">directly</w:t>
      </w:r>
      <w:r>
        <w:rPr>
          <w:b/>
          <w:bCs/>
        </w:rPr>
        <w:t xml:space="preserve"> </w:t>
      </w:r>
      <w:r>
        <w:rPr>
          <w:b/>
          <w:bCs/>
        </w:rPr>
        <w:t xml:space="preserve">say he loves me, but hearing that word come out of his mouth makes my heart swell in my chest.</w:t>
      </w:r>
      <w:r>
        <w:br/>
      </w:r>
      <w:r>
        <w:t xml:space="preserve">    (a) in a straightforward word-for-word manner</w:t>
      </w:r>
      <w:r>
        <w:br/>
      </w:r>
      <w:r>
        <w:t xml:space="preserve">    (b) suddenly and unexpectedly</w:t>
      </w:r>
      <w:r>
        <w:br/>
      </w:r>
      <w:r>
        <w:t xml:space="preserve">    (c) with seriousness and dignity</w:t>
      </w:r>
    </w:p>
    <w:p>
      <w:pPr>
        <w:pStyle w:val="Compact"/>
        <w:numPr>
          <w:ilvl w:val="0"/>
          <w:numId w:val="1001"/>
        </w:numPr>
      </w:pPr>
      <w:r>
        <w:rPr>
          <w:b/>
          <w:bCs/>
        </w:rPr>
        <w:t xml:space="preserve">I attempt to look back up at him, lifting my hand over my eyes to shield the sun that's glowing over his head like a halo. How</w:t>
      </w:r>
      <w:r>
        <w:rPr>
          <w:b/>
          <w:bCs/>
        </w:rPr>
        <w:t xml:space="preserve"> </w:t>
      </w:r>
      <w:r>
        <w:rPr>
          <w:b/>
          <w:bCs/>
          <w:u w:val="single"/>
        </w:rPr>
        <w:t xml:space="preserve">ironic</w:t>
      </w:r>
      <w:r>
        <w:rPr>
          <w:b/>
          <w:bCs/>
        </w:rPr>
        <w:t xml:space="preserve">.</w:t>
      </w:r>
      <w:r>
        <w:br/>
      </w:r>
      <w:r>
        <w:t xml:space="preserve">    (a) exceedingly funny (resulting in uncontrollable laughter); or exhibiting excessive, uncontrollable emotion</w:t>
      </w:r>
      <w:r>
        <w:br/>
      </w:r>
      <w:r>
        <w:t xml:space="preserve">    (b) when things seem incongruous together</w:t>
      </w:r>
      <w:r>
        <w:br/>
      </w:r>
      <w:r>
        <w:t xml:space="preserve">    (c) a mental disorder characterized by alternating episodes of major depression and abnormally elevated mood</w:t>
      </w:r>
    </w:p>
    <w:p>
      <w:pPr>
        <w:pStyle w:val="Compact"/>
        <w:numPr>
          <w:ilvl w:val="0"/>
          <w:numId w:val="1001"/>
        </w:numPr>
      </w:pPr>
      <w:r>
        <w:rPr>
          <w:b/>
          <w:bCs/>
        </w:rPr>
        <w:t xml:space="preserve">"Hope, do you remember me?"</w:t>
      </w:r>
      <w:r>
        <w:br/>
      </w:r>
      <w:r>
        <w:rPr>
          <w:b/>
          <w:bCs/>
        </w:rPr>
        <w:t xml:space="preserve">"How could I forget you?"</w:t>
      </w:r>
      <w:r>
        <w:br/>
      </w:r>
      <w:r>
        <w:rPr>
          <w:b/>
          <w:bCs/>
        </w:rPr>
        <w:t xml:space="preserve">The</w:t>
      </w:r>
      <w:r>
        <w:rPr>
          <w:b/>
          <w:bCs/>
        </w:rPr>
        <w:t xml:space="preserve"> </w:t>
      </w:r>
      <w:r>
        <w:rPr>
          <w:b/>
          <w:bCs/>
          <w:u w:val="single"/>
        </w:rPr>
        <w:t xml:space="preserve">irony</w:t>
      </w:r>
      <w:r>
        <w:rPr>
          <w:b/>
          <w:bCs/>
        </w:rPr>
        <w:t xml:space="preserve"> </w:t>
      </w:r>
      <w:r>
        <w:rPr>
          <w:b/>
          <w:bCs/>
        </w:rPr>
        <w:t xml:space="preserve">is, I did forget him. Completely.</w:t>
      </w:r>
      <w:r>
        <w:br/>
      </w:r>
      <w:r>
        <w:t xml:space="preserve">    (a) belief or opinion formed by viewing things a certain way</w:t>
      </w:r>
      <w:r>
        <w:br/>
      </w:r>
      <w:r>
        <w:t xml:space="preserve">    (b) soft leather shoe traditionally worn by Native Americans</w:t>
      </w:r>
      <w:r>
        <w:br/>
      </w:r>
      <w:r>
        <w:t xml:space="preserve">    (c) saying one thing while meaning the opposite</w:t>
      </w:r>
    </w:p>
    <w:p>
      <w:pPr>
        <w:pStyle w:val="Compact"/>
        <w:numPr>
          <w:ilvl w:val="0"/>
          <w:numId w:val="1001"/>
        </w:numPr>
      </w:pPr>
      <w:r>
        <w:rPr>
          <w:b/>
          <w:bCs/>
        </w:rPr>
        <w:t xml:space="preserve">I take it you won't be saying anything that will</w:t>
      </w:r>
      <w:r>
        <w:rPr>
          <w:b/>
          <w:bCs/>
        </w:rPr>
        <w:t xml:space="preserve"> </w:t>
      </w:r>
      <w:r>
        <w:rPr>
          <w:b/>
          <w:bCs/>
          <w:u w:val="single"/>
        </w:rPr>
        <w:t xml:space="preserve">incite</w:t>
      </w:r>
      <w:r>
        <w:rPr>
          <w:b/>
          <w:bCs/>
        </w:rPr>
        <w:t xml:space="preserve"> </w:t>
      </w:r>
      <w:r>
        <w:rPr>
          <w:b/>
          <w:bCs/>
        </w:rPr>
        <w:t xml:space="preserve">me to give you trouble this semester, Mr. Mulligan?</w:t>
      </w:r>
      <w:r>
        <w:br/>
      </w:r>
      <w:r>
        <w:t xml:space="preserve">    (a) restore</w:t>
      </w:r>
      <w:r>
        <w:br/>
      </w:r>
      <w:r>
        <w:t xml:space="preserve">    (b) provoke</w:t>
      </w:r>
      <w:r>
        <w:br/>
      </w:r>
      <w:r>
        <w:t xml:space="preserve">    (c) examine</w:t>
      </w:r>
    </w:p>
    <w:p>
      <w:pPr>
        <w:pStyle w:val="Compact"/>
        <w:numPr>
          <w:ilvl w:val="0"/>
          <w:numId w:val="1001"/>
        </w:numPr>
      </w:pPr>
      <w:r>
        <w:rPr>
          <w:b/>
          <w:bCs/>
        </w:rPr>
        <w:t xml:space="preserve">I try to stay</w:t>
      </w:r>
      <w:r>
        <w:rPr>
          <w:b/>
          <w:bCs/>
        </w:rPr>
        <w:t xml:space="preserve"> </w:t>
      </w:r>
      <w:r>
        <w:rPr>
          <w:b/>
          <w:bCs/>
          <w:u w:val="single"/>
        </w:rPr>
        <w:t xml:space="preserve">positive</w:t>
      </w:r>
      <w:r>
        <w:rPr>
          <w:b/>
          <w:bCs/>
        </w:rPr>
        <w:t xml:space="preserve"> </w:t>
      </w:r>
      <w:r>
        <w:rPr>
          <w:b/>
          <w:bCs/>
        </w:rPr>
        <w:t xml:space="preserve">about it, but it's hard seeing the interactions and relationships the other students have at school that I'm not a part of.</w:t>
      </w:r>
      <w:r>
        <w:br/>
      </w:r>
      <w:r>
        <w:t xml:space="preserve">    (a) unable to get closer to</w:t>
      </w:r>
      <w:r>
        <w:br/>
      </w:r>
      <w:r>
        <w:t xml:space="preserve">    (b) not sensible or careful</w:t>
      </w:r>
      <w:r>
        <w:br/>
      </w:r>
      <w:r>
        <w:t xml:space="preserve">    (c) optimistic (or feeling good)</w:t>
      </w:r>
    </w:p>
    <w:p>
      <w:pPr>
        <w:pStyle w:val="Compact"/>
        <w:numPr>
          <w:ilvl w:val="0"/>
          <w:numId w:val="1001"/>
        </w:numPr>
      </w:pPr>
      <w:r>
        <w:rPr>
          <w:b/>
          <w:bCs/>
        </w:rPr>
        <w:t xml:space="preserve">I've never been more</w:t>
      </w:r>
      <w:r>
        <w:rPr>
          <w:b/>
          <w:bCs/>
        </w:rPr>
        <w:t xml:space="preserve"> </w:t>
      </w:r>
      <w:r>
        <w:rPr>
          <w:b/>
          <w:bCs/>
          <w:u w:val="single"/>
        </w:rPr>
        <w:t xml:space="preserve">positive</w:t>
      </w:r>
      <w:r>
        <w:rPr>
          <w:b/>
          <w:bCs/>
        </w:rPr>
        <w:t xml:space="preserve"> </w:t>
      </w:r>
      <w:r>
        <w:rPr>
          <w:b/>
          <w:bCs/>
        </w:rPr>
        <w:t xml:space="preserve">of anything in my life.</w:t>
      </w:r>
      <w:r>
        <w:br/>
      </w:r>
      <w:r>
        <w:t xml:space="preserve">    (a) various</w:t>
      </w:r>
      <w:r>
        <w:br/>
      </w:r>
      <w:r>
        <w:t xml:space="preserve">    (b) outside</w:t>
      </w:r>
      <w:r>
        <w:br/>
      </w:r>
      <w:r>
        <w:t xml:space="preserve">    (c) certain</w:t>
      </w:r>
    </w:p>
    <w:p>
      <w:pPr>
        <w:pStyle w:val="Compact"/>
        <w:numPr>
          <w:ilvl w:val="0"/>
          <w:numId w:val="1001"/>
        </w:numPr>
      </w:pPr>
      <w:r>
        <w:rPr>
          <w:b/>
          <w:bCs/>
        </w:rPr>
        <w:t xml:space="preserve">Speaking of</w:t>
      </w:r>
      <w:r>
        <w:rPr>
          <w:b/>
          <w:bCs/>
        </w:rPr>
        <w:t xml:space="preserve"> </w:t>
      </w:r>
      <w:r>
        <w:rPr>
          <w:b/>
          <w:bCs/>
          <w:u w:val="single"/>
        </w:rPr>
        <w:t xml:space="preserve">analogies</w:t>
      </w:r>
      <w:r>
        <w:rPr>
          <w:b/>
          <w:bCs/>
        </w:rPr>
        <w:t xml:space="preserve">.</w:t>
      </w:r>
      <w:r>
        <w:br/>
      </w:r>
      <w:r>
        <w:t xml:space="preserve">    (a) instances of donating one's income to a church; or the gifts given</w:t>
      </w:r>
      <w:r>
        <w:br/>
      </w:r>
      <w:r>
        <w:t xml:space="preserve">    (b) comparisons of different things to point to shared characteristics</w:t>
      </w:r>
      <w:r>
        <w:br/>
      </w:r>
      <w:r>
        <w:t xml:space="preserve">    (c) fixed values or limits that establish how something should be done</w:t>
      </w:r>
    </w:p>
    <w:p>
      <w:pPr>
        <w:pStyle w:val="Compact"/>
        <w:numPr>
          <w:ilvl w:val="0"/>
          <w:numId w:val="1001"/>
        </w:numPr>
      </w:pPr>
      <w:r>
        <w:rPr>
          <w:b/>
          <w:bCs/>
        </w:rPr>
        <w:t xml:space="preserve">"Life," he says</w:t>
      </w:r>
      <w:r>
        <w:rPr>
          <w:b/>
          <w:bCs/>
        </w:rPr>
        <w:t xml:space="preserve"> </w:t>
      </w:r>
      <w:r>
        <w:rPr>
          <w:b/>
          <w:bCs/>
          <w:u w:val="single"/>
        </w:rPr>
        <w:t xml:space="preserve">indifferently</w:t>
      </w:r>
      <w:r>
        <w:rPr>
          <w:b/>
          <w:bCs/>
        </w:rPr>
        <w:t xml:space="preserve">.</w:t>
      </w:r>
      <w:r>
        <w:br/>
      </w:r>
      <w:r>
        <w:t xml:space="preserve">    (a) in a manner that does not find fault</w:t>
      </w:r>
      <w:r>
        <w:br/>
      </w:r>
      <w:r>
        <w:t xml:space="preserve">    (b) in a manner that is likely to change</w:t>
      </w:r>
      <w:r>
        <w:br/>
      </w:r>
      <w:r>
        <w:t xml:space="preserve">    (c) in a manner that is without interest</w:t>
      </w:r>
    </w:p>
    <w:p>
      <w:pPr>
        <w:pStyle w:val="Compact"/>
        <w:numPr>
          <w:ilvl w:val="0"/>
          <w:numId w:val="1001"/>
        </w:numPr>
      </w:pPr>
      <w:r>
        <w:rPr>
          <w:b/>
          <w:bCs/>
        </w:rPr>
        <w:t xml:space="preserve">As soon as I see the stars above my head, there isn't even enough time to count one of them before my eyes roll back in my head and I'm holding back sounds that I'm too embarrassed to</w:t>
      </w:r>
      <w:r>
        <w:rPr>
          <w:b/>
          <w:bCs/>
        </w:rPr>
        <w:t xml:space="preserve"> </w:t>
      </w:r>
      <w:r>
        <w:rPr>
          <w:b/>
          <w:bCs/>
          <w:u w:val="single"/>
        </w:rPr>
        <w:t xml:space="preserve">utter</w:t>
      </w:r>
      <w:r>
        <w:rPr>
          <w:b/>
          <w:bCs/>
        </w:rPr>
        <w:t xml:space="preserve">.</w:t>
      </w:r>
      <w:r>
        <w:br/>
      </w:r>
      <w:r>
        <w:t xml:space="preserve">    (a) move out of an interacting position; or stop</w:t>
      </w:r>
      <w:r>
        <w:br/>
      </w:r>
      <w:r>
        <w:t xml:space="preserve">    (b) make (with the voice)</w:t>
      </w:r>
      <w:r>
        <w:br/>
      </w:r>
      <w:r>
        <w:t xml:space="preserve">    (c) to think carefully and make a judgment about</w:t>
      </w:r>
    </w:p>
    <w:p>
      <w:pPr>
        <w:pStyle w:val="Compact"/>
        <w:numPr>
          <w:ilvl w:val="0"/>
          <w:numId w:val="1001"/>
        </w:numPr>
      </w:pPr>
      <w:r>
        <w:rPr>
          <w:b/>
          <w:bCs/>
        </w:rPr>
        <w:t xml:space="preserve">With that threat, he spins me around to face him and he shakes my shoulders, glaring at me with</w:t>
      </w:r>
      <w:r>
        <w:rPr>
          <w:b/>
          <w:bCs/>
        </w:rPr>
        <w:t xml:space="preserve"> </w:t>
      </w:r>
      <w:r>
        <w:rPr>
          <w:b/>
          <w:bCs/>
          <w:u w:val="single"/>
        </w:rPr>
        <w:t xml:space="preserve">utter</w:t>
      </w:r>
      <w:r>
        <w:rPr>
          <w:b/>
          <w:bCs/>
        </w:rPr>
        <w:t xml:space="preserve"> </w:t>
      </w:r>
      <w:r>
        <w:rPr>
          <w:b/>
          <w:bCs/>
        </w:rPr>
        <w:t xml:space="preserve">disappointment.</w:t>
      </w:r>
      <w:r>
        <w:br/>
      </w:r>
      <w:r>
        <w:t xml:space="preserve">    (a) greater than zero</w:t>
      </w:r>
      <w:r>
        <w:br/>
      </w:r>
      <w:r>
        <w:t xml:space="preserve">    (b) not demonstrating</w:t>
      </w:r>
      <w:r>
        <w:br/>
      </w:r>
      <w:r>
        <w:t xml:space="preserve">    (c) complete or total</w:t>
      </w:r>
    </w:p>
    <w:p>
      <w:pPr>
        <w:pStyle w:val="Compact"/>
        <w:numPr>
          <w:ilvl w:val="0"/>
          <w:numId w:val="1001"/>
        </w:numPr>
      </w:pPr>
      <w:r>
        <w:rPr>
          <w:b/>
          <w:bCs/>
        </w:rPr>
        <w:t xml:space="preserve">I think maybe it was the deciding</w:t>
      </w:r>
      <w:r>
        <w:rPr>
          <w:b/>
          <w:bCs/>
        </w:rPr>
        <w:t xml:space="preserve"> </w:t>
      </w:r>
      <w:r>
        <w:rPr>
          <w:b/>
          <w:bCs/>
          <w:u w:val="single"/>
        </w:rPr>
        <w:t xml:space="preserve">factor</w:t>
      </w:r>
      <w:r>
        <w:rPr>
          <w:b/>
          <w:bCs/>
        </w:rPr>
        <w:t xml:space="preserve"> </w:t>
      </w:r>
      <w:r>
        <w:rPr>
          <w:b/>
          <w:bCs/>
        </w:rPr>
        <w:t xml:space="preserve">in a decision she had wanted to make for a long time.</w:t>
      </w:r>
      <w:r>
        <w:br/>
      </w:r>
      <w:r>
        <w:t xml:space="preserve">    (a) thing that affects a result or outcome</w:t>
      </w:r>
      <w:r>
        <w:br/>
      </w:r>
      <w:r>
        <w:t xml:space="preserve">    (b) job, reservation, booking, or activity</w:t>
      </w:r>
      <w:r>
        <w:br/>
      </w:r>
      <w:r>
        <w:t xml:space="preserve">    (c) something that is made or manufactured</w:t>
      </w:r>
    </w:p>
    <w:p>
      <w:pPr>
        <w:pStyle w:val="Compact"/>
        <w:numPr>
          <w:ilvl w:val="0"/>
          <w:numId w:val="1001"/>
        </w:numPr>
      </w:pPr>
      <w:r>
        <w:rPr>
          <w:b/>
          <w:bCs/>
        </w:rPr>
        <w:t xml:space="preserve">I swing open the door and reluctantly follow him to the fence, hoping if I</w:t>
      </w:r>
      <w:r>
        <w:rPr>
          <w:b/>
          <w:bCs/>
        </w:rPr>
        <w:t xml:space="preserve"> </w:t>
      </w:r>
      <w:r>
        <w:rPr>
          <w:b/>
          <w:bCs/>
          <w:u w:val="single"/>
        </w:rPr>
        <w:t xml:space="preserve">appease</w:t>
      </w:r>
      <w:r>
        <w:rPr>
          <w:b/>
          <w:bCs/>
        </w:rPr>
        <w:t xml:space="preserve"> </w:t>
      </w:r>
      <w:r>
        <w:rPr>
          <w:b/>
          <w:bCs/>
        </w:rPr>
        <w:t xml:space="preserve">him this one last time that I'll get a quick explanation from him.</w:t>
      </w:r>
      <w:r>
        <w:br/>
      </w:r>
      <w:r>
        <w:t xml:space="preserve">    (a) move out of an interacting position; or stop</w:t>
      </w:r>
      <w:r>
        <w:br/>
      </w:r>
      <w:r>
        <w:t xml:space="preserve">    (b) say something or make a sound with the voice</w:t>
      </w:r>
      <w:r>
        <w:br/>
      </w:r>
      <w:r>
        <w:t xml:space="preserve">    (c) satisfy or pacify (make less angry or upset)</w:t>
      </w:r>
    </w:p>
    <w:p>
      <w:pPr>
        <w:pStyle w:val="Compact"/>
        <w:numPr>
          <w:ilvl w:val="0"/>
          <w:numId w:val="1001"/>
        </w:numPr>
      </w:pPr>
      <w:r>
        <w:rPr>
          <w:b/>
          <w:bCs/>
        </w:rPr>
        <w:t xml:space="preserve">I've never really been that curious to find out who my father was or why he "put me up for</w:t>
      </w:r>
      <w:r>
        <w:rPr>
          <w:b/>
          <w:bCs/>
        </w:rPr>
        <w:t xml:space="preserve"> </w:t>
      </w:r>
      <w:r>
        <w:rPr>
          <w:b/>
          <w:bCs/>
          <w:u w:val="single"/>
        </w:rPr>
        <w:t xml:space="preserve">adoption</w:t>
      </w:r>
      <w:r>
        <w:rPr>
          <w:b/>
          <w:bCs/>
        </w:rPr>
        <w:t xml:space="preserve">."</w:t>
      </w:r>
      <w:r>
        <w:br/>
      </w:r>
      <w:r>
        <w:t xml:space="preserve">    (a) something that helps clarify or demonstrate</w:t>
      </w:r>
      <w:r>
        <w:br/>
      </w:r>
      <w:r>
        <w:t xml:space="preserve">    (b) the act of taking something on as one's own</w:t>
      </w:r>
      <w:r>
        <w:br/>
      </w:r>
      <w:r>
        <w:t xml:space="preserve">    (c) relating to where attention is concentrated</w:t>
      </w:r>
    </w:p>
    <w:p>
      <w:pPr>
        <w:pStyle w:val="Compact"/>
        <w:numPr>
          <w:ilvl w:val="0"/>
          <w:numId w:val="1001"/>
        </w:numPr>
      </w:pPr>
      <w:r>
        <w:rPr>
          <w:b/>
          <w:bCs/>
        </w:rPr>
        <w:t xml:space="preserve">So in order for me to continue to make love to you, I would very much appreciate it if you would make alternative contraceptive arrangements so that we don't find ourselves in a pregnancy-</w:t>
      </w:r>
      <w:r>
        <w:rPr>
          <w:b/>
          <w:bCs/>
          <w:u w:val="single"/>
        </w:rPr>
        <w:t xml:space="preserve">induced</w:t>
      </w:r>
      <w:r>
        <w:rPr>
          <w:b/>
          <w:bCs/>
        </w:rPr>
        <w:t xml:space="preserve"> </w:t>
      </w:r>
      <w:r>
        <w:rPr>
          <w:b/>
          <w:bCs/>
        </w:rPr>
        <w:t xml:space="preserve">marriage with an expiration date on it.</w:t>
      </w:r>
      <w:r>
        <w:br/>
      </w:r>
      <w:r>
        <w:t xml:space="preserve">    (a) recognized difference</w:t>
      </w:r>
      <w:r>
        <w:br/>
      </w:r>
      <w:r>
        <w:t xml:space="preserve">    (b) gained advantage from</w:t>
      </w:r>
      <w:r>
        <w:br/>
      </w:r>
      <w:r>
        <w:t xml:space="preserve">    (c) persuaded</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2026-07-31T19:39:18Z</dcterms:created>
  <dcterms:modified xsi:type="dcterms:W3CDTF">2026-07-31T19:39:18Z</dcterms:modified>
</cp:coreProperties>
</file>

<file path=docProps/custom.xml><?xml version="1.0" encoding="utf-8"?>
<Properties xmlns="http://schemas.openxmlformats.org/officeDocument/2006/custom-properties" xmlns:vt="http://schemas.openxmlformats.org/officeDocument/2006/docPropsVTypes"/>
</file>