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hoot-carl-hiassen-vocabulary-in-context"/>
    <w:p>
      <w:pPr>
        <w:pStyle w:val="Heading1"/>
      </w:pPr>
      <w:r>
        <w:rPr>
          <w:b/>
          <w:bCs/>
        </w:rPr>
        <w:t xml:space="preserve">Hoot</w:t>
      </w:r>
      <w:r>
        <w:br/>
      </w:r>
      <w:r>
        <w:rPr>
          <w:i/>
          <w:iCs/>
        </w:rPr>
        <w:t xml:space="preserve">Carl Hiassen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no intention of spending the rest of the year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cowering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rest room or sneaking through the halls just to avoid some dumb bully.</w:t>
      </w:r>
      <w:r>
        <w:br/>
      </w:r>
      <w:r>
        <w:t xml:space="preserve">    (a) lost</w:t>
      </w:r>
      <w:r>
        <w:br/>
      </w:r>
      <w:r>
        <w:t xml:space="preserve">    (b) hiding</w:t>
      </w:r>
      <w:r>
        <w:br/>
      </w:r>
      <w:r>
        <w:t xml:space="preserve">    (c) afraid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Roy had mentally prepared himself to be blindfolded and tied up again—he'd even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a short speech for the occasion.</w:t>
      </w:r>
      <w:r>
        <w:br/>
      </w:r>
      <w:r>
        <w:t xml:space="preserve">    (a) read</w:t>
      </w:r>
      <w:r>
        <w:br/>
      </w:r>
      <w:r>
        <w:t xml:space="preserve">    (b) written</w:t>
      </w:r>
      <w:r>
        <w:br/>
      </w:r>
      <w:r>
        <w:t xml:space="preserve">    (c) delivered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another line of kids boarded, Dana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himself as if he were a model citizen.</w:t>
      </w:r>
      <w:r>
        <w:br/>
      </w:r>
      <w:r>
        <w:t xml:space="preserve">    (a) settled or calmed</w:t>
      </w:r>
      <w:r>
        <w:br/>
      </w:r>
      <w:r>
        <w:t xml:space="preserve">    (b) pretended to be</w:t>
      </w:r>
      <w:r>
        <w:br/>
      </w:r>
      <w:r>
        <w:t xml:space="preserve">    (c) wrote an essay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something about the look on the boy's face when he went running past the school bus those days; something urgent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determined</w:t>
      </w:r>
      <w:r>
        <w:rPr>
          <w:b/>
          <w:bCs/>
        </w:rPr>
        <w:t xml:space="preserve"> </w:t>
      </w:r>
      <w:r>
        <w:rPr>
          <w:b/>
          <w:bCs/>
        </w:rPr>
        <w:t xml:space="preserve">and unforgettable.</w:t>
      </w:r>
      <w:r>
        <w:br/>
      </w:r>
      <w:r>
        <w:t xml:space="preserve">    (a) without hope</w:t>
      </w:r>
      <w:r>
        <w:br/>
      </w:r>
      <w:r>
        <w:t xml:space="preserve">    (b) hopeful</w:t>
      </w:r>
      <w:r>
        <w:br/>
      </w:r>
      <w:r>
        <w:t xml:space="preserve">    (c) firm in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First, somebody pulling the survey stakes; then dumping the alligators in the latrines; then spray-painting his squad car while he was asleep inside—this was the work of bold and defiant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perpetrators</w:t>
      </w:r>
      <w:r>
        <w:rPr>
          <w:b/>
          <w:bCs/>
        </w:rPr>
        <w:t xml:space="preserve">.</w:t>
      </w:r>
      <w:r>
        <w:br/>
      </w:r>
      <w:r>
        <w:t xml:space="preserve">    (a) people who broke the law</w:t>
      </w:r>
      <w:r>
        <w:br/>
      </w:r>
      <w:r>
        <w:t xml:space="preserve">    (b) people who were violent</w:t>
      </w:r>
      <w:r>
        <w:br/>
      </w:r>
      <w:r>
        <w:t xml:space="preserve">    (c) people who were hurt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remarkable that the same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species</w:t>
      </w:r>
      <w:r>
        <w:rPr>
          <w:b/>
          <w:bCs/>
        </w:rPr>
        <w:t xml:space="preserve"> </w:t>
      </w:r>
      <w:r>
        <w:rPr>
          <w:b/>
          <w:bCs/>
        </w:rPr>
        <w:t xml:space="preserve">of bird was able to thrive in two places so far apart, and so completely different. If they can do it, Roy thought, maybe I can, too.</w:t>
      </w:r>
      <w:r>
        <w:br/>
      </w:r>
      <w:r>
        <w:t xml:space="preserve">    (a) type</w:t>
      </w:r>
      <w:r>
        <w:br/>
      </w:r>
      <w:r>
        <w:t xml:space="preserve">    (b) song-type</w:t>
      </w:r>
      <w:r>
        <w:br/>
      </w:r>
      <w:r>
        <w:t xml:space="preserve">    (c) color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meant Dana would feel obligated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</w:t>
      </w:r>
      <w:r>
        <w:rPr>
          <w:b/>
          <w:bCs/>
        </w:rPr>
        <w:t xml:space="preserve"> </w:t>
      </w:r>
      <w:r>
        <w:rPr>
          <w:b/>
          <w:bCs/>
        </w:rPr>
        <w:t xml:space="preserve">what a tough hombre he was.</w:t>
      </w:r>
      <w:r>
        <w:br/>
      </w:r>
      <w:r>
        <w:t xml:space="preserve">    (a) show</w:t>
      </w:r>
      <w:r>
        <w:br/>
      </w:r>
      <w:r>
        <w:t xml:space="preserve">    (b) hide</w:t>
      </w:r>
      <w:r>
        <w:br/>
      </w:r>
      <w:r>
        <w:t xml:space="preserve">    (c) protest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TV cameraman announced that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demonstration</w:t>
      </w:r>
      <w:r>
        <w:rPr>
          <w:b/>
          <w:bCs/>
        </w:rPr>
        <w:t xml:space="preserve"> </w:t>
      </w:r>
      <w:r>
        <w:rPr>
          <w:b/>
          <w:bCs/>
        </w:rPr>
        <w:t xml:space="preserve">was being broadcast live on the noon news, while the photographer from the paper swooped in for a close-up of Mr. Muckle, looking drained, defeated, and suddenly very old.</w:t>
      </w:r>
      <w:r>
        <w:br/>
      </w:r>
      <w:r>
        <w:t xml:space="preserve">    (a) public speech</w:t>
      </w:r>
      <w:r>
        <w:br/>
      </w:r>
      <w:r>
        <w:t xml:space="preserve">    (b) public event</w:t>
      </w:r>
      <w:r>
        <w:br/>
      </w:r>
      <w:r>
        <w:t xml:space="preserve">    (c) public protest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third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alternative</w:t>
      </w:r>
      <w:r>
        <w:rPr>
          <w:b/>
          <w:bCs/>
        </w:rPr>
        <w:t xml:space="preserve"> </w:t>
      </w:r>
      <w:r>
        <w:rPr>
          <w:b/>
          <w:bCs/>
        </w:rPr>
        <w:t xml:space="preserve">was for Roy to try apologizing to Dana again, this time oozing remorse and sincerity.</w:t>
      </w:r>
      <w:r>
        <w:br/>
      </w:r>
      <w:r>
        <w:t xml:space="preserve">    (a) possible thing to do</w:t>
      </w:r>
      <w:r>
        <w:br/>
      </w:r>
      <w:r>
        <w:t xml:space="preserve">    (b) step in a plan</w:t>
      </w:r>
      <w:r>
        <w:br/>
      </w:r>
      <w:r>
        <w:t xml:space="preserve">    (c) impossible desire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Without consulting her husband, she arranged for her son [Mullet Fingers] to be shipped off to a military prep school—the first of several failed attempts to "normalize" the boy. He seldom lasted more than two weeks before running away or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expelled</w:t>
      </w:r>
      <w:r>
        <w:rPr>
          <w:b/>
          <w:bCs/>
        </w:rPr>
        <w:t xml:space="preserve">.</w:t>
      </w:r>
      <w:r>
        <w:br/>
      </w:r>
      <w:r>
        <w:t xml:space="preserve">    (a) moved down a grade</w:t>
      </w:r>
      <w:r>
        <w:br/>
      </w:r>
      <w:r>
        <w:t xml:space="preserve">    (b) kicked out of the school</w:t>
      </w:r>
      <w:r>
        <w:br/>
      </w:r>
      <w:r>
        <w:t xml:space="preserve">    (c) given serious punishment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Montana, the only animals that dug holes like that were gophers and badgers, and Roy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there weren't many of those in Florida.</w:t>
      </w:r>
      <w:r>
        <w:br/>
      </w:r>
      <w:r>
        <w:t xml:space="preserve">    (a) happy</w:t>
      </w:r>
      <w:r>
        <w:br/>
      </w:r>
      <w:r>
        <w:t xml:space="preserve">    (b) sad</w:t>
      </w:r>
      <w:r>
        <w:br/>
      </w:r>
      <w:r>
        <w:t xml:space="preserve">    (c) certain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Curly finally came up with something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to contribute.</w:t>
      </w:r>
      <w:r>
        <w:br/>
      </w:r>
      <w:r>
        <w:t xml:space="preserve">    (a) good</w:t>
      </w:r>
      <w:r>
        <w:br/>
      </w:r>
      <w:r>
        <w:t xml:space="preserve">    (b) harmful</w:t>
      </w:r>
      <w:r>
        <w:br/>
      </w:r>
      <w:r>
        <w:t xml:space="preserve">    (c) new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looked like the same bike ridden by Roy's new friend, Beatrice, when she'd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accompanied</w:t>
      </w:r>
      <w:r>
        <w:rPr>
          <w:b/>
          <w:bCs/>
        </w:rPr>
        <w:t xml:space="preserve"> </w:t>
      </w:r>
      <w:r>
        <w:rPr>
          <w:b/>
          <w:bCs/>
        </w:rPr>
        <w:t xml:space="preserve">him home from school.</w:t>
      </w:r>
      <w:r>
        <w:br/>
      </w:r>
      <w:r>
        <w:t xml:space="preserve">    (a) traveled with</w:t>
      </w:r>
      <w:r>
        <w:br/>
      </w:r>
      <w:r>
        <w:t xml:space="preserve">    (b) gone before</w:t>
      </w:r>
      <w:r>
        <w:br/>
      </w:r>
      <w:r>
        <w:t xml:space="preserve">    (c) followed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"What—don't you believe me?" Beatrice's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indignation</w:t>
      </w:r>
      <w:r>
        <w:rPr>
          <w:b/>
          <w:bCs/>
        </w:rPr>
        <w:t xml:space="preserve"> </w:t>
      </w:r>
      <w:r>
        <w:rPr>
          <w:b/>
          <w:bCs/>
        </w:rPr>
        <w:t xml:space="preserve">sounded genuine.</w:t>
      </w:r>
      <w:r>
        <w:br/>
      </w:r>
      <w:r>
        <w:t xml:space="preserve">    (a) anger or annoyance at something unjust</w:t>
      </w:r>
      <w:r>
        <w:br/>
      </w:r>
      <w:r>
        <w:t xml:space="preserve">    (b) surprise as something unexpected</w:t>
      </w:r>
      <w:r>
        <w:br/>
      </w:r>
      <w:r>
        <w:t xml:space="preserve">    (c) acceptance of something undesired as unavoidable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"His mom doesn't want him?"</w:t>
      </w:r>
      <w:r>
        <w:br/>
      </w:r>
      <w:r>
        <w:rPr>
          <w:b/>
          <w:bCs/>
        </w:rPr>
        <w:t xml:space="preserve">Roy saw something flash in her eyes. He wasn't certain if it was sorrow or anger—or both.</w:t>
      </w:r>
      <w:r>
        <w:br/>
      </w:r>
      <w:r>
        <w:rPr>
          <w:b/>
          <w:bCs/>
        </w:rPr>
        <w:t xml:space="preserve">"She doesn't want him?" his mother repeated.</w:t>
      </w:r>
      <w:r>
        <w:br/>
      </w:r>
      <w:r>
        <w:rPr>
          <w:b/>
          <w:bCs/>
        </w:rPr>
        <w:t xml:space="preserve">Roy nodded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somberly</w:t>
      </w:r>
      <w:r>
        <w:rPr>
          <w:b/>
          <w:bCs/>
        </w:rPr>
        <w:t xml:space="preserve">.</w:t>
      </w:r>
      <w:r>
        <w:br/>
      </w:r>
      <w:r>
        <w:t xml:space="preserve">    (a) with an orientation that is straight up and down (90 degrees relative to the floor)</w:t>
      </w:r>
      <w:r>
        <w:br/>
      </w:r>
      <w:r>
        <w:t xml:space="preserve">    (b) in an unbiased manner (without the influence of personal feelings or preferences)</w:t>
      </w:r>
      <w:r>
        <w:br/>
      </w:r>
      <w:r>
        <w:t xml:space="preserve">    (c) solemnly (in a manner that is serious--not cheerful or lighthearted)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addition to a fear of getting caught, Roy had serious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qualms</w:t>
      </w:r>
      <w:r>
        <w:rPr>
          <w:b/>
          <w:bCs/>
        </w:rPr>
        <w:t xml:space="preserve"> </w:t>
      </w:r>
      <w:r>
        <w:rPr>
          <w:b/>
          <w:bCs/>
        </w:rPr>
        <w:t xml:space="preserve">about trying anything illegal—</w:t>
      </w:r>
      <w:r>
        <w:br/>
      </w:r>
      <w:r>
        <w:t xml:space="preserve">    (a) detailed plans</w:t>
      </w:r>
      <w:r>
        <w:br/>
      </w:r>
      <w:r>
        <w:t xml:space="preserve">    (b) embarrassment</w:t>
      </w:r>
      <w:r>
        <w:br/>
      </w:r>
      <w:r>
        <w:t xml:space="preserve">    (c) uneasy feelings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Dana grinned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malevolently</w:t>
      </w:r>
      <w:r>
        <w:rPr>
          <w:b/>
          <w:bCs/>
        </w:rPr>
        <w:t xml:space="preserve">. ... Kneeling on Roy's chest, he hauled back to hit him again.</w:t>
      </w:r>
      <w:r>
        <w:br/>
      </w:r>
      <w:r>
        <w:t xml:space="preserve">    (a) with the desire to hurt</w:t>
      </w:r>
      <w:r>
        <w:br/>
      </w:r>
      <w:r>
        <w:t xml:space="preserve">    (b) with continuing effort</w:t>
      </w:r>
      <w:r>
        <w:br/>
      </w:r>
      <w:r>
        <w:t xml:space="preserve">    (c) in a big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"We're talkin' humongous rattraps." Garrett held his hands a foot apart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illustrate</w:t>
      </w:r>
      <w:r>
        <w:rPr>
          <w:b/>
          <w:bCs/>
        </w:rPr>
        <w:t xml:space="preserve">.</w:t>
      </w:r>
      <w:r>
        <w:br/>
      </w:r>
      <w:r>
        <w:t xml:space="preserve">    (a) help make clear</w:t>
      </w:r>
      <w:r>
        <w:br/>
      </w:r>
      <w:r>
        <w:t xml:space="preserve">    (b) draw a realistic picture</w:t>
      </w:r>
      <w:r>
        <w:br/>
      </w:r>
      <w:r>
        <w:t xml:space="preserve">    (c) express support for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Eberhardt explained that he had borrowed the file, xeroxed every page, and then taken the material to some lawyers who were experts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environmental</w:t>
      </w:r>
      <w:r>
        <w:rPr>
          <w:b/>
          <w:bCs/>
        </w:rPr>
        <w:t xml:space="preserve"> </w:t>
      </w:r>
      <w:r>
        <w:rPr>
          <w:b/>
          <w:bCs/>
        </w:rPr>
        <w:t xml:space="preserve">matters.</w:t>
      </w:r>
      <w:r>
        <w:br/>
      </w:r>
      <w:r>
        <w:t xml:space="preserve">    (a) relating to climate change</w:t>
      </w:r>
      <w:r>
        <w:br/>
      </w:r>
      <w:r>
        <w:t xml:space="preserve">    (b) relating to rising sea levels</w:t>
      </w:r>
      <w:r>
        <w:br/>
      </w:r>
      <w:r>
        <w:t xml:space="preserve">    (c) relating to the quality of human, animal, and plant life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 want to assure all our customers that Mother Paula's remains strongly committed to protecting our environment," he said, "and we deeply regret that the careless actions of a few former employees and contractors may have put these unique little birds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jeopardy</w:t>
      </w:r>
      <w:r>
        <w:rPr>
          <w:b/>
          <w:bCs/>
        </w:rPr>
        <w:t xml:space="preserve">."</w:t>
      </w:r>
      <w:r>
        <w:br/>
      </w:r>
      <w:r>
        <w:t xml:space="preserve">    (a) confusion</w:t>
      </w:r>
      <w:r>
        <w:br/>
      </w:r>
      <w:r>
        <w:t xml:space="preserve">    (b) homelessness</w:t>
      </w:r>
      <w:r>
        <w:br/>
      </w:r>
      <w:r>
        <w:t xml:space="preserve">    (c) danger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2026-07-31T18:33:46Z</dcterms:created>
  <dcterms:modified xsi:type="dcterms:W3CDTF">2026-07-31T18:33:46Z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