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61ad8db7368380f2ae24f66c9d380bca90cf332"/>
    <w:p>
      <w:pPr>
        <w:pStyle w:val="Heading1"/>
      </w:pPr>
      <w:r>
        <w:rPr>
          <w:b/>
          <w:bCs/>
        </w:rPr>
        <w:t xml:space="preserve">Hoot</w:t>
      </w:r>
      <w:r>
        <w:br/>
      </w:r>
      <w:r>
        <w:rPr>
          <w:i/>
          <w:iCs/>
        </w:rPr>
        <w:t xml:space="preserve">Carl Hiassen</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u w:val="single"/>
        </w:rPr>
        <w:t xml:space="preserve">Ironically</w:t>
      </w:r>
      <w:r>
        <w:rPr>
          <w:b/>
          <w:bCs/>
        </w:rPr>
        <w:t xml:space="preserve">, Garrett's mother was a guidance counselor at Trace Middle. Roy figured she used up her guiding skills every day at school and was too worn out to deal with Garrett when she got home.</w:t>
      </w:r>
      <w:r>
        <w:br/>
      </w:r>
      <w:r>
        <w:t xml:space="preserve">    (a) when what happens is very fitting for the situation</w:t>
      </w:r>
      <w:r>
        <w:br/>
      </w:r>
      <w:r>
        <w:t xml:space="preserve">    (b) when what happens is very different than what might be expected</w:t>
      </w:r>
      <w:r>
        <w:br/>
      </w:r>
      <w:r>
        <w:t xml:space="preserve">    (c) when what happens is exactly what usually happens</w:t>
      </w:r>
    </w:p>
    <w:p>
      <w:pPr>
        <w:pStyle w:val="Compact"/>
        <w:numPr>
          <w:ilvl w:val="0"/>
          <w:numId w:val="1001"/>
        </w:numPr>
      </w:pPr>
      <w:r>
        <w:rPr>
          <w:b/>
          <w:bCs/>
        </w:rPr>
        <w:t xml:space="preserve">Her chilly gray eyes narrowed and her waxy lips pursed in</w:t>
      </w:r>
      <w:r>
        <w:rPr>
          <w:b/>
          <w:bCs/>
        </w:rPr>
        <w:t xml:space="preserve"> </w:t>
      </w:r>
      <w:r>
        <w:rPr>
          <w:b/>
          <w:bCs/>
          <w:u w:val="single"/>
        </w:rPr>
        <w:t xml:space="preserve">consternation</w:t>
      </w:r>
      <w:r>
        <w:rPr>
          <w:b/>
          <w:bCs/>
        </w:rPr>
        <w:t xml:space="preserve">. ... "That knot on your head tells me you've learned your lesson the hard way."</w:t>
      </w:r>
      <w:r>
        <w:br/>
      </w:r>
      <w:r>
        <w:t xml:space="preserve">    (a) a hard line</w:t>
      </w:r>
      <w:r>
        <w:br/>
      </w:r>
      <w:r>
        <w:t xml:space="preserve">    (b) pity or sympathy</w:t>
      </w:r>
      <w:r>
        <w:br/>
      </w:r>
      <w:r>
        <w:t xml:space="preserve">    (c) unhappiness and worry</w:t>
      </w:r>
    </w:p>
    <w:p>
      <w:pPr>
        <w:pStyle w:val="Compact"/>
        <w:numPr>
          <w:ilvl w:val="0"/>
          <w:numId w:val="1001"/>
        </w:numPr>
      </w:pPr>
      <w:r>
        <w:rPr>
          <w:b/>
          <w:bCs/>
        </w:rPr>
        <w:t xml:space="preserve">"You didn't do something to</w:t>
      </w:r>
      <w:r>
        <w:rPr>
          <w:b/>
          <w:bCs/>
        </w:rPr>
        <w:t xml:space="preserve"> </w:t>
      </w:r>
      <w:r>
        <w:rPr>
          <w:b/>
          <w:bCs/>
          <w:u w:val="single"/>
        </w:rPr>
        <w:t xml:space="preserve">provoke</w:t>
      </w:r>
      <w:r>
        <w:rPr>
          <w:b/>
          <w:bCs/>
        </w:rPr>
        <w:t xml:space="preserve"> </w:t>
      </w:r>
      <w:r>
        <w:rPr>
          <w:b/>
          <w:bCs/>
        </w:rPr>
        <w:t xml:space="preserve">him, did you?" asked Mr. Eberhardt.</w:t>
      </w:r>
      <w:r>
        <w:br/>
      </w:r>
      <w:r>
        <w:t xml:space="preserve">    (a) exclude from a group</w:t>
      </w:r>
      <w:r>
        <w:br/>
      </w:r>
      <w:r>
        <w:t xml:space="preserve">    (b) lie to or mislead</w:t>
      </w:r>
      <w:r>
        <w:br/>
      </w:r>
      <w:r>
        <w:t xml:space="preserve">    (c) cause an angry reaction</w:t>
      </w:r>
    </w:p>
    <w:p>
      <w:pPr>
        <w:pStyle w:val="Compact"/>
        <w:numPr>
          <w:ilvl w:val="0"/>
          <w:numId w:val="1001"/>
        </w:numPr>
      </w:pPr>
      <w:r>
        <w:rPr>
          <w:b/>
          <w:bCs/>
        </w:rPr>
        <w:t xml:space="preserve">Actually, two good things had come out of the</w:t>
      </w:r>
      <w:r>
        <w:rPr>
          <w:b/>
          <w:bCs/>
        </w:rPr>
        <w:t xml:space="preserve"> </w:t>
      </w:r>
      <w:r>
        <w:rPr>
          <w:b/>
          <w:bCs/>
          <w:u w:val="single"/>
        </w:rPr>
        <w:t xml:space="preserve">altercation</w:t>
      </w:r>
      <w:r>
        <w:rPr>
          <w:b/>
          <w:bCs/>
        </w:rPr>
        <w:t xml:space="preserve"> </w:t>
      </w:r>
      <w:r>
        <w:rPr>
          <w:b/>
          <w:bCs/>
        </w:rPr>
        <w:t xml:space="preserve">with Dana Matherson.</w:t>
      </w:r>
      <w:r>
        <w:br/>
      </w:r>
      <w:r>
        <w:t xml:space="preserve">    (a) fight</w:t>
      </w:r>
      <w:r>
        <w:br/>
      </w:r>
      <w:r>
        <w:t xml:space="preserve">    (b) race</w:t>
      </w:r>
      <w:r>
        <w:br/>
      </w:r>
      <w:r>
        <w:t xml:space="preserve">    (c) talk</w:t>
      </w:r>
    </w:p>
    <w:p>
      <w:pPr>
        <w:pStyle w:val="Compact"/>
        <w:numPr>
          <w:ilvl w:val="0"/>
          <w:numId w:val="1001"/>
        </w:numPr>
      </w:pPr>
      <w:r>
        <w:rPr>
          <w:b/>
          <w:bCs/>
        </w:rPr>
        <w:t xml:space="preserve">Roy poked the tip of the dead branch through the loose dirt, but it</w:t>
      </w:r>
      <w:r>
        <w:rPr>
          <w:b/>
          <w:bCs/>
        </w:rPr>
        <w:t xml:space="preserve"> </w:t>
      </w:r>
      <w:r>
        <w:rPr>
          <w:b/>
          <w:bCs/>
          <w:u w:val="single"/>
        </w:rPr>
        <w:t xml:space="preserve">yielded</w:t>
      </w:r>
      <w:r>
        <w:rPr>
          <w:b/>
          <w:bCs/>
        </w:rPr>
        <w:t xml:space="preserve"> </w:t>
      </w:r>
      <w:r>
        <w:rPr>
          <w:b/>
          <w:bCs/>
        </w:rPr>
        <w:t xml:space="preserve">no clues.</w:t>
      </w:r>
      <w:r>
        <w:br/>
      </w:r>
      <w:r>
        <w:t xml:space="preserve">    (a) produced</w:t>
      </w:r>
      <w:r>
        <w:br/>
      </w:r>
      <w:r>
        <w:t xml:space="preserve">    (b) spread</w:t>
      </w:r>
      <w:r>
        <w:br/>
      </w:r>
      <w:r>
        <w:t xml:space="preserve">    (c) poked holes in</w:t>
      </w:r>
    </w:p>
    <w:p>
      <w:pPr>
        <w:pStyle w:val="Compact"/>
        <w:numPr>
          <w:ilvl w:val="0"/>
          <w:numId w:val="1001"/>
        </w:numPr>
      </w:pPr>
      <w:r>
        <w:rPr>
          <w:b/>
          <w:bCs/>
        </w:rPr>
        <w:t xml:space="preserve">He knew the</w:t>
      </w:r>
      <w:r>
        <w:rPr>
          <w:b/>
          <w:bCs/>
        </w:rPr>
        <w:t xml:space="preserve"> </w:t>
      </w:r>
      <w:r>
        <w:rPr>
          <w:b/>
          <w:bCs/>
          <w:u w:val="single"/>
        </w:rPr>
        <w:t xml:space="preserve">assault</w:t>
      </w:r>
      <w:r>
        <w:rPr>
          <w:b/>
          <w:bCs/>
        </w:rPr>
        <w:t xml:space="preserve"> </w:t>
      </w:r>
      <w:r>
        <w:rPr>
          <w:b/>
          <w:bCs/>
        </w:rPr>
        <w:t xml:space="preserve">would resume as soon as the bus got rolling, and he braced grimly for Dana's next blow.</w:t>
      </w:r>
      <w:r>
        <w:br/>
      </w:r>
      <w:r>
        <w:t xml:space="preserve">    (a) attack</w:t>
      </w:r>
      <w:r>
        <w:br/>
      </w:r>
      <w:r>
        <w:t xml:space="preserve">    (b) talk</w:t>
      </w:r>
      <w:r>
        <w:br/>
      </w:r>
      <w:r>
        <w:t xml:space="preserve">    (c) insults</w:t>
      </w:r>
    </w:p>
    <w:p>
      <w:pPr>
        <w:pStyle w:val="Compact"/>
        <w:numPr>
          <w:ilvl w:val="0"/>
          <w:numId w:val="1001"/>
        </w:numPr>
      </w:pPr>
      <w:r>
        <w:rPr>
          <w:b/>
          <w:bCs/>
        </w:rPr>
        <w:t xml:space="preserve">A third alternative was for Roy to try apologizing to Dana again, this time oozing</w:t>
      </w:r>
      <w:r>
        <w:rPr>
          <w:b/>
          <w:bCs/>
        </w:rPr>
        <w:t xml:space="preserve"> </w:t>
      </w:r>
      <w:r>
        <w:rPr>
          <w:b/>
          <w:bCs/>
          <w:u w:val="single"/>
        </w:rPr>
        <w:t xml:space="preserve">remorse</w:t>
      </w:r>
      <w:r>
        <w:rPr>
          <w:b/>
          <w:bCs/>
        </w:rPr>
        <w:t xml:space="preserve"> </w:t>
      </w:r>
      <w:r>
        <w:rPr>
          <w:b/>
          <w:bCs/>
        </w:rPr>
        <w:t xml:space="preserve">and sincerity.</w:t>
      </w:r>
      <w:r>
        <w:br/>
      </w:r>
      <w:r>
        <w:t xml:space="preserve">    (a) frustration</w:t>
      </w:r>
      <w:r>
        <w:br/>
      </w:r>
      <w:r>
        <w:t xml:space="preserve">    (b) excuse</w:t>
      </w:r>
      <w:r>
        <w:br/>
      </w:r>
      <w:r>
        <w:t xml:space="preserve">    (c) regret</w:t>
      </w:r>
    </w:p>
    <w:p>
      <w:pPr>
        <w:pStyle w:val="Compact"/>
        <w:numPr>
          <w:ilvl w:val="0"/>
          <w:numId w:val="1001"/>
        </w:numPr>
      </w:pPr>
      <w:r>
        <w:rPr>
          <w:b/>
          <w:bCs/>
        </w:rPr>
        <w:t xml:space="preserve">Whether on horseback, bike, or snowboard, he</w:t>
      </w:r>
      <w:r>
        <w:rPr>
          <w:b/>
          <w:bCs/>
        </w:rPr>
        <w:t xml:space="preserve"> </w:t>
      </w:r>
      <w:r>
        <w:rPr>
          <w:b/>
          <w:bCs/>
          <w:u w:val="single"/>
        </w:rPr>
        <w:t xml:space="preserve">refrained</w:t>
      </w:r>
      <w:r>
        <w:rPr>
          <w:b/>
          <w:bCs/>
        </w:rPr>
        <w:t xml:space="preserve"> </w:t>
      </w:r>
      <w:r>
        <w:rPr>
          <w:b/>
          <w:bCs/>
        </w:rPr>
        <w:t xml:space="preserve">from doing some of the wild, daredevil stunts that boys his age usually tried—not because he feared for his safety, but because he felt it was his solemn duty as an only child.</w:t>
      </w:r>
      <w:r>
        <w:br/>
      </w:r>
      <w:r>
        <w:t xml:space="preserve">    (a) reported</w:t>
      </w:r>
      <w:r>
        <w:br/>
      </w:r>
      <w:r>
        <w:t xml:space="preserve">    (b) stopped</w:t>
      </w:r>
      <w:r>
        <w:br/>
      </w:r>
      <w:r>
        <w:t xml:space="preserve">    (c) trained</w:t>
      </w:r>
    </w:p>
    <w:p>
      <w:pPr>
        <w:pStyle w:val="Compact"/>
        <w:numPr>
          <w:ilvl w:val="0"/>
          <w:numId w:val="1001"/>
        </w:numPr>
      </w:pPr>
      <w:r>
        <w:rPr>
          <w:b/>
          <w:bCs/>
        </w:rPr>
        <w:t xml:space="preserve">The instant Curly kicked open the door, he realized there was no poisonous snake in the bathroom, no cause for</w:t>
      </w:r>
      <w:r>
        <w:rPr>
          <w:b/>
          <w:bCs/>
        </w:rPr>
        <w:t xml:space="preserve"> </w:t>
      </w:r>
      <w:r>
        <w:rPr>
          <w:b/>
          <w:bCs/>
          <w:u w:val="single"/>
        </w:rPr>
        <w:t xml:space="preserve">mortal</w:t>
      </w:r>
      <w:r>
        <w:rPr>
          <w:b/>
          <w:bCs/>
        </w:rPr>
        <w:t xml:space="preserve"> </w:t>
      </w:r>
      <w:r>
        <w:rPr>
          <w:b/>
          <w:bCs/>
        </w:rPr>
        <w:t xml:space="preserve">alarm.</w:t>
      </w:r>
      <w:r>
        <w:br/>
      </w:r>
      <w:r>
        <w:t xml:space="preserve">    (a) extreme</w:t>
      </w:r>
      <w:r>
        <w:br/>
      </w:r>
      <w:r>
        <w:t xml:space="preserve">    (b) long-term</w:t>
      </w:r>
      <w:r>
        <w:br/>
      </w:r>
      <w:r>
        <w:t xml:space="preserve">    (c) human</w:t>
      </w:r>
    </w:p>
    <w:p>
      <w:pPr>
        <w:pStyle w:val="Compact"/>
        <w:numPr>
          <w:ilvl w:val="0"/>
          <w:numId w:val="1001"/>
        </w:numPr>
      </w:pPr>
      <w:r>
        <w:rPr>
          <w:b/>
          <w:bCs/>
        </w:rPr>
        <w:t xml:space="preserve">Roy bowed his head. He was a</w:t>
      </w:r>
      <w:r>
        <w:rPr>
          <w:b/>
          <w:bCs/>
        </w:rPr>
        <w:t xml:space="preserve"> </w:t>
      </w:r>
      <w:r>
        <w:rPr>
          <w:b/>
          <w:bCs/>
          <w:u w:val="single"/>
        </w:rPr>
        <w:t xml:space="preserve">pathetic</w:t>
      </w:r>
      <w:r>
        <w:rPr>
          <w:b/>
          <w:bCs/>
        </w:rPr>
        <w:t xml:space="preserve"> </w:t>
      </w:r>
      <w:r>
        <w:rPr>
          <w:b/>
          <w:bCs/>
        </w:rPr>
        <w:t xml:space="preserve">liar, and he knew it.</w:t>
      </w:r>
      <w:r>
        <w:br/>
      </w:r>
      <w:r>
        <w:t xml:space="preserve">    (a) regularly from habit</w:t>
      </w:r>
      <w:r>
        <w:br/>
      </w:r>
      <w:r>
        <w:t xml:space="preserve">    (b) embarrassingly bad</w:t>
      </w:r>
      <w:r>
        <w:br/>
      </w:r>
      <w:r>
        <w:t xml:space="preserve">    (c) especially good</w:t>
      </w:r>
    </w:p>
    <w:p>
      <w:pPr>
        <w:pStyle w:val="Compact"/>
        <w:numPr>
          <w:ilvl w:val="0"/>
          <w:numId w:val="1001"/>
        </w:numPr>
      </w:pPr>
      <w:r>
        <w:rPr>
          <w:b/>
          <w:bCs/>
        </w:rPr>
        <w:t xml:space="preserve">His father put the book aside and looked at Roy fondly, though with a</w:t>
      </w:r>
      <w:r>
        <w:rPr>
          <w:b/>
          <w:bCs/>
        </w:rPr>
        <w:t xml:space="preserve"> </w:t>
      </w:r>
      <w:r>
        <w:rPr>
          <w:b/>
          <w:bCs/>
          <w:u w:val="single"/>
        </w:rPr>
        <w:t xml:space="preserve">trace</w:t>
      </w:r>
      <w:r>
        <w:rPr>
          <w:b/>
          <w:bCs/>
        </w:rPr>
        <w:t xml:space="preserve"> </w:t>
      </w:r>
      <w:r>
        <w:rPr>
          <w:b/>
          <w:bCs/>
        </w:rPr>
        <w:t xml:space="preserve">of sadness. "Roy, they own the property. They can do pretty much whatever they please."</w:t>
      </w:r>
      <w:r>
        <w:br/>
      </w:r>
      <w:r>
        <w:t xml:space="preserve">    (a) overwhelming amount</w:t>
      </w:r>
      <w:r>
        <w:br/>
      </w:r>
      <w:r>
        <w:t xml:space="preserve">    (b) no amount</w:t>
      </w:r>
      <w:r>
        <w:br/>
      </w:r>
      <w:r>
        <w:t xml:space="preserve">    (c) small amount</w:t>
      </w:r>
    </w:p>
    <w:p>
      <w:pPr>
        <w:pStyle w:val="Compact"/>
        <w:numPr>
          <w:ilvl w:val="0"/>
          <w:numId w:val="1001"/>
        </w:numPr>
      </w:pPr>
      <w:r>
        <w:rPr>
          <w:b/>
          <w:bCs/>
        </w:rPr>
        <w:t xml:space="preserve">Roy wondered what made a grownup turn out so ill-tempered and</w:t>
      </w:r>
      <w:r>
        <w:rPr>
          <w:b/>
          <w:bCs/>
        </w:rPr>
        <w:t xml:space="preserve"> </w:t>
      </w:r>
      <w:r>
        <w:rPr>
          <w:b/>
          <w:bCs/>
          <w:u w:val="single"/>
        </w:rPr>
        <w:t xml:space="preserve">obnoxious</w:t>
      </w:r>
      <w:r>
        <w:rPr>
          <w:b/>
          <w:bCs/>
        </w:rPr>
        <w:t xml:space="preserve">.</w:t>
      </w:r>
      <w:r>
        <w:br/>
      </w:r>
      <w:r>
        <w:t xml:space="preserve">    (a) ridiculous or foolish</w:t>
      </w:r>
      <w:r>
        <w:br/>
      </w:r>
      <w:r>
        <w:t xml:space="preserve">    (b) nervous or worried</w:t>
      </w:r>
      <w:r>
        <w:br/>
      </w:r>
      <w:r>
        <w:t xml:space="preserve">    (c) rude or unpleasant</w:t>
      </w:r>
    </w:p>
    <w:p>
      <w:pPr>
        <w:pStyle w:val="Compact"/>
        <w:numPr>
          <w:ilvl w:val="0"/>
          <w:numId w:val="1001"/>
        </w:numPr>
      </w:pPr>
      <w:r>
        <w:rPr>
          <w:b/>
          <w:bCs/>
        </w:rPr>
        <w:t xml:space="preserve">Roy felt a strange mixture of</w:t>
      </w:r>
      <w:r>
        <w:rPr>
          <w:b/>
          <w:bCs/>
        </w:rPr>
        <w:t xml:space="preserve"> </w:t>
      </w:r>
      <w:r>
        <w:rPr>
          <w:b/>
          <w:bCs/>
          <w:u w:val="single"/>
        </w:rPr>
        <w:t xml:space="preserve">apprehension</w:t>
      </w:r>
      <w:r>
        <w:rPr>
          <w:b/>
          <w:bCs/>
        </w:rPr>
        <w:t xml:space="preserve"> </w:t>
      </w:r>
      <w:r>
        <w:rPr>
          <w:b/>
          <w:bCs/>
        </w:rPr>
        <w:t xml:space="preserve">and excitement. Part of him was worried about the tactics used by Beatrice's stepbrother, and part of him was rooting for the kid.</w:t>
      </w:r>
      <w:r>
        <w:br/>
      </w:r>
      <w:r>
        <w:t xml:space="preserve">    (a) understanding</w:t>
      </w:r>
      <w:r>
        <w:br/>
      </w:r>
      <w:r>
        <w:t xml:space="preserve">    (b) capture</w:t>
      </w:r>
      <w:r>
        <w:br/>
      </w:r>
      <w:r>
        <w:t xml:space="preserve">    (c) worry</w:t>
      </w:r>
    </w:p>
    <w:p>
      <w:pPr>
        <w:pStyle w:val="Compact"/>
        <w:numPr>
          <w:ilvl w:val="0"/>
          <w:numId w:val="1001"/>
        </w:numPr>
      </w:pPr>
      <w:r>
        <w:rPr>
          <w:b/>
          <w:bCs/>
        </w:rPr>
        <w:t xml:space="preserve">"There ain't no owls around here."</w:t>
      </w:r>
      <w:r>
        <w:br/>
      </w:r>
      <w:r>
        <w:rPr>
          <w:b/>
          <w:bCs/>
        </w:rPr>
        <w:t xml:space="preserve">"Oh, yes, there are," Roy said. "I've seen them."</w:t>
      </w:r>
      <w:r>
        <w:br/>
      </w:r>
      <w:r>
        <w:rPr>
          <w:b/>
          <w:bCs/>
        </w:rPr>
        <w:t xml:space="preserve">The bald guy looked extremely nervous and</w:t>
      </w:r>
      <w:r>
        <w:rPr>
          <w:b/>
          <w:bCs/>
        </w:rPr>
        <w:t xml:space="preserve"> </w:t>
      </w:r>
      <w:r>
        <w:rPr>
          <w:b/>
          <w:bCs/>
          <w:u w:val="single"/>
        </w:rPr>
        <w:t xml:space="preserve">agitated</w:t>
      </w:r>
      <w:r>
        <w:rPr>
          <w:b/>
          <w:bCs/>
        </w:rPr>
        <w:t xml:space="preserve">.</w:t>
      </w:r>
      <w:r>
        <w:br/>
      </w:r>
      <w:r>
        <w:t xml:space="preserve">    (a) upset</w:t>
      </w:r>
      <w:r>
        <w:br/>
      </w:r>
      <w:r>
        <w:t xml:space="preserve">    (b) worried</w:t>
      </w:r>
      <w:r>
        <w:br/>
      </w:r>
      <w:r>
        <w:t xml:space="preserve">    (c) energetic</w:t>
      </w:r>
    </w:p>
    <w:p>
      <w:pPr>
        <w:pStyle w:val="Compact"/>
        <w:numPr>
          <w:ilvl w:val="0"/>
          <w:numId w:val="1001"/>
        </w:numPr>
      </w:pPr>
      <w:r>
        <w:rPr>
          <w:b/>
          <w:bCs/>
        </w:rPr>
        <w:t xml:space="preserve">There was no sign of the owls, either, which didn't surprise Roy; with so much noise and human</w:t>
      </w:r>
      <w:r>
        <w:rPr>
          <w:b/>
          <w:bCs/>
        </w:rPr>
        <w:t xml:space="preserve"> </w:t>
      </w:r>
      <w:r>
        <w:rPr>
          <w:b/>
          <w:bCs/>
          <w:u w:val="single"/>
        </w:rPr>
        <w:t xml:space="preserve">commotion</w:t>
      </w:r>
      <w:r>
        <w:rPr>
          <w:b/>
          <w:bCs/>
        </w:rPr>
        <w:t xml:space="preserve">, the birds would likely stay underground where it was dark and safe.</w:t>
      </w:r>
      <w:r>
        <w:br/>
      </w:r>
      <w:r>
        <w:t xml:space="preserve">    (a) arrival</w:t>
      </w:r>
      <w:r>
        <w:br/>
      </w:r>
      <w:r>
        <w:t xml:space="preserve">    (b) artificial lighting</w:t>
      </w:r>
      <w:r>
        <w:br/>
      </w:r>
      <w:r>
        <w:t xml:space="preserve">    (c) noisy disturbance</w:t>
      </w:r>
    </w:p>
    <w:p>
      <w:pPr>
        <w:pStyle w:val="Compact"/>
        <w:numPr>
          <w:ilvl w:val="0"/>
          <w:numId w:val="1001"/>
        </w:numPr>
      </w:pPr>
      <w:r>
        <w:rPr>
          <w:b/>
          <w:bCs/>
          <w:u w:val="single"/>
        </w:rPr>
        <w:t xml:space="preserve">Ominously</w:t>
      </w:r>
      <w:r>
        <w:rPr>
          <w:b/>
          <w:bCs/>
        </w:rPr>
        <w:t xml:space="preserve"> </w:t>
      </w:r>
      <w:r>
        <w:rPr>
          <w:b/>
          <w:bCs/>
        </w:rPr>
        <w:t xml:space="preserve">he pointed the blade of the shovel at the boy in the owl burrow.</w:t>
      </w:r>
      <w:r>
        <w:br/>
      </w:r>
      <w:r>
        <w:t xml:space="preserve">    (a) in a desperate manner</w:t>
      </w:r>
      <w:r>
        <w:br/>
      </w:r>
      <w:r>
        <w:t xml:space="preserve">    (b) in a threatening manner</w:t>
      </w:r>
      <w:r>
        <w:br/>
      </w:r>
      <w:r>
        <w:t xml:space="preserve">    (c) in a pitiful manner</w:t>
      </w:r>
    </w:p>
    <w:p>
      <w:pPr>
        <w:pStyle w:val="Compact"/>
        <w:numPr>
          <w:ilvl w:val="0"/>
          <w:numId w:val="1001"/>
        </w:numPr>
      </w:pPr>
      <w:r>
        <w:rPr>
          <w:b/>
          <w:bCs/>
          <w:u w:val="single"/>
        </w:rPr>
        <w:t xml:space="preserve">By contrast</w:t>
      </w:r>
      <w:r>
        <w:rPr>
          <w:b/>
          <w:bCs/>
        </w:rPr>
        <w:t xml:space="preserve">, the owl publicity was a nightmare for Mother Paula's All-American Pancake Houses, Inc., which found itself the subject of an unflattering front-page article in the Wall Street Journal.</w:t>
      </w:r>
      <w:r>
        <w:br/>
      </w:r>
      <w:r>
        <w:t xml:space="preserve">    (a) in a comparison that shows differences</w:t>
      </w:r>
      <w:r>
        <w:br/>
      </w:r>
      <w:r>
        <w:t xml:space="preserve">    (b) in a comparison that shows advantages</w:t>
      </w:r>
      <w:r>
        <w:br/>
      </w:r>
      <w:r>
        <w:t xml:space="preserve">    (c) in a comparison that shows similarities</w:t>
      </w:r>
    </w:p>
    <w:p>
      <w:pPr>
        <w:pStyle w:val="Compact"/>
        <w:numPr>
          <w:ilvl w:val="0"/>
          <w:numId w:val="1001"/>
        </w:numPr>
      </w:pPr>
      <w:r>
        <w:rPr>
          <w:b/>
          <w:bCs/>
        </w:rPr>
        <w:t xml:space="preserve">Soon afterward, he</w:t>
      </w:r>
      <w:r>
        <w:rPr>
          <w:b/>
          <w:bCs/>
        </w:rPr>
        <w:t xml:space="preserve"> </w:t>
      </w:r>
      <w:r>
        <w:rPr>
          <w:b/>
          <w:bCs/>
          <w:u w:val="single"/>
        </w:rPr>
        <w:t xml:space="preserve">resigned</w:t>
      </w:r>
      <w:r>
        <w:rPr>
          <w:b/>
          <w:bCs/>
        </w:rPr>
        <w:t xml:space="preserve"> </w:t>
      </w:r>
      <w:r>
        <w:rPr>
          <w:b/>
          <w:bCs/>
        </w:rPr>
        <w:t xml:space="preserve">from the pancake company and took a job as a cruise director in Miami.</w:t>
      </w:r>
      <w:r>
        <w:br/>
      </w:r>
      <w:r>
        <w:t xml:space="preserve">    (a) quit</w:t>
      </w:r>
      <w:r>
        <w:br/>
      </w:r>
      <w:r>
        <w:t xml:space="preserve">    (b) signed a document</w:t>
      </w:r>
      <w:r>
        <w:br/>
      </w:r>
      <w:r>
        <w:t xml:space="preserve">    (c) accepted money</w:t>
      </w:r>
    </w:p>
    <w:p>
      <w:pPr>
        <w:pStyle w:val="Compact"/>
        <w:numPr>
          <w:ilvl w:val="0"/>
          <w:numId w:val="1001"/>
        </w:numPr>
      </w:pPr>
      <w:r>
        <w:rPr>
          <w:b/>
          <w:bCs/>
        </w:rPr>
        <w:t xml:space="preserve">It was a sweltering afternoon, but Roy had</w:t>
      </w:r>
      <w:r>
        <w:rPr>
          <w:b/>
          <w:bCs/>
        </w:rPr>
        <w:t xml:space="preserve"> </w:t>
      </w:r>
      <w:r>
        <w:rPr>
          <w:b/>
          <w:bCs/>
          <w:u w:val="single"/>
        </w:rPr>
        <w:t xml:space="preserve">resigned</w:t>
      </w:r>
      <w:r>
        <w:rPr>
          <w:b/>
          <w:bCs/>
        </w:rPr>
        <w:t xml:space="preserve"> </w:t>
      </w:r>
      <w:r>
        <w:rPr>
          <w:b/>
          <w:bCs/>
        </w:rPr>
        <w:t xml:space="preserve">himself to the fact that there was no change of seasons in South Florida, only mild variations of summer.</w:t>
      </w:r>
      <w:r>
        <w:br/>
      </w:r>
      <w:r>
        <w:t xml:space="preserve">    (a) considered and refused to accept</w:t>
      </w:r>
      <w:r>
        <w:br/>
      </w:r>
      <w:r>
        <w:t xml:space="preserve">    (b) quit from a job</w:t>
      </w:r>
      <w:r>
        <w:br/>
      </w:r>
      <w:r>
        <w:t xml:space="preserve">    (c) accepted something undesired as unavoidable</w:t>
      </w:r>
    </w:p>
    <w:p>
      <w:pPr>
        <w:pStyle w:val="Compact"/>
        <w:numPr>
          <w:ilvl w:val="0"/>
          <w:numId w:val="1001"/>
        </w:numPr>
      </w:pPr>
      <w:r>
        <w:rPr>
          <w:b/>
          <w:bCs/>
        </w:rPr>
        <w:t xml:space="preserve">Mrs. Eberhardt led Roy to the living room just in time to hear the president of Mother Paula's promise to</w:t>
      </w:r>
      <w:r>
        <w:rPr>
          <w:b/>
          <w:bCs/>
        </w:rPr>
        <w:t xml:space="preserve"> </w:t>
      </w:r>
      <w:r>
        <w:rPr>
          <w:b/>
          <w:bCs/>
          <w:u w:val="single"/>
        </w:rPr>
        <w:t xml:space="preserve">preserve</w:t>
      </w:r>
      <w:r>
        <w:rPr>
          <w:b/>
          <w:bCs/>
        </w:rPr>
        <w:t xml:space="preserve"> </w:t>
      </w:r>
      <w:r>
        <w:rPr>
          <w:b/>
          <w:bCs/>
        </w:rPr>
        <w:t xml:space="preserve">the Coconut Cove property as a permanent sanctuary for burrowing owls and to donate $50,000 to the Nature Conservancy.</w:t>
      </w:r>
      <w:r>
        <w:br/>
      </w:r>
      <w:r>
        <w:t xml:space="preserve">    (a) purchase</w:t>
      </w:r>
      <w:r>
        <w:br/>
      </w:r>
      <w:r>
        <w:t xml:space="preserve">    (b) change</w:t>
      </w:r>
      <w:r>
        <w:br/>
      </w:r>
      <w:r>
        <w:t xml:space="preserve">    (c) protect</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2026-07-31T18:33:47Z</dcterms:created>
  <dcterms:modified xsi:type="dcterms:W3CDTF">2026-07-31T18:33:47Z</dcterms:modified>
</cp:coreProperties>
</file>

<file path=docProps/custom.xml><?xml version="1.0" encoding="utf-8"?>
<Properties xmlns="http://schemas.openxmlformats.org/officeDocument/2006/custom-properties" xmlns:vt="http://schemas.openxmlformats.org/officeDocument/2006/docPropsVTypes"/>
</file>