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580ee869706e045bf264e8dab0cde428a158d9"/>
    <w:p>
      <w:pPr>
        <w:pStyle w:val="Heading1"/>
      </w:pPr>
      <w:r>
        <w:rPr>
          <w:b/>
          <w:bCs/>
        </w:rPr>
        <w:t xml:space="preserve">Hoops</w:t>
      </w:r>
      <w:r>
        <w:br/>
      </w:r>
      <w:r>
        <w:rPr>
          <w:i/>
          <w:iCs/>
        </w:rPr>
        <w:t xml:space="preserve">Walter Dean Myers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like I was running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marathon</w:t>
      </w:r>
      <w:r>
        <w:rPr>
          <w:b/>
          <w:bCs/>
        </w:rPr>
        <w:t xml:space="preserve"> </w:t>
      </w:r>
      <w:r>
        <w:rPr>
          <w:b/>
          <w:bCs/>
        </w:rPr>
        <w:t xml:space="preserve">and suddenly forgot where the finish line was.</w:t>
      </w:r>
      <w:r>
        <w:br/>
      </w:r>
      <w:r>
        <w:t xml:space="preserve">    (a) reason (for doing something)</w:t>
      </w:r>
      <w:r>
        <w:br/>
      </w:r>
      <w:r>
        <w:t xml:space="preserve">    (b) small quantity or indication</w:t>
      </w:r>
      <w:r>
        <w:br/>
      </w:r>
      <w:r>
        <w:t xml:space="preserve">    (c) a footrace of about 26 miles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 hit him and he'd have a heart attack and die and I'd be up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manslaughter</w:t>
      </w:r>
      <w:r>
        <w:rPr>
          <w:b/>
          <w:bCs/>
        </w:rPr>
        <w:t xml:space="preserve"> </w:t>
      </w:r>
      <w:r>
        <w:rPr>
          <w:b/>
          <w:bCs/>
        </w:rPr>
        <w:t xml:space="preserve">or something.</w:t>
      </w:r>
      <w:r>
        <w:br/>
      </w:r>
      <w:r>
        <w:t xml:space="preserve">    (a) because of a basic rule or belief</w:t>
      </w:r>
      <w:r>
        <w:br/>
      </w:r>
      <w:r>
        <w:t xml:space="preserve">    (b) interacts, interests, or attracts</w:t>
      </w:r>
      <w:r>
        <w:br/>
      </w:r>
      <w:r>
        <w:t xml:space="preserve">    (c) unintentional killing of a person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doctor said it was her pressure, and he gave her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prescription</w:t>
      </w:r>
      <w:r>
        <w:rPr>
          <w:b/>
          <w:bCs/>
        </w:rPr>
        <w:t xml:space="preserve"> </w:t>
      </w:r>
      <w:r>
        <w:rPr>
          <w:b/>
          <w:bCs/>
        </w:rPr>
        <w:t xml:space="preserve">to have filled.</w:t>
      </w:r>
      <w:r>
        <w:br/>
      </w:r>
      <w:r>
        <w:t xml:space="preserve">    (a) a recommendation or requirement  OR  (from a medical doctor) an instruction -- such as writing that a patient should take antibiotics</w:t>
      </w:r>
      <w:r>
        <w:br/>
      </w:r>
      <w:r>
        <w:t xml:space="preserve">    (b) submissiveness -- often an attitude of someone who is so submissive or eager to serve and please that they seem to lack self-respect</w:t>
      </w:r>
      <w:r>
        <w:br/>
      </w:r>
      <w:r>
        <w:t xml:space="preserve">    (c) lymph node -- one of many bean-sized organs that filter bacteria and other toxins from circulating white-blood-cell filled lymph fluid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Snakeskin,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other hand</w:t>
      </w:r>
      <w:r>
        <w:rPr>
          <w:b/>
          <w:bCs/>
        </w:rPr>
        <w:t xml:space="preserve">, was smooth.</w:t>
      </w:r>
      <w:r>
        <w:br/>
      </w:r>
      <w:r>
        <w:t xml:space="preserve">    (a) in keeping with or in agreement with what was just stated</w:t>
      </w:r>
      <w:r>
        <w:br/>
      </w:r>
      <w:r>
        <w:t xml:space="preserve">    (b) from another point of view; or in a way that is different (a phrase used to introduce a different perspective or idea)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kept stalling, waiting for Cal, until Mr. Reese said that we'd either have to start the game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forfeit</w:t>
      </w:r>
      <w:r>
        <w:rPr>
          <w:b/>
          <w:bCs/>
        </w:rPr>
        <w:t xml:space="preserve">.</w:t>
      </w:r>
      <w:r>
        <w:br/>
      </w:r>
      <w:r>
        <w:t xml:space="preserve">    (a) make one's home in; or live in; or stay (in a place)</w:t>
      </w:r>
      <w:r>
        <w:br/>
      </w:r>
      <w:r>
        <w:t xml:space="preserve">    (b) to lose or surrender something -- often as a penalty</w:t>
      </w:r>
      <w:r>
        <w:br/>
      </w:r>
      <w:r>
        <w:t xml:space="preserve">    (c) to concentrate, look at; or the act of concentration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Jo-Jo said that she looked upset but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nonchalant</w:t>
      </w:r>
      <w:r>
        <w:rPr>
          <w:b/>
          <w:bCs/>
        </w:rPr>
        <w:t xml:space="preserve"> </w:t>
      </w:r>
      <w:r>
        <w:rPr>
          <w:b/>
          <w:bCs/>
        </w:rPr>
        <w:t xml:space="preserve">it off.</w:t>
      </w:r>
      <w:r>
        <w:br/>
      </w:r>
      <w:r>
        <w:t xml:space="preserve">    (a) sincerity (realness)</w:t>
      </w:r>
      <w:r>
        <w:br/>
      </w:r>
      <w:r>
        <w:t xml:space="preserve">    (b) calm and unconcerned</w:t>
      </w:r>
      <w:r>
        <w:br/>
      </w:r>
      <w:r>
        <w:t xml:space="preserve">    (c)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went to the office, and Cal met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principal</w:t>
      </w:r>
      <w:r>
        <w:rPr>
          <w:b/>
          <w:bCs/>
        </w:rPr>
        <w:t xml:space="preserve">, a white dude.</w:t>
      </w:r>
      <w:r>
        <w:br/>
      </w:r>
      <w:r>
        <w:t xml:space="preserve">    (a) serving to help explain or demonstrate something</w:t>
      </w:r>
      <w:r>
        <w:br/>
      </w:r>
      <w:r>
        <w:t xml:space="preserve">    (b) the state or degree of criticism or disagreement</w:t>
      </w:r>
      <w:r>
        <w:br/>
      </w:r>
      <w:r>
        <w:t xml:space="preserve">    (c) most important; or person that is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underlined some words: "associating with known gamblers and behaving in a manner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detrimental</w:t>
      </w:r>
      <w:r>
        <w:rPr>
          <w:b/>
          <w:bCs/>
        </w:rPr>
        <w:t xml:space="preserve"> </w:t>
      </w:r>
      <w:r>
        <w:rPr>
          <w:b/>
          <w:bCs/>
        </w:rPr>
        <w:t xml:space="preserve">to the interests of the National Basketball Association ..."</w:t>
      </w:r>
      <w:r>
        <w:br/>
      </w:r>
      <w:r>
        <w:t xml:space="preserve">    (a) not aware of something</w:t>
      </w:r>
      <w:r>
        <w:br/>
      </w:r>
      <w:r>
        <w:t xml:space="preserve">    (b) consistent or the same</w:t>
      </w:r>
      <w:r>
        <w:br/>
      </w:r>
      <w:r>
        <w:t xml:space="preserve">    (c) causing harm or damage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a little bit later he turned to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Jewish</w:t>
      </w:r>
      <w:r>
        <w:rPr>
          <w:b/>
          <w:bCs/>
        </w:rPr>
        <w:t xml:space="preserve">.</w:t>
      </w:r>
      <w:r>
        <w:br/>
      </w:r>
      <w:r>
        <w:t xml:space="preserve">    (a) of Judaism (the oldest of the three major monotheistic religions) or it's culture</w:t>
      </w:r>
      <w:r>
        <w:br/>
      </w:r>
      <w:r>
        <w:t xml:space="preserve">    (b) French painter who represents the bridge from impressionism to cubism (1839-1906)</w:t>
      </w:r>
      <w:r>
        <w:br/>
      </w:r>
      <w:r>
        <w:t xml:space="preserve">    (c) chief operating officer; corporate executive responsible for corporate operations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day you my 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boon</w:t>
      </w:r>
      <w:r>
        <w:rPr>
          <w:b/>
          <w:bCs/>
        </w:rPr>
        <w:t xml:space="preserve"> </w:t>
      </w:r>
      <w:r>
        <w:rPr>
          <w:b/>
          <w:bCs/>
        </w:rPr>
        <w:t xml:space="preserve">and the next day I don't know you.</w:t>
      </w:r>
      <w:r>
        <w:br/>
      </w:r>
      <w:r>
        <w:t xml:space="preserve">    (a) a traditional practice or custom</w:t>
      </w:r>
      <w:r>
        <w:br/>
      </w:r>
      <w:r>
        <w:t xml:space="preserve">    (b) something that is of great benefit</w:t>
      </w:r>
      <w:r>
        <w:br/>
      </w:r>
      <w:r>
        <w:t xml:space="preserve">    (c) something that causes great harm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 want to know is how we're going to handle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adverse</w:t>
      </w:r>
      <w:r>
        <w:rPr>
          <w:b/>
          <w:bCs/>
        </w:rPr>
        <w:t xml:space="preserve"> </w:t>
      </w:r>
      <w:r>
        <w:rPr>
          <w:b/>
          <w:bCs/>
        </w:rPr>
        <w:t xml:space="preserve">publicity if it does occur.</w:t>
      </w:r>
      <w:r>
        <w:br/>
      </w:r>
      <w:r>
        <w:t xml:space="preserve">    (a) working against one's interests</w:t>
      </w:r>
      <w:r>
        <w:br/>
      </w:r>
      <w:r>
        <w:t xml:space="preserve">    (b) non-traditional or non-standard</w:t>
      </w:r>
      <w:r>
        <w:br/>
      </w:r>
      <w:r>
        <w:t xml:space="preserve">    (c) poor ability to make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whole thing was too close to us, too real, and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intimidating</w:t>
      </w:r>
      <w:r>
        <w:rPr>
          <w:b/>
          <w:bCs/>
        </w:rPr>
        <w:t xml:space="preserve"> </w:t>
      </w:r>
      <w:r>
        <w:rPr>
          <w:b/>
          <w:bCs/>
        </w:rPr>
        <w:t xml:space="preserve">to let on that we even knew about it.</w:t>
      </w:r>
      <w:r>
        <w:br/>
      </w:r>
      <w:r>
        <w:t xml:space="preserve">    (a) making fearful</w:t>
      </w:r>
      <w:r>
        <w:br/>
      </w:r>
      <w:r>
        <w:t xml:space="preserve">    (b) avoiding waste</w:t>
      </w:r>
      <w:r>
        <w:br/>
      </w:r>
      <w:r>
        <w:t xml:space="preserve">    (c) briefly seeing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played one game without Cal and lost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team from Staten Island that we should have beaten easily.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average or a bit below average in quality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fun thing, and that's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primarily</w:t>
      </w:r>
      <w:r>
        <w:rPr>
          <w:b/>
          <w:bCs/>
        </w:rPr>
        <w:t xml:space="preserve"> </w:t>
      </w:r>
      <w:r>
        <w:rPr>
          <w:b/>
          <w:bCs/>
        </w:rPr>
        <w:t xml:space="preserve">how it should be looked at.</w:t>
      </w:r>
      <w:r>
        <w:br/>
      </w:r>
      <w:r>
        <w:t xml:space="preserve">    (a) wisely</w:t>
      </w:r>
      <w:r>
        <w:br/>
      </w:r>
      <w:r>
        <w:t xml:space="preserve">    (b) mainly</w:t>
      </w:r>
      <w:r>
        <w:br/>
      </w:r>
      <w:r>
        <w:t xml:space="preserve">    (c) really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looked at him, and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glowering</w:t>
      </w:r>
      <w:r>
        <w:rPr>
          <w:b/>
          <w:bCs/>
        </w:rPr>
        <w:t xml:space="preserve">.</w:t>
      </w:r>
      <w:r>
        <w:br/>
      </w:r>
      <w:r>
        <w:t xml:space="preserve">    (a) moving downward</w:t>
      </w:r>
      <w:r>
        <w:br/>
      </w:r>
      <w:r>
        <w:t xml:space="preserve">    (b) making possible</w:t>
      </w:r>
      <w:r>
        <w:br/>
      </w:r>
      <w:r>
        <w:t xml:space="preserve">    (c) staring angrily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television guys were interviewing some of the kids, and the rest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clamoring</w:t>
      </w:r>
      <w:r>
        <w:rPr>
          <w:b/>
          <w:bCs/>
        </w:rPr>
        <w:t xml:space="preserve"> </w:t>
      </w:r>
      <w:r>
        <w:rPr>
          <w:b/>
          <w:bCs/>
        </w:rPr>
        <w:t xml:space="preserve">around, mugging for the cameras.</w:t>
      </w:r>
      <w:r>
        <w:br/>
      </w:r>
      <w:r>
        <w:t xml:space="preserve">    (a) suggesting that someone was involved</w:t>
      </w:r>
      <w:r>
        <w:br/>
      </w:r>
      <w:r>
        <w:t xml:space="preserve">    (b) walking in an awkward, shuffling way</w:t>
      </w:r>
      <w:r>
        <w:br/>
      </w:r>
      <w:r>
        <w:t xml:space="preserve">    (c) demanding loudly and/or persistently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2026-07-31T19:35:28Z</dcterms:created>
  <dcterms:modified xsi:type="dcterms:W3CDTF">2026-07-31T19:35:28Z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