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home-anton-chekhov-vocabulary-in-context"/>
    <w:p>
      <w:pPr>
        <w:pStyle w:val="Heading1"/>
      </w:pPr>
      <w:r>
        <w:rPr>
          <w:b/>
          <w:bCs/>
        </w:rPr>
        <w:t xml:space="preserve">Home</w:t>
      </w:r>
      <w:r>
        <w:br/>
      </w:r>
      <w:r>
        <w:rPr>
          <w:i/>
          <w:iCs/>
        </w:rPr>
        <w:t xml:space="preserve">Anton Chekhov</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You think it is not important, but at his age smoking is a bad and pernicious habit, and bad habits ought to be</w:t>
      </w:r>
      <w:r>
        <w:rPr>
          <w:b/>
          <w:bCs/>
        </w:rPr>
        <w:t xml:space="preserve"> </w:t>
      </w:r>
      <w:r>
        <w:rPr>
          <w:b/>
          <w:bCs/>
          <w:u w:val="single"/>
        </w:rPr>
        <w:t xml:space="preserve">eradicated</w:t>
      </w:r>
      <w:r>
        <w:rPr>
          <w:b/>
          <w:bCs/>
        </w:rPr>
        <w:t xml:space="preserve"> </w:t>
      </w:r>
      <w:r>
        <w:rPr>
          <w:b/>
          <w:bCs/>
        </w:rPr>
        <w:t xml:space="preserve">in the beginning.</w:t>
      </w:r>
      <w:r>
        <w:br/>
      </w:r>
      <w:r>
        <w:t xml:space="preserve">    (a) took up or received into heaven</w:t>
      </w:r>
      <w:r>
        <w:br/>
      </w:r>
      <w:r>
        <w:t xml:space="preserve">    (b) selected (on a computer screen)</w:t>
      </w:r>
      <w:r>
        <w:br/>
      </w:r>
      <w:r>
        <w:t xml:space="preserve">    (c) eliminate or destroy completely</w:t>
      </w:r>
    </w:p>
    <w:p>
      <w:pPr>
        <w:pStyle w:val="Compact"/>
        <w:numPr>
          <w:ilvl w:val="0"/>
          <w:numId w:val="1001"/>
        </w:numPr>
      </w:pPr>
      <w:r>
        <w:rPr>
          <w:b/>
          <w:bCs/>
        </w:rPr>
        <w:t xml:space="preserve">The prosecutor remembered two or three boys who had been</w:t>
      </w:r>
      <w:r>
        <w:rPr>
          <w:b/>
          <w:bCs/>
        </w:rPr>
        <w:t xml:space="preserve"> </w:t>
      </w:r>
      <w:r>
        <w:rPr>
          <w:b/>
          <w:bCs/>
          <w:u w:val="single"/>
        </w:rPr>
        <w:t xml:space="preserve">expelled</w:t>
      </w:r>
      <w:r>
        <w:rPr>
          <w:b/>
          <w:bCs/>
        </w:rPr>
        <w:t xml:space="preserve"> </w:t>
      </w:r>
      <w:r>
        <w:rPr>
          <w:b/>
          <w:bCs/>
        </w:rPr>
        <w:t xml:space="preserve">and their subsequent life, and could not help thinking that very often the punishment did a great deal more harm than the crime itself.</w:t>
      </w:r>
      <w:r>
        <w:br/>
      </w:r>
      <w:r>
        <w:t xml:space="preserve">    (a) subtracted</w:t>
      </w:r>
      <w:r>
        <w:br/>
      </w:r>
      <w:r>
        <w:t xml:space="preserve">    (b) forced out</w:t>
      </w:r>
      <w:r>
        <w:br/>
      </w:r>
      <w:r>
        <w:t xml:space="preserve">    (c) translated</w:t>
      </w:r>
    </w:p>
    <w:p>
      <w:pPr>
        <w:pStyle w:val="Compact"/>
        <w:numPr>
          <w:ilvl w:val="0"/>
          <w:numId w:val="1001"/>
        </w:numPr>
      </w:pPr>
      <w:r>
        <w:rPr>
          <w:b/>
          <w:bCs/>
        </w:rPr>
        <w:t xml:space="preserve">The prosecutor remembered two or three boys who had been expelled and their</w:t>
      </w:r>
      <w:r>
        <w:rPr>
          <w:b/>
          <w:bCs/>
        </w:rPr>
        <w:t xml:space="preserve"> </w:t>
      </w:r>
      <w:r>
        <w:rPr>
          <w:b/>
          <w:bCs/>
          <w:u w:val="single"/>
        </w:rPr>
        <w:t xml:space="preserve">subsequent</w:t>
      </w:r>
      <w:r>
        <w:rPr>
          <w:b/>
          <w:bCs/>
        </w:rPr>
        <w:t xml:space="preserve"> </w:t>
      </w:r>
      <w:r>
        <w:rPr>
          <w:b/>
          <w:bCs/>
        </w:rPr>
        <w:t xml:space="preserve">life, and could not help thinking that very often the punishment did a great deal more harm than the crime itself.</w:t>
      </w:r>
      <w:r>
        <w:br/>
      </w:r>
      <w:r>
        <w:t xml:space="preserve">    (a) able to take on or adopt</w:t>
      </w:r>
      <w:r>
        <w:br/>
      </w:r>
      <w:r>
        <w:t xml:space="preserve">    (b) following something else</w:t>
      </w:r>
      <w:r>
        <w:br/>
      </w:r>
      <w:r>
        <w:t xml:space="preserve">    (c) the state of being awake</w:t>
      </w:r>
    </w:p>
    <w:p>
      <w:pPr>
        <w:pStyle w:val="Compact"/>
        <w:numPr>
          <w:ilvl w:val="0"/>
          <w:numId w:val="1001"/>
        </w:numPr>
      </w:pPr>
      <w:r>
        <w:rPr>
          <w:b/>
          <w:bCs/>
        </w:rPr>
        <w:t xml:space="preserve">The living organism has the power of rapidly</w:t>
      </w:r>
      <w:r>
        <w:rPr>
          <w:b/>
          <w:bCs/>
        </w:rPr>
        <w:t xml:space="preserve"> </w:t>
      </w:r>
      <w:r>
        <w:rPr>
          <w:b/>
          <w:bCs/>
          <w:u w:val="single"/>
        </w:rPr>
        <w:t xml:space="preserve">adapting</w:t>
      </w:r>
      <w:r>
        <w:rPr>
          <w:b/>
          <w:bCs/>
        </w:rPr>
        <w:t xml:space="preserve"> </w:t>
      </w:r>
      <w:r>
        <w:rPr>
          <w:b/>
          <w:bCs/>
        </w:rPr>
        <w:t xml:space="preserve">itself, growing accustomed and inured to any atmosphere whatever, otherwise man would be bound to feel at every moment what an irrational basis there often is underlying his rational activity, and how little of established truth and certainty there is even in work so responsible and so terrible in its effects as that of the teacher, of the lawyer, of the writer.... And such light and discursive thoughts as visit the brain only when it is weary and resting began straying through Yevgeny Petrovitch's head;</w:t>
      </w:r>
      <w:r>
        <w:br/>
      </w:r>
      <w:r>
        <w:t xml:space="preserve">    (a) charging (with having broken the law)</w:t>
      </w:r>
      <w:r>
        <w:br/>
      </w:r>
      <w:r>
        <w:t xml:space="preserve">    (b) changing to fit a different situation</w:t>
      </w:r>
      <w:r>
        <w:br/>
      </w:r>
      <w:r>
        <w:t xml:space="preserve">    (c) strongly desiring; or a strong desire</w:t>
      </w:r>
    </w:p>
    <w:p>
      <w:pPr>
        <w:pStyle w:val="Compact"/>
        <w:numPr>
          <w:ilvl w:val="0"/>
          <w:numId w:val="1001"/>
        </w:numPr>
      </w:pPr>
      <w:r>
        <w:rPr>
          <w:b/>
          <w:bCs/>
        </w:rPr>
        <w:t xml:space="preserve">The living organism has the power of rapidly adapting itself, growing</w:t>
      </w:r>
      <w:r>
        <w:rPr>
          <w:b/>
          <w:bCs/>
        </w:rPr>
        <w:t xml:space="preserve"> </w:t>
      </w:r>
      <w:r>
        <w:rPr>
          <w:b/>
          <w:bCs/>
          <w:u w:val="single"/>
        </w:rPr>
        <w:t xml:space="preserve">accustomed</w:t>
      </w:r>
      <w:r>
        <w:rPr>
          <w:b/>
          <w:bCs/>
        </w:rPr>
        <w:t xml:space="preserve"> </w:t>
      </w:r>
      <w:r>
        <w:rPr>
          <w:b/>
          <w:bCs/>
        </w:rPr>
        <w:t xml:space="preserve">and inured to any atmosphere whatever, otherwise man would be bound to feel at every moment what an irrational basis there often is underlying his rational activity, and how little of established truth and certainty there is even in work so responsible and so terrible in its effects as that of the teacher, of the lawyer, of the writer.... And such light and discursive thoughts as visit the brain only when it is weary and resting began straying through Yevgeny Petrovitch's head;</w:t>
      </w:r>
      <w:r>
        <w:br/>
      </w:r>
      <w:r>
        <w:t xml:space="preserve">    (a) supported by providing money or other economic aid</w:t>
      </w:r>
      <w:r>
        <w:br/>
      </w:r>
      <w:r>
        <w:t xml:space="preserve">    (b) prepared food in a way that keeps it from spoiling</w:t>
      </w:r>
      <w:r>
        <w:br/>
      </w:r>
      <w:r>
        <w:t xml:space="preserve">    (c) used to (adapted to something, so it seems normal)</w:t>
      </w:r>
    </w:p>
    <w:p>
      <w:pPr>
        <w:pStyle w:val="Compact"/>
        <w:numPr>
          <w:ilvl w:val="0"/>
          <w:numId w:val="1001"/>
        </w:numPr>
      </w:pPr>
      <w:r>
        <w:rPr>
          <w:b/>
          <w:bCs/>
        </w:rPr>
        <w:t xml:space="preserve">The living organism has the power of rapidly adapting itself, growing accustomed and inured to any atmosphere whatever, otherwise man would be bound to feel at every moment what an</w:t>
      </w:r>
      <w:r>
        <w:rPr>
          <w:b/>
          <w:bCs/>
        </w:rPr>
        <w:t xml:space="preserve"> </w:t>
      </w:r>
      <w:r>
        <w:rPr>
          <w:b/>
          <w:bCs/>
          <w:u w:val="single"/>
        </w:rPr>
        <w:t xml:space="preserve">irrational</w:t>
      </w:r>
      <w:r>
        <w:rPr>
          <w:b/>
          <w:bCs/>
        </w:rPr>
        <w:t xml:space="preserve"> </w:t>
      </w:r>
      <w:r>
        <w:rPr>
          <w:b/>
          <w:bCs/>
        </w:rPr>
        <w:t xml:space="preserve">basis there often is underlying his rational activity, and how little of established truth and certainty there is even in work so responsible and so terrible in its effects as that of the teacher, of the lawyer, of the writer.... And such light and discursive thoughts as visit the brain only when it is weary and resting began straying through Yevgeny Petrovitch's head;</w:t>
      </w:r>
      <w:r>
        <w:br/>
      </w:r>
      <w:r>
        <w:t xml:space="preserve">    (a) unreasonable</w:t>
      </w:r>
      <w:r>
        <w:br/>
      </w:r>
      <w:r>
        <w:t xml:space="preserve">    (b) not pleasing</w:t>
      </w:r>
      <w:r>
        <w:br/>
      </w:r>
      <w:r>
        <w:t xml:space="preserve">    (c) sticking out</w:t>
      </w:r>
    </w:p>
    <w:p>
      <w:pPr>
        <w:pStyle w:val="Compact"/>
        <w:numPr>
          <w:ilvl w:val="0"/>
          <w:numId w:val="1001"/>
        </w:numPr>
      </w:pPr>
      <w:r>
        <w:rPr>
          <w:b/>
          <w:bCs/>
        </w:rPr>
        <w:t xml:space="preserve">The living organism has the power of rapidly adapting itself, growing accustomed and inured to any atmosphere whatever, otherwise man would be bound to feel at every moment what an irrational basis there often is underlying his</w:t>
      </w:r>
      <w:r>
        <w:rPr>
          <w:b/>
          <w:bCs/>
        </w:rPr>
        <w:t xml:space="preserve"> </w:t>
      </w:r>
      <w:r>
        <w:rPr>
          <w:b/>
          <w:bCs/>
          <w:u w:val="single"/>
        </w:rPr>
        <w:t xml:space="preserve">rational</w:t>
      </w:r>
      <w:r>
        <w:rPr>
          <w:b/>
          <w:bCs/>
        </w:rPr>
        <w:t xml:space="preserve"> </w:t>
      </w:r>
      <w:r>
        <w:rPr>
          <w:b/>
          <w:bCs/>
        </w:rPr>
        <w:t xml:space="preserve">activity, and how little of established truth and certainty there is even in work so responsible and so terrible in its effects as that of the teacher, of the lawyer, of the writer.... And such light and discursive thoughts as visit the brain only when it is weary and resting began straying through Yevgeny Petrovitch's head;</w:t>
      </w:r>
      <w:r>
        <w:br/>
      </w:r>
      <w:r>
        <w:t xml:space="preserve">    (a) very large</w:t>
      </w:r>
      <w:r>
        <w:br/>
      </w:r>
      <w:r>
        <w:t xml:space="preserve">    (b) reasonable</w:t>
      </w:r>
      <w:r>
        <w:br/>
      </w:r>
      <w:r>
        <w:t xml:space="preserve">    (c) related to</w:t>
      </w:r>
    </w:p>
    <w:p>
      <w:pPr>
        <w:pStyle w:val="Compact"/>
        <w:numPr>
          <w:ilvl w:val="0"/>
          <w:numId w:val="1001"/>
        </w:numPr>
      </w:pPr>
      <w:r>
        <w:rPr>
          <w:b/>
          <w:bCs/>
        </w:rPr>
        <w:t xml:space="preserve">The living organism has the power of rapidly adapting itself, growing accustomed and inured to any atmosphere whatever, otherwise man would be bound to feel at every moment what an irrational basis there often is underlying his rational activity, and how little of</w:t>
      </w:r>
      <w:r>
        <w:rPr>
          <w:b/>
          <w:bCs/>
        </w:rPr>
        <w:t xml:space="preserve"> </w:t>
      </w:r>
      <w:r>
        <w:rPr>
          <w:b/>
          <w:bCs/>
          <w:u w:val="single"/>
        </w:rPr>
        <w:t xml:space="preserve">established</w:t>
      </w:r>
      <w:r>
        <w:rPr>
          <w:b/>
          <w:bCs/>
        </w:rPr>
        <w:t xml:space="preserve"> </w:t>
      </w:r>
      <w:r>
        <w:rPr>
          <w:b/>
          <w:bCs/>
        </w:rPr>
        <w:t xml:space="preserve">truth and certainty there is even in work so responsible and so terrible in its effects as that of the teacher, of the lawyer, of the writer….</w:t>
      </w:r>
      <w:r>
        <w:br/>
      </w:r>
      <w:r>
        <w:t xml:space="preserve">    (a) accepted someone's membership though a special procedure such as a ceremony and/or period of instruction and/or test</w:t>
      </w:r>
      <w:r>
        <w:br/>
      </w:r>
      <w:r>
        <w:t xml:space="preserve">    (b) examined an issue, got opinions by asking specific questions; and/or asked people for political support individually</w:t>
      </w:r>
      <w:r>
        <w:br/>
      </w:r>
      <w:r>
        <w:t xml:space="preserve">    (c) firmly known</w:t>
      </w:r>
    </w:p>
    <w:p>
      <w:pPr>
        <w:pStyle w:val="Compact"/>
        <w:numPr>
          <w:ilvl w:val="0"/>
          <w:numId w:val="1001"/>
        </w:numPr>
      </w:pPr>
      <w:r>
        <w:rPr>
          <w:b/>
          <w:bCs/>
        </w:rPr>
        <w:t xml:space="preserve">The pacing of the man overhead who, to judge from his nervous step, was thinking of something harassing, or was suffering from toothache, and the</w:t>
      </w:r>
      <w:r>
        <w:rPr>
          <w:b/>
          <w:bCs/>
        </w:rPr>
        <w:t xml:space="preserve"> </w:t>
      </w:r>
      <w:r>
        <w:rPr>
          <w:b/>
          <w:bCs/>
          <w:u w:val="single"/>
        </w:rPr>
        <w:t xml:space="preserve">monotonous</w:t>
      </w:r>
      <w:r>
        <w:rPr>
          <w:b/>
          <w:bCs/>
        </w:rPr>
        <w:t xml:space="preserve"> </w:t>
      </w:r>
      <w:r>
        <w:rPr>
          <w:b/>
          <w:bCs/>
        </w:rPr>
        <w:t xml:space="preserve">scales gave the stillness of the evening a drowsiness that disposed to lazy reveries.</w:t>
      </w:r>
      <w:r>
        <w:br/>
      </w:r>
      <w:r>
        <w:t xml:space="preserve">    (a) increasingly more frightening and/or dangerous</w:t>
      </w:r>
      <w:r>
        <w:br/>
      </w:r>
      <w:r>
        <w:t xml:space="preserve">    (b) lacking in variety and/or boring</w:t>
      </w:r>
      <w:r>
        <w:br/>
      </w:r>
      <w:r>
        <w:t xml:space="preserve">    (c) interesting and/or stimulating</w:t>
      </w:r>
    </w:p>
    <w:p>
      <w:pPr>
        <w:pStyle w:val="Compact"/>
        <w:numPr>
          <w:ilvl w:val="0"/>
          <w:numId w:val="1001"/>
        </w:numPr>
      </w:pPr>
      <w:r>
        <w:rPr>
          <w:b/>
          <w:bCs/>
        </w:rPr>
        <w:t xml:space="preserve">"What have I done to you?" he asked in</w:t>
      </w:r>
      <w:r>
        <w:rPr>
          <w:b/>
          <w:bCs/>
        </w:rPr>
        <w:t xml:space="preserve"> </w:t>
      </w:r>
      <w:r>
        <w:rPr>
          <w:b/>
          <w:bCs/>
          <w:u w:val="single"/>
        </w:rPr>
        <w:t xml:space="preserve">perplexity</w:t>
      </w:r>
      <w:r>
        <w:rPr>
          <w:b/>
          <w:bCs/>
        </w:rPr>
        <w:t xml:space="preserve">, blinking.</w:t>
      </w:r>
      <w:r>
        <w:br/>
      </w:r>
      <w:r>
        <w:t xml:space="preserve">    (a) a long uninterrupted speech</w:t>
      </w:r>
      <w:r>
        <w:br/>
      </w:r>
      <w:r>
        <w:t xml:space="preserve">    (b) confusion due to complexity</w:t>
      </w:r>
      <w:r>
        <w:br/>
      </w:r>
      <w:r>
        <w:t xml:space="preserve">    (c) result or predictable value</w:t>
      </w:r>
    </w:p>
    <w:p>
      <w:pPr>
        <w:pStyle w:val="Compact"/>
        <w:numPr>
          <w:ilvl w:val="0"/>
          <w:numId w:val="1001"/>
        </w:numPr>
      </w:pPr>
      <w:r>
        <w:rPr>
          <w:b/>
          <w:bCs/>
          <w:u w:val="single"/>
        </w:rPr>
        <w:t xml:space="preserve">Languidly</w:t>
      </w:r>
      <w:r>
        <w:rPr>
          <w:b/>
          <w:bCs/>
        </w:rPr>
        <w:t xml:space="preserve"> </w:t>
      </w:r>
      <w:r>
        <w:rPr>
          <w:b/>
          <w:bCs/>
        </w:rPr>
        <w:t xml:space="preserve">linking one phrase on to another and imitating the language of the nursery, Bykovsky tried to explain to his son the meaning of property.</w:t>
      </w:r>
      <w:r>
        <w:br/>
      </w:r>
      <w:r>
        <w:t xml:space="preserve">    (a) in a state similar to sleep where one is unaware of anything</w:t>
      </w:r>
      <w:r>
        <w:br/>
      </w:r>
      <w:r>
        <w:t xml:space="preserve">    (b) always; or (said in exaggeration when meaning) almost always</w:t>
      </w:r>
      <w:r>
        <w:br/>
      </w:r>
      <w:r>
        <w:t xml:space="preserve">    (c) without much energy; or moving slowly or in a relaxed manner</w:t>
      </w:r>
    </w:p>
    <w:p>
      <w:pPr>
        <w:pStyle w:val="Compact"/>
        <w:numPr>
          <w:ilvl w:val="0"/>
          <w:numId w:val="1001"/>
        </w:numPr>
      </w:pPr>
      <w:r>
        <w:rPr>
          <w:b/>
          <w:bCs/>
        </w:rPr>
        <w:t xml:space="preserve">Seryozha looked</w:t>
      </w:r>
      <w:r>
        <w:rPr>
          <w:b/>
          <w:bCs/>
        </w:rPr>
        <w:t xml:space="preserve"> </w:t>
      </w:r>
      <w:r>
        <w:rPr>
          <w:b/>
          <w:bCs/>
          <w:u w:val="single"/>
        </w:rPr>
        <w:t xml:space="preserve">pensively</w:t>
      </w:r>
      <w:r>
        <w:rPr>
          <w:b/>
          <w:bCs/>
        </w:rPr>
        <w:t xml:space="preserve"> </w:t>
      </w:r>
      <w:r>
        <w:rPr>
          <w:b/>
          <w:bCs/>
        </w:rPr>
        <w:t xml:space="preserve">at the lamp, touched the lamp-shade with his finger, and heaved a sigh.</w:t>
      </w:r>
      <w:r>
        <w:br/>
      </w:r>
      <w:r>
        <w:t xml:space="preserve">    (a) in a pleasing way</w:t>
      </w:r>
      <w:r>
        <w:br/>
      </w:r>
      <w:r>
        <w:t xml:space="preserve">    (b) with deep thought</w:t>
      </w:r>
      <w:r>
        <w:br/>
      </w:r>
      <w:r>
        <w:t xml:space="preserve">    (c) in a skillful way</w:t>
      </w:r>
    </w:p>
    <w:p>
      <w:pPr>
        <w:pStyle w:val="Compact"/>
        <w:numPr>
          <w:ilvl w:val="0"/>
          <w:numId w:val="1001"/>
        </w:numPr>
      </w:pPr>
      <w:r>
        <w:rPr>
          <w:b/>
          <w:bCs/>
        </w:rPr>
        <w:t xml:space="preserve">The modern teacher, taking his stand on logic, tries to make the child form good</w:t>
      </w:r>
      <w:r>
        <w:rPr>
          <w:b/>
          <w:bCs/>
        </w:rPr>
        <w:t xml:space="preserve"> </w:t>
      </w:r>
      <w:r>
        <w:rPr>
          <w:b/>
          <w:bCs/>
          <w:u w:val="single"/>
        </w:rPr>
        <w:t xml:space="preserve">principles</w:t>
      </w:r>
      <w:r>
        <w:rPr>
          <w:b/>
          <w:bCs/>
        </w:rPr>
        <w:t xml:space="preserve">, not from fear, nor from desire for distinction or reward, but consciously.</w:t>
      </w:r>
      <w:r>
        <w:br/>
      </w:r>
      <w:r>
        <w:t xml:space="preserve">    (a) basic rules or beliefs</w:t>
      </w:r>
      <w:r>
        <w:br/>
      </w:r>
      <w:r>
        <w:t xml:space="preserve">    (b) long eventful journeys</w:t>
      </w:r>
      <w:r>
        <w:br/>
      </w:r>
      <w:r>
        <w:t xml:space="preserve">    (c) subtle characteristics</w:t>
      </w:r>
    </w:p>
    <w:p>
      <w:pPr>
        <w:pStyle w:val="Compact"/>
        <w:numPr>
          <w:ilvl w:val="0"/>
          <w:numId w:val="1001"/>
        </w:numPr>
      </w:pPr>
      <w:r>
        <w:rPr>
          <w:b/>
          <w:bCs/>
        </w:rPr>
        <w:t xml:space="preserve">A nice task to</w:t>
      </w:r>
      <w:r>
        <w:rPr>
          <w:b/>
          <w:bCs/>
        </w:rPr>
        <w:t xml:space="preserve"> </w:t>
      </w:r>
      <w:r>
        <w:rPr>
          <w:b/>
          <w:bCs/>
          <w:u w:val="single"/>
        </w:rPr>
        <w:t xml:space="preserve">devise</w:t>
      </w:r>
      <w:r>
        <w:rPr>
          <w:b/>
          <w:bCs/>
        </w:rPr>
        <w:t xml:space="preserve"> </w:t>
      </w:r>
      <w:r>
        <w:rPr>
          <w:b/>
          <w:bCs/>
        </w:rPr>
        <w:t xml:space="preserve">a punishment for him!</w:t>
      </w:r>
      <w:r>
        <w:br/>
      </w:r>
      <w:r>
        <w:t xml:space="preserve">    (a) come up with (invent or create)</w:t>
      </w:r>
      <w:r>
        <w:br/>
      </w:r>
      <w:r>
        <w:t xml:space="preserve">    (b) stop (something from happening)</w:t>
      </w:r>
      <w:r>
        <w:br/>
      </w:r>
      <w:r>
        <w:t xml:space="preserve">    (c) think deeply or carefully about</w:t>
      </w:r>
    </w:p>
    <w:p>
      <w:pPr>
        <w:pStyle w:val="Compact"/>
        <w:numPr>
          <w:ilvl w:val="0"/>
          <w:numId w:val="1001"/>
        </w:numPr>
      </w:pPr>
      <w:r>
        <w:rPr>
          <w:b/>
          <w:bCs/>
        </w:rPr>
        <w:t xml:space="preserve">But we think too much, we are eaten up by logic....The more developed a man is, the more he reflects and gives himself up to subtleties, the more undecided and</w:t>
      </w:r>
      <w:r>
        <w:rPr>
          <w:b/>
          <w:bCs/>
        </w:rPr>
        <w:t xml:space="preserve"> </w:t>
      </w:r>
      <w:r>
        <w:rPr>
          <w:b/>
          <w:bCs/>
          <w:u w:val="single"/>
        </w:rPr>
        <w:t xml:space="preserve">scrupulous</w:t>
      </w:r>
      <w:r>
        <w:rPr>
          <w:b/>
          <w:bCs/>
        </w:rPr>
        <w:t xml:space="preserve"> </w:t>
      </w:r>
      <w:r>
        <w:rPr>
          <w:b/>
          <w:bCs/>
        </w:rPr>
        <w:t xml:space="preserve">he becomes, and the more timidity he shows in taking action.</w:t>
      </w:r>
      <w:r>
        <w:br/>
      </w:r>
      <w:r>
        <w:t xml:space="preserve">    (a) the quality of being unchanging or continuous</w:t>
      </w:r>
      <w:r>
        <w:br/>
      </w:r>
      <w:r>
        <w:t xml:space="preserve">    (b) the quality of not being sensible and careful</w:t>
      </w:r>
      <w:r>
        <w:br/>
      </w:r>
      <w:r>
        <w:t xml:space="preserve">    (c) careful to behave ethically and/or diligently</w:t>
      </w:r>
    </w:p>
    <w:p>
      <w:pPr>
        <w:pStyle w:val="Compact"/>
        <w:numPr>
          <w:ilvl w:val="0"/>
          <w:numId w:val="1001"/>
        </w:numPr>
      </w:pPr>
      <w:r>
        <w:rPr>
          <w:b/>
          <w:bCs/>
        </w:rPr>
        <w:t xml:space="preserve">Scenes, characters, and situations were taken at random,</w:t>
      </w:r>
      <w:r>
        <w:rPr>
          <w:b/>
          <w:bCs/>
        </w:rPr>
        <w:t xml:space="preserve"> </w:t>
      </w:r>
      <w:r>
        <w:rPr>
          <w:b/>
          <w:bCs/>
          <w:u w:val="single"/>
        </w:rPr>
        <w:t xml:space="preserve">impromptu</w:t>
      </w:r>
      <w:r>
        <w:rPr>
          <w:b/>
          <w:bCs/>
        </w:rPr>
        <w:t xml:space="preserve">, and the plot and the moral came of itself as it were, with no plan on the part of the story-teller.</w:t>
      </w:r>
      <w:r>
        <w:br/>
      </w:r>
      <w:r>
        <w:t xml:space="preserve">    (a) the highest-ranking manager</w:t>
      </w:r>
      <w:r>
        <w:br/>
      </w:r>
      <w:r>
        <w:t xml:space="preserve">    (b) result or predictable value</w:t>
      </w:r>
      <w:r>
        <w:br/>
      </w:r>
      <w:r>
        <w:t xml:space="preserve">    (c) without advance preparation</w:t>
      </w:r>
    </w:p>
    <w:p>
      <w:pPr>
        <w:pStyle w:val="Compact"/>
        <w:numPr>
          <w:ilvl w:val="0"/>
          <w:numId w:val="1001"/>
        </w:numPr>
      </w:pPr>
      <w:r>
        <w:rPr>
          <w:b/>
          <w:bCs/>
        </w:rPr>
        <w:t xml:space="preserve">Seryozha was very fond of this improvisation, and the prosecutor noticed that the simpler and the less</w:t>
      </w:r>
      <w:r>
        <w:rPr>
          <w:b/>
          <w:bCs/>
        </w:rPr>
        <w:t xml:space="preserve"> </w:t>
      </w:r>
      <w:r>
        <w:rPr>
          <w:b/>
          <w:bCs/>
          <w:u w:val="single"/>
        </w:rPr>
        <w:t xml:space="preserve">ingenious</w:t>
      </w:r>
      <w:r>
        <w:rPr>
          <w:b/>
          <w:bCs/>
        </w:rPr>
        <w:t xml:space="preserve"> </w:t>
      </w:r>
      <w:r>
        <w:rPr>
          <w:b/>
          <w:bCs/>
        </w:rPr>
        <w:t xml:space="preserve">the plot, the stronger the impression it made on the child.</w:t>
      </w:r>
      <w:r>
        <w:br/>
      </w:r>
      <w:r>
        <w:t xml:space="preserve">    (a) showing cleverness and originality</w:t>
      </w:r>
      <w:r>
        <w:br/>
      </w:r>
      <w:r>
        <w:t xml:space="preserve">    (b) a tendency to think back on things</w:t>
      </w:r>
      <w:r>
        <w:br/>
      </w:r>
      <w:r>
        <w:t xml:space="preserve">    (c) aware or concerned about something</w:t>
      </w:r>
    </w:p>
    <w:p>
      <w:pPr>
        <w:pStyle w:val="Compact"/>
        <w:numPr>
          <w:ilvl w:val="0"/>
          <w:numId w:val="1001"/>
        </w:numPr>
      </w:pPr>
      <w:r>
        <w:rPr>
          <w:b/>
          <w:bCs/>
        </w:rPr>
        <w:t xml:space="preserve">His</w:t>
      </w:r>
      <w:r>
        <w:rPr>
          <w:b/>
          <w:bCs/>
        </w:rPr>
        <w:t xml:space="preserve"> </w:t>
      </w:r>
      <w:r>
        <w:rPr>
          <w:b/>
          <w:bCs/>
          <w:u w:val="single"/>
        </w:rPr>
        <w:t xml:space="preserve">infirm</w:t>
      </w:r>
      <w:r>
        <w:rPr>
          <w:b/>
          <w:bCs/>
        </w:rPr>
        <w:t xml:space="preserve"> </w:t>
      </w:r>
      <w:r>
        <w:rPr>
          <w:b/>
          <w:bCs/>
        </w:rPr>
        <w:t xml:space="preserve">and sick old father was left without anyone to help him.</w:t>
      </w:r>
      <w:r>
        <w:br/>
      </w:r>
      <w:r>
        <w:t xml:space="preserve">    (a) not good at making decisions</w:t>
      </w:r>
      <w:r>
        <w:br/>
      </w:r>
      <w:r>
        <w:t xml:space="preserve">    (b) weak from old age or disease</w:t>
      </w:r>
      <w:r>
        <w:br/>
      </w:r>
      <w:r>
        <w:t xml:space="preserve">    (c) without boundaries or limits</w:t>
      </w:r>
    </w:p>
    <w:p>
      <w:pPr>
        <w:pStyle w:val="Compact"/>
        <w:numPr>
          <w:ilvl w:val="0"/>
          <w:numId w:val="1001"/>
        </w:numPr>
      </w:pPr>
      <w:r>
        <w:rPr>
          <w:b/>
          <w:bCs/>
        </w:rPr>
        <w:t xml:space="preserve">This ending struck Yevgeny Petrovitch as absurd and</w:t>
      </w:r>
      <w:r>
        <w:rPr>
          <w:b/>
          <w:bCs/>
        </w:rPr>
        <w:t xml:space="preserve"> </w:t>
      </w:r>
      <w:r>
        <w:rPr>
          <w:b/>
          <w:bCs/>
          <w:u w:val="single"/>
        </w:rPr>
        <w:t xml:space="preserve">naïve</w:t>
      </w:r>
      <w:r>
        <w:rPr>
          <w:b/>
          <w:bCs/>
        </w:rPr>
        <w:t xml:space="preserve">, but the whole story made an intense impression on Seryozha.</w:t>
      </w:r>
      <w:r>
        <w:br/>
      </w:r>
      <w:r>
        <w:t xml:space="preserve">    (a) the degree of being influenced by personal belief, feelings, or preferences (rather than being based purely upon fact)</w:t>
      </w:r>
      <w:r>
        <w:br/>
      </w:r>
      <w:r>
        <w:t xml:space="preserve">    (b) lacking experience or sophistication, and the understanding that comes from them -- often too trusting or optimistic</w:t>
      </w:r>
      <w:r>
        <w:br/>
      </w:r>
      <w:r>
        <w:t xml:space="preserve">    (c) the quality of being characterized by fantastic imagery, or combinations of things and events that don't go together</w:t>
      </w:r>
    </w:p>
    <w:p>
      <w:pPr>
        <w:pStyle w:val="Compact"/>
        <w:numPr>
          <w:ilvl w:val="0"/>
          <w:numId w:val="1001"/>
        </w:numPr>
      </w:pPr>
      <w:r>
        <w:rPr>
          <w:b/>
          <w:bCs/>
        </w:rPr>
        <w:t xml:space="preserve">Medicine should be sweet, truth beautiful, and man has had this foolish habit since the days of Adam ...though, indeed, perhaps it is all natural, and ought to be so....There are many</w:t>
      </w:r>
      <w:r>
        <w:rPr>
          <w:b/>
          <w:bCs/>
        </w:rPr>
        <w:t xml:space="preserve"> </w:t>
      </w:r>
      <w:r>
        <w:rPr>
          <w:b/>
          <w:bCs/>
          <w:u w:val="single"/>
        </w:rPr>
        <w:t xml:space="preserve">deceptions</w:t>
      </w:r>
      <w:r>
        <w:rPr>
          <w:b/>
          <w:bCs/>
        </w:rPr>
        <w:t xml:space="preserve"> </w:t>
      </w:r>
      <w:r>
        <w:rPr>
          <w:b/>
          <w:bCs/>
        </w:rPr>
        <w:t xml:space="preserve">and delusions in nature that serve a purpose.</w:t>
      </w:r>
      <w:r>
        <w:br/>
      </w:r>
      <w:r>
        <w:t xml:space="preserve">    (a) instances of having found a condition or substance to be present</w:t>
      </w:r>
      <w:r>
        <w:br/>
      </w:r>
      <w:r>
        <w:t xml:space="preserve">    (b) instances of intentionally misleading; or things done to mislead</w:t>
      </w:r>
      <w:r>
        <w:br/>
      </w:r>
      <w:r>
        <w:t xml:space="preserve">    (c) ceilings designed to affect noise -- typically to decrease noise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2026-07-31T18:59:46Z</dcterms:created>
  <dcterms:modified xsi:type="dcterms:W3CDTF">2026-07-31T18:59:46Z</dcterms:modified>
</cp:coreProperties>
</file>

<file path=docProps/custom.xml><?xml version="1.0" encoding="utf-8"?>
<Properties xmlns="http://schemas.openxmlformats.org/officeDocument/2006/custom-properties" xmlns:vt="http://schemas.openxmlformats.org/officeDocument/2006/docPropsVTypes"/>
</file>