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holes-louis-sachar-vocabulary-preview"/>
    <w:p>
      <w:pPr>
        <w:pStyle w:val="Heading1"/>
      </w:pPr>
      <w:r>
        <w:rPr>
          <w:b/>
          <w:bCs/>
        </w:rPr>
        <w:t xml:space="preserve">Holes</w:t>
      </w:r>
      <w:r>
        <w:br/>
      </w:r>
      <w:r>
        <w:rPr>
          <w:i/>
          <w:iCs/>
        </w:rPr>
        <w:t xml:space="preserve">Louis Sachar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kitchen has an island that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adjacent</w:t>
      </w:r>
      <w:r>
        <w:rPr>
          <w:b/>
          <w:bCs/>
        </w:rPr>
        <w:t xml:space="preserve"> </w:t>
      </w:r>
      <w:r>
        <w:rPr>
          <w:b/>
          <w:bCs/>
        </w:rPr>
        <w:t xml:space="preserve">to the family room.</w:t>
      </w:r>
      <w:r>
        <w:br/>
      </w:r>
      <w:r>
        <w:t xml:space="preserve">    (a) near</w:t>
      </w:r>
      <w:r>
        <w:br/>
      </w:r>
      <w:r>
        <w:t xml:space="preserve">    (b) matching</w:t>
      </w:r>
      <w:r>
        <w:br/>
      </w:r>
      <w:r>
        <w:t xml:space="preserve">    (c) opposite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movie is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</w:t>
      </w:r>
      <w:r>
        <w:rPr>
          <w:b/>
          <w:bCs/>
        </w:rPr>
        <w:t xml:space="preserve"> </w:t>
      </w:r>
      <w:r>
        <w:rPr>
          <w:b/>
          <w:bCs/>
        </w:rPr>
        <w:t xml:space="preserve">for young children.</w:t>
      </w:r>
      <w:r>
        <w:br/>
      </w:r>
      <w:r>
        <w:t xml:space="preserve">    (a) good</w:t>
      </w:r>
      <w:r>
        <w:br/>
      </w:r>
      <w:r>
        <w:t xml:space="preserve">    (b) bad</w:t>
      </w:r>
      <w:r>
        <w:br/>
      </w:r>
      <w:r>
        <w:t xml:space="preserve">    (c) funny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detective had no concrete evidence, but he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assume</w:t>
      </w:r>
      <w:r>
        <w:rPr>
          <w:b/>
          <w:bCs/>
        </w:rPr>
        <w:t xml:space="preserve"> </w:t>
      </w:r>
      <w:r>
        <w:rPr>
          <w:b/>
          <w:bCs/>
        </w:rPr>
        <w:t xml:space="preserve">the suspect was hiding something based on his evasive answers.</w:t>
      </w:r>
      <w:r>
        <w:br/>
      </w:r>
      <w:r>
        <w:t xml:space="preserve">    (a) prove</w:t>
      </w:r>
      <w:r>
        <w:br/>
      </w:r>
      <w:r>
        <w:t xml:space="preserve">    (b) believe</w:t>
      </w:r>
      <w:r>
        <w:br/>
      </w:r>
      <w:r>
        <w:t xml:space="preserve">    (c) wonder if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survived a severe infection of MRSA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bacteria</w:t>
      </w:r>
      <w:r>
        <w:rPr>
          <w:b/>
          <w:bCs/>
        </w:rPr>
        <w:t xml:space="preserve">.</w:t>
      </w:r>
      <w:r>
        <w:br/>
      </w:r>
      <w:r>
        <w:t xml:space="preserve">    (a) mosquitoes</w:t>
      </w:r>
      <w:r>
        <w:br/>
      </w:r>
      <w:r>
        <w:t xml:space="preserve">    (b) germs</w:t>
      </w:r>
      <w:r>
        <w:br/>
      </w:r>
      <w:r>
        <w:t xml:space="preserve">    (c) lice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Washington fails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comprehend</w:t>
      </w:r>
      <w:r>
        <w:rPr>
          <w:b/>
          <w:bCs/>
        </w:rPr>
        <w:t xml:space="preserve"> </w:t>
      </w:r>
      <w:r>
        <w:rPr>
          <w:b/>
          <w:bCs/>
        </w:rPr>
        <w:t xml:space="preserve">the change in China's strategy.</w:t>
      </w:r>
      <w:r>
        <w:br/>
      </w:r>
      <w:r>
        <w:t xml:space="preserve">    (a) fully understand</w:t>
      </w:r>
      <w:r>
        <w:br/>
      </w:r>
      <w:r>
        <w:t xml:space="preserve">    (b) respond adequately to</w:t>
      </w:r>
      <w:r>
        <w:br/>
      </w:r>
      <w:r>
        <w:t xml:space="preserve">    (c) regard respectfully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found her in the desert--dehydrated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delirious</w:t>
      </w:r>
      <w:r>
        <w:rPr>
          <w:b/>
          <w:bCs/>
        </w:rPr>
        <w:t xml:space="preserve">.</w:t>
      </w:r>
      <w:r>
        <w:br/>
      </w:r>
      <w:r>
        <w:t xml:space="preserve">    (a) thirsty</w:t>
      </w:r>
      <w:r>
        <w:br/>
      </w:r>
      <w:r>
        <w:t xml:space="preserve">    (b) completely alone</w:t>
      </w:r>
      <w:r>
        <w:br/>
      </w:r>
      <w:r>
        <w:t xml:space="preserve">    (c) mentally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in her book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desolate</w:t>
      </w:r>
      <w:r>
        <w:rPr>
          <w:b/>
          <w:bCs/>
        </w:rPr>
        <w:t xml:space="preserve"> </w:t>
      </w:r>
      <w:r>
        <w:rPr>
          <w:b/>
          <w:bCs/>
        </w:rPr>
        <w:t xml:space="preserve">desert photographs.</w:t>
      </w:r>
      <w:r>
        <w:br/>
      </w:r>
      <w:r>
        <w:t xml:space="preserve">    (a) empty</w:t>
      </w:r>
      <w:r>
        <w:br/>
      </w:r>
      <w:r>
        <w:t xml:space="preserve">    (b) bright</w:t>
      </w:r>
      <w:r>
        <w:br/>
      </w:r>
      <w:r>
        <w:t xml:space="preserve">    (c) detailed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distinct</w:t>
      </w:r>
      <w:r>
        <w:rPr>
          <w:b/>
          <w:bCs/>
        </w:rPr>
        <w:t xml:space="preserve"> </w:t>
      </w:r>
      <w:r>
        <w:rPr>
          <w:b/>
          <w:bCs/>
        </w:rPr>
        <w:t xml:space="preserve">brain networks guide our judgments.</w:t>
      </w:r>
      <w:r>
        <w:br/>
      </w:r>
      <w:r>
        <w:t xml:space="preserve">    (a) identical</w:t>
      </w:r>
      <w:r>
        <w:br/>
      </w:r>
      <w:r>
        <w:t xml:space="preserve">    (b) similar</w:t>
      </w:r>
      <w:r>
        <w:br/>
      </w:r>
      <w:r>
        <w:t xml:space="preserve">    (c)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served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eviction</w:t>
      </w:r>
      <w:r>
        <w:rPr>
          <w:b/>
          <w:bCs/>
        </w:rPr>
        <w:t xml:space="preserve"> </w:t>
      </w:r>
      <w:r>
        <w:rPr>
          <w:b/>
          <w:bCs/>
        </w:rPr>
        <w:t xml:space="preserve">notice.</w:t>
      </w:r>
      <w:r>
        <w:br/>
      </w:r>
      <w:r>
        <w:t xml:space="preserve">    (a) legal demand to pay</w:t>
      </w:r>
      <w:r>
        <w:br/>
      </w:r>
      <w:r>
        <w:t xml:space="preserve">    (b) legal demand to move</w:t>
      </w:r>
      <w:r>
        <w:br/>
      </w:r>
      <w:r>
        <w:t xml:space="preserve">    (c) legal demand to appear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excavation</w:t>
      </w:r>
      <w:r>
        <w:rPr>
          <w:b/>
          <w:bCs/>
        </w:rPr>
        <w:t xml:space="preserve"> </w:t>
      </w:r>
      <w:r>
        <w:rPr>
          <w:b/>
          <w:bCs/>
        </w:rPr>
        <w:t xml:space="preserve">has uncovered a dinosaur burial ground.</w:t>
      </w:r>
      <w:r>
        <w:br/>
      </w:r>
      <w:r>
        <w:t xml:space="preserve">    (a) digging</w:t>
      </w:r>
      <w:r>
        <w:br/>
      </w:r>
      <w:r>
        <w:t xml:space="preserve">    (b) strong winds</w:t>
      </w:r>
      <w:r>
        <w:br/>
      </w:r>
      <w:r>
        <w:t xml:space="preserve">    (c) flooding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fugitive</w:t>
      </w:r>
      <w:r>
        <w:rPr>
          <w:b/>
          <w:bCs/>
        </w:rPr>
        <w:t xml:space="preserve"> </w:t>
      </w:r>
      <w:r>
        <w:rPr>
          <w:b/>
          <w:bCs/>
        </w:rPr>
        <w:t xml:space="preserve">fled to Venezuela.</w:t>
      </w:r>
      <w:r>
        <w:br/>
      </w:r>
      <w:r>
        <w:t xml:space="preserve">    (a) person running from the law</w:t>
      </w:r>
      <w:r>
        <w:br/>
      </w:r>
      <w:r>
        <w:t xml:space="preserve">    (b) rebel</w:t>
      </w:r>
      <w:r>
        <w:br/>
      </w:r>
      <w:r>
        <w:t xml:space="preserve">    (c) person on vacation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encouraging local authorities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initiate</w:t>
      </w:r>
      <w:r>
        <w:rPr>
          <w:b/>
          <w:bCs/>
        </w:rPr>
        <w:t xml:space="preserve"> </w:t>
      </w:r>
      <w:r>
        <w:rPr>
          <w:b/>
          <w:bCs/>
        </w:rPr>
        <w:t xml:space="preserve">long-term emergency planning.</w:t>
      </w:r>
      <w:r>
        <w:br/>
      </w:r>
      <w:r>
        <w:t xml:space="preserve">    (a) extend</w:t>
      </w:r>
      <w:r>
        <w:br/>
      </w:r>
      <w:r>
        <w:t xml:space="preserve">    (b) increase</w:t>
      </w:r>
      <w:r>
        <w:br/>
      </w:r>
      <w:r>
        <w:t xml:space="preserve">    (c) start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store only sells gender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neutral</w:t>
      </w:r>
      <w:r>
        <w:rPr>
          <w:b/>
          <w:bCs/>
        </w:rPr>
        <w:t xml:space="preserve"> </w:t>
      </w:r>
      <w:r>
        <w:rPr>
          <w:b/>
          <w:bCs/>
        </w:rPr>
        <w:t xml:space="preserve">clothing.</w:t>
      </w:r>
      <w:r>
        <w:br/>
      </w:r>
      <w:r>
        <w:t xml:space="preserve">    (a) not affected (clothes made to be worn regardless of gender)</w:t>
      </w:r>
      <w:r>
        <w:br/>
      </w:r>
      <w:r>
        <w:t xml:space="preserve">    (b) specific (clothes made to be worn only by men or only women)</w:t>
      </w:r>
      <w:r>
        <w:br/>
      </w:r>
      <w:r>
        <w:t xml:space="preserve">    (c) colored (pink for women, blue for men)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more notable for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perseverance</w:t>
      </w:r>
      <w:r>
        <w:rPr>
          <w:b/>
          <w:bCs/>
        </w:rPr>
        <w:t xml:space="preserve"> </w:t>
      </w:r>
      <w:r>
        <w:rPr>
          <w:b/>
          <w:bCs/>
        </w:rPr>
        <w:t xml:space="preserve">than for her natural talent.</w:t>
      </w:r>
      <w:r>
        <w:br/>
      </w:r>
      <w:r>
        <w:t xml:space="preserve">    (a) staying power</w:t>
      </w:r>
      <w:r>
        <w:br/>
      </w:r>
      <w:r>
        <w:t xml:space="preserve">    (b) network</w:t>
      </w:r>
      <w:r>
        <w:br/>
      </w:r>
      <w:r>
        <w:t xml:space="preserve">    (c) education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children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recited</w:t>
      </w:r>
      <w:r>
        <w:rPr>
          <w:b/>
          <w:bCs/>
        </w:rPr>
        <w:t xml:space="preserve"> </w:t>
      </w:r>
      <w:r>
        <w:rPr>
          <w:b/>
          <w:bCs/>
        </w:rPr>
        <w:t xml:space="preserve">the Pledge of Allegiance.</w:t>
      </w:r>
      <w:r>
        <w:br/>
      </w:r>
      <w:r>
        <w:t xml:space="preserve">    (a) said aloud</w:t>
      </w:r>
      <w:r>
        <w:br/>
      </w:r>
      <w:r>
        <w:t xml:space="preserve">    (b) memorized</w:t>
      </w:r>
      <w:r>
        <w:br/>
      </w:r>
      <w:r>
        <w:t xml:space="preserve">    (c) listened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refuge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sun under a beautiful oak tree.</w:t>
      </w:r>
      <w:r>
        <w:br/>
      </w:r>
      <w:r>
        <w:t xml:space="preserve">    (a) shade</w:t>
      </w:r>
      <w:r>
        <w:br/>
      </w:r>
      <w:r>
        <w:t xml:space="preserve">    (b) warmth</w:t>
      </w:r>
      <w:r>
        <w:br/>
      </w:r>
      <w:r>
        <w:t xml:space="preserve">    (c) protection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good eye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</w:t>
      </w:r>
      <w:r>
        <w:rPr>
          <w:b/>
          <w:bCs/>
        </w:rPr>
        <w:t xml:space="preserve"> </w:t>
      </w:r>
      <w:r>
        <w:rPr>
          <w:b/>
          <w:bCs/>
        </w:rPr>
        <w:t xml:space="preserve">differences in color.</w:t>
      </w:r>
      <w:r>
        <w:br/>
      </w:r>
      <w:r>
        <w:t xml:space="preserve">    (a) minor</w:t>
      </w:r>
      <w:r>
        <w:br/>
      </w:r>
      <w:r>
        <w:t xml:space="preserve">    (b) complementary</w:t>
      </w:r>
      <w:r>
        <w:br/>
      </w:r>
      <w:r>
        <w:t xml:space="preserve">    (c) contrasting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find it relaxing to wash the holiday dishes, but she finds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tedious</w:t>
      </w:r>
      <w:r>
        <w:rPr>
          <w:b/>
          <w:bCs/>
        </w:rPr>
        <w:t xml:space="preserve">.</w:t>
      </w:r>
      <w:r>
        <w:br/>
      </w:r>
      <w:r>
        <w:t xml:space="preserve">    (a) punishing</w:t>
      </w:r>
      <w:r>
        <w:br/>
      </w:r>
      <w:r>
        <w:t xml:space="preserve">    (b) stressful</w:t>
      </w:r>
      <w:r>
        <w:br/>
      </w:r>
      <w:r>
        <w:t xml:space="preserve">    (c) boring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study found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traces</w:t>
      </w:r>
      <w:r>
        <w:rPr>
          <w:b/>
          <w:bCs/>
        </w:rPr>
        <w:t xml:space="preserve"> </w:t>
      </w:r>
      <w:r>
        <w:rPr>
          <w:b/>
          <w:bCs/>
        </w:rPr>
        <w:t xml:space="preserve">of cocaine on most $20 bills used in large cities of the United States and Canada.</w:t>
      </w:r>
      <w:r>
        <w:br/>
      </w:r>
      <w:r>
        <w:t xml:space="preserve">    (a) tiny quantities</w:t>
      </w:r>
      <w:r>
        <w:br/>
      </w:r>
      <w:r>
        <w:t xml:space="preserve">    (b) large amounts</w:t>
      </w:r>
      <w:r>
        <w:br/>
      </w:r>
      <w:r>
        <w:t xml:space="preserve">    (c) various types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tried to suck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venom</w:t>
      </w:r>
      <w:r>
        <w:rPr>
          <w:b/>
          <w:bCs/>
        </w:rPr>
        <w:t xml:space="preserve"> </w:t>
      </w:r>
      <w:r>
        <w:rPr>
          <w:b/>
          <w:bCs/>
        </w:rPr>
        <w:t xml:space="preserve">out of the bite.</w:t>
      </w:r>
      <w:r>
        <w:br/>
      </w:r>
      <w:r>
        <w:t xml:space="preserve">    (a) poison</w:t>
      </w:r>
      <w:r>
        <w:br/>
      </w:r>
      <w:r>
        <w:t xml:space="preserve">    (b) white blood cells</w:t>
      </w:r>
      <w:r>
        <w:br/>
      </w:r>
      <w:r>
        <w:t xml:space="preserve">    (c) germs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2026-07-31T15:22:18Z</dcterms:created>
  <dcterms:modified xsi:type="dcterms:W3CDTF">2026-07-31T15:22:18Z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