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88d2f77ecffce5832d1273e22578c488949781"/>
    <w:p>
      <w:pPr>
        <w:pStyle w:val="Heading1"/>
      </w:pPr>
      <w:r>
        <w:rPr>
          <w:b/>
          <w:bCs/>
        </w:rPr>
        <w:t xml:space="preserve">Holes</w:t>
      </w:r>
      <w:r>
        <w:br/>
      </w:r>
      <w:r>
        <w:rPr>
          <w:i/>
          <w:iCs/>
        </w:rPr>
        <w:t xml:space="preserve">Louis Sachar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Stanley weighed three times as much as the other boy. Mrs. Bell wrote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</w:t>
      </w:r>
      <w:r>
        <w:rPr>
          <w:b/>
          <w:bCs/>
        </w:rPr>
        <w:t xml:space="preserve"> </w:t>
      </w:r>
      <w:r>
        <w:rPr>
          <w:b/>
          <w:bCs/>
        </w:rPr>
        <w:t xml:space="preserve">on the board, 3:1, unaware of how much embarrassment she had caused both of them.</w:t>
      </w:r>
      <w:r>
        <w:br/>
      </w:r>
      <w:r>
        <w:t xml:space="preserve">    (a) mathematical sentence</w:t>
      </w:r>
      <w:r>
        <w:br/>
      </w:r>
      <w:r>
        <w:t xml:space="preserve">    (b) relationship between the amounts</w:t>
      </w:r>
      <w:r>
        <w:br/>
      </w:r>
      <w:r>
        <w:t xml:space="preserve">    (c) two numbers that are multiplied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Next to it was another sign which declared that it was a violation of the Texas Penal Code to bring guns, explosives, weapons, drugs, or alcohol onto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premises</w:t>
      </w:r>
      <w:r>
        <w:rPr>
          <w:b/>
          <w:bCs/>
        </w:rPr>
        <w:t xml:space="preserve">.</w:t>
      </w:r>
      <w:r>
        <w:br/>
      </w:r>
      <w:r>
        <w:t xml:space="preserve">    (a) state</w:t>
      </w:r>
      <w:r>
        <w:br/>
      </w:r>
      <w:r>
        <w:t xml:space="preserve">    (b) school grounds</w:t>
      </w:r>
      <w:r>
        <w:br/>
      </w:r>
      <w:r>
        <w:t xml:space="preserve">    (c) property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too much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coincidence</w:t>
      </w:r>
      <w:r>
        <w:rPr>
          <w:b/>
          <w:bCs/>
        </w:rPr>
        <w:t xml:space="preserve"> </w:t>
      </w:r>
      <w:r>
        <w:rPr>
          <w:b/>
          <w:bCs/>
        </w:rPr>
        <w:t xml:space="preserve">to be a mere accident.</w:t>
      </w:r>
      <w:r>
        <w:br/>
      </w:r>
      <w:r>
        <w:t xml:space="preserve">    (a) unlikely situation</w:t>
      </w:r>
      <w:r>
        <w:br/>
      </w:r>
      <w:r>
        <w:t xml:space="preserve">    (b) fortunate situation</w:t>
      </w:r>
      <w:r>
        <w:br/>
      </w:r>
      <w:r>
        <w:t xml:space="preserve">    (c) unfortunate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unearthed several shovelfuls of dirt in this manner, before it occurred to him that he was dumping his dirt within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perimeter</w:t>
      </w:r>
      <w:r>
        <w:rPr>
          <w:b/>
          <w:bCs/>
        </w:rPr>
        <w:t xml:space="preserve"> </w:t>
      </w:r>
      <w:r>
        <w:rPr>
          <w:b/>
          <w:bCs/>
        </w:rPr>
        <w:t xml:space="preserve">of his hole.</w:t>
      </w:r>
      <w:r>
        <w:br/>
      </w:r>
      <w:r>
        <w:t xml:space="preserve">    (a) shadow</w:t>
      </w:r>
      <w:r>
        <w:br/>
      </w:r>
      <w:r>
        <w:t xml:space="preserve">    (b) surrounding area</w:t>
      </w:r>
      <w:r>
        <w:br/>
      </w:r>
      <w:r>
        <w:t xml:space="preserve">    (c) boundary (outer edge)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popped some sunflower seeds into his mouth,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deftly</w:t>
      </w:r>
      <w:r>
        <w:rPr>
          <w:b/>
          <w:bCs/>
        </w:rPr>
        <w:t xml:space="preserve"> </w:t>
      </w:r>
      <w:r>
        <w:rPr>
          <w:b/>
          <w:bCs/>
        </w:rPr>
        <w:t xml:space="preserve">removed the shells with his teeth, and spat them into Stanley's hole.</w:t>
      </w:r>
      <w:r>
        <w:br/>
      </w:r>
      <w:r>
        <w:t xml:space="preserve">    (a) quickly and skillfully</w:t>
      </w:r>
      <w:r>
        <w:br/>
      </w:r>
      <w:r>
        <w:t xml:space="preserve">    (b) with a twisted expression</w:t>
      </w:r>
      <w:r>
        <w:br/>
      </w:r>
      <w:r>
        <w:t xml:space="preserve">    (c) without making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Besides, the shovels were locked up at night,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presumably</w:t>
      </w:r>
      <w:r>
        <w:rPr>
          <w:b/>
          <w:bCs/>
        </w:rPr>
        <w:t xml:space="preserve"> </w:t>
      </w:r>
      <w:r>
        <w:rPr>
          <w:b/>
          <w:bCs/>
        </w:rPr>
        <w:t xml:space="preserve">so they couldn't be used as weapons.</w:t>
      </w:r>
      <w:r>
        <w:br/>
      </w:r>
      <w:r>
        <w:t xml:space="preserve">    (a) as documented</w:t>
      </w:r>
      <w:r>
        <w:br/>
      </w:r>
      <w:r>
        <w:t xml:space="preserve">    (b) as demonstrated</w:t>
      </w:r>
      <w:r>
        <w:br/>
      </w:r>
      <w:r>
        <w:t xml:space="preserve">    (c) probably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body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writhed</w:t>
      </w:r>
      <w:r>
        <w:rPr>
          <w:b/>
          <w:bCs/>
        </w:rPr>
        <w:t xml:space="preserve"> </w:t>
      </w:r>
      <w:r>
        <w:rPr>
          <w:b/>
          <w:bCs/>
        </w:rPr>
        <w:t xml:space="preserve">in agony.</w:t>
      </w:r>
      <w:r>
        <w:br/>
      </w:r>
      <w:r>
        <w:t xml:space="preserve">    (a) twisted</w:t>
      </w:r>
      <w:r>
        <w:br/>
      </w:r>
      <w:r>
        <w:t xml:space="preserve">    (b) swelled</w:t>
      </w:r>
      <w:r>
        <w:br/>
      </w:r>
      <w:r>
        <w:t xml:space="preserve">    (c) shook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Stanley got his box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stationery</w:t>
      </w:r>
      <w:r>
        <w:rPr>
          <w:b/>
          <w:bCs/>
        </w:rPr>
        <w:t xml:space="preserve"> </w:t>
      </w:r>
      <w:r>
        <w:rPr>
          <w:b/>
          <w:bCs/>
        </w:rPr>
        <w:t xml:space="preserve">and a pen out of his crate.</w:t>
      </w:r>
      <w:r>
        <w:br/>
      </w:r>
      <w:r>
        <w:t xml:space="preserve">    (a) envelopes</w:t>
      </w:r>
      <w:r>
        <w:br/>
      </w:r>
      <w:r>
        <w:t xml:space="preserve">    (b) paper</w:t>
      </w:r>
      <w:r>
        <w:br/>
      </w:r>
      <w:r>
        <w:t xml:space="preserve">    (c) paper and envelopes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That's a capital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A</w:t>
      </w:r>
      <w:r>
        <w:rPr>
          <w:b/>
          <w:bCs/>
        </w:rPr>
        <w:t xml:space="preserve">. But usually you'll see a small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a</w:t>
      </w:r>
      <w:r>
        <w:rPr>
          <w:b/>
          <w:bCs/>
        </w:rPr>
        <w:t xml:space="preserve">. You only have capitals at the beginning of a word, and only if it's the start of a sentence, or if it's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proper noun</w:t>
      </w:r>
      <w:r>
        <w:rPr>
          <w:b/>
          <w:bCs/>
        </w:rPr>
        <w:t xml:space="preserve">, like a name.</w:t>
      </w:r>
      <w:r>
        <w:br/>
      </w:r>
      <w:r>
        <w:t xml:space="preserve">    (a) person</w:t>
      </w:r>
      <w:r>
        <w:br/>
      </w:r>
      <w:r>
        <w:t xml:space="preserve">    (b) place</w:t>
      </w:r>
      <w:r>
        <w:br/>
      </w:r>
      <w:r>
        <w:t xml:space="preserve">    (c) name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mouth was as dry and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parched</w:t>
      </w:r>
      <w:r>
        <w:rPr>
          <w:b/>
          <w:bCs/>
        </w:rPr>
        <w:t xml:space="preserve"> </w:t>
      </w:r>
      <w:r>
        <w:rPr>
          <w:b/>
          <w:bCs/>
        </w:rPr>
        <w:t xml:space="preserve">as the lake.</w:t>
      </w:r>
      <w:r>
        <w:br/>
      </w:r>
      <w:r>
        <w:t xml:space="preserve">    (a) humid</w:t>
      </w:r>
      <w:r>
        <w:br/>
      </w:r>
      <w:r>
        <w:t xml:space="preserve">    (b) sandy</w:t>
      </w:r>
      <w:r>
        <w:br/>
      </w:r>
      <w:r>
        <w:t xml:space="preserve">    (c) dried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name was Brian, but X-Ray called him Twitch because he was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fidgeting</w:t>
      </w:r>
      <w:r>
        <w:rPr>
          <w:b/>
          <w:bCs/>
        </w:rPr>
        <w:t xml:space="preserve">.</w:t>
      </w:r>
      <w:r>
        <w:br/>
      </w:r>
      <w:r>
        <w:t xml:space="preserve">    (a) curling his index finger</w:t>
      </w:r>
      <w:r>
        <w:br/>
      </w:r>
      <w:r>
        <w:t xml:space="preserve">    (b) making small restless movements</w:t>
      </w:r>
      <w:r>
        <w:br/>
      </w:r>
      <w:r>
        <w:t xml:space="preserve">    (c) jerking his head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Instead they zigzagged back and forth, increasing their altitude by small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increments</w:t>
      </w:r>
      <w:r>
        <w:rPr>
          <w:b/>
          <w:bCs/>
        </w:rPr>
        <w:t xml:space="preserve"> </w:t>
      </w:r>
      <w:r>
        <w:rPr>
          <w:b/>
          <w:bCs/>
        </w:rPr>
        <w:t xml:space="preserve">every time they changed directions.</w:t>
      </w:r>
      <w:r>
        <w:br/>
      </w:r>
      <w:r>
        <w:t xml:space="preserve">    (a) climbs</w:t>
      </w:r>
      <w:r>
        <w:br/>
      </w:r>
      <w:r>
        <w:t xml:space="preserve">    (b) efforts</w:t>
      </w:r>
      <w:r>
        <w:br/>
      </w:r>
      <w:r>
        <w:t xml:space="preserve">    (c) amounts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 ground flattened, a huge stone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precipice</w:t>
      </w:r>
      <w:r>
        <w:rPr>
          <w:b/>
          <w:bCs/>
        </w:rPr>
        <w:t xml:space="preserve"> </w:t>
      </w:r>
      <w:r>
        <w:rPr>
          <w:b/>
          <w:bCs/>
        </w:rPr>
        <w:t xml:space="preserve">rose up ahead of him,</w:t>
      </w:r>
      <w:r>
        <w:br/>
      </w:r>
      <w:r>
        <w:t xml:space="preserve">    (a) cliff face</w:t>
      </w:r>
      <w:r>
        <w:br/>
      </w:r>
      <w:r>
        <w:t xml:space="preserve">    (b) large building</w:t>
      </w:r>
      <w:r>
        <w:br/>
      </w:r>
      <w:r>
        <w:t xml:space="preserve">    (c) long ramp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the bitter smell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 Even if he could somehow climb Big Thumb, he knew he wouldn't find water.</w:t>
      </w:r>
      <w:r>
        <w:br/>
      </w:r>
      <w:r>
        <w:t xml:space="preserve">    (a) hopelessness</w:t>
      </w:r>
      <w:r>
        <w:br/>
      </w:r>
      <w:r>
        <w:t xml:space="preserve">    (b) annoyance</w:t>
      </w:r>
      <w:r>
        <w:br/>
      </w:r>
      <w:r>
        <w:t xml:space="preserve">    (c) fatigue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"I'm glad Becca's all right," Hattie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contritely</w:t>
      </w:r>
      <w:r>
        <w:rPr>
          <w:b/>
          <w:bCs/>
        </w:rPr>
        <w:t xml:space="preserve">.</w:t>
      </w:r>
      <w:r>
        <w:br/>
      </w:r>
      <w:r>
        <w:t xml:space="preserve">    (a) with sincerity</w:t>
      </w:r>
      <w:r>
        <w:br/>
      </w:r>
      <w:r>
        <w:t xml:space="preserve">    (b) with curiosity</w:t>
      </w:r>
      <w:r>
        <w:br/>
      </w:r>
      <w:r>
        <w:t xml:space="preserve">    (c) with sorrow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his tunnel grew deeper and wider, and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precarious</w:t>
      </w:r>
      <w:r>
        <w:rPr>
          <w:b/>
          <w:bCs/>
        </w:rPr>
        <w:t xml:space="preserve">, Stanley was able to feel latches on one end of the box,</w:t>
      </w:r>
      <w:r>
        <w:br/>
      </w:r>
      <w:r>
        <w:t xml:space="preserve">    (a) unsafe</w:t>
      </w:r>
      <w:r>
        <w:br/>
      </w:r>
      <w:r>
        <w:t xml:space="preserve">    (b) close</w:t>
      </w:r>
      <w:r>
        <w:br/>
      </w:r>
      <w:r>
        <w:t xml:space="preserve">    (c) dark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glanced downward and had to force himself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suppress</w:t>
      </w:r>
      <w:r>
        <w:rPr>
          <w:b/>
          <w:bCs/>
        </w:rPr>
        <w:t xml:space="preserve"> </w:t>
      </w:r>
      <w:r>
        <w:rPr>
          <w:b/>
          <w:bCs/>
        </w:rPr>
        <w:t xml:space="preserve">a scream.</w:t>
      </w:r>
      <w:r>
        <w:br/>
      </w:r>
      <w:r>
        <w:t xml:space="preserve">    (a) join in</w:t>
      </w:r>
      <w:r>
        <w:br/>
      </w:r>
      <w:r>
        <w:t xml:space="preserve">    (b) warn with</w:t>
      </w:r>
      <w:r>
        <w:br/>
      </w:r>
      <w:r>
        <w:t xml:space="preserve">    (c) hold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legs were sore from remaining rigid for so long. Standing still was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strenuous</w:t>
      </w:r>
      <w:r>
        <w:rPr>
          <w:b/>
          <w:bCs/>
        </w:rPr>
        <w:t xml:space="preserve"> </w:t>
      </w:r>
      <w:r>
        <w:rPr>
          <w:b/>
          <w:bCs/>
        </w:rPr>
        <w:t xml:space="preserve">than walking.</w:t>
      </w:r>
      <w:r>
        <w:br/>
      </w:r>
      <w:r>
        <w:t xml:space="preserve">    (a) relaxing</w:t>
      </w:r>
      <w:r>
        <w:br/>
      </w:r>
      <w:r>
        <w:t xml:space="preserve">    (b) flexible</w:t>
      </w:r>
      <w:r>
        <w:br/>
      </w:r>
      <w:r>
        <w:t xml:space="preserve">    (c) difficult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needed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authentication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Attorney General. How do I know it's legitimate?</w:t>
      </w:r>
      <w:r>
        <w:br/>
      </w:r>
      <w:r>
        <w:t xml:space="preserve">    (a) official permission to do something</w:t>
      </w:r>
      <w:r>
        <w:br/>
      </w:r>
      <w:r>
        <w:t xml:space="preserve">    (b) money or funds</w:t>
      </w:r>
      <w:r>
        <w:br/>
      </w:r>
      <w:r>
        <w:t xml:space="preserve">    (c) proof that something is real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obviously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incarcerated</w:t>
      </w:r>
      <w:r>
        <w:rPr>
          <w:b/>
          <w:bCs/>
        </w:rPr>
        <w:t xml:space="preserve"> </w:t>
      </w:r>
      <w:r>
        <w:rPr>
          <w:b/>
          <w:bCs/>
        </w:rPr>
        <w:t xml:space="preserve">for a reason.</w:t>
      </w:r>
      <w:r>
        <w:br/>
      </w:r>
      <w:r>
        <w:t xml:space="preserve">    (a) promoted</w:t>
      </w:r>
      <w:r>
        <w:br/>
      </w:r>
      <w:r>
        <w:t xml:space="preserve">    (b) officially questioned</w:t>
      </w:r>
      <w:r>
        <w:br/>
      </w:r>
      <w:r>
        <w:t xml:space="preserve">    (c) put in prison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2026-07-31T15:22:19Z</dcterms:created>
  <dcterms:modified xsi:type="dcterms:W3CDTF">2026-07-31T15:22:19Z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