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hiroshima-john-hersey-vocabulary-preview"/>
    <w:p>
      <w:pPr>
        <w:pStyle w:val="Heading1"/>
      </w:pPr>
      <w:r>
        <w:rPr>
          <w:b/>
          <w:bCs/>
        </w:rPr>
        <w:t xml:space="preserve">Hiroshima</w:t>
      </w:r>
      <w:r>
        <w:br/>
      </w:r>
      <w:r>
        <w:rPr>
          <w:i/>
          <w:iCs/>
        </w:rPr>
        <w:t xml:space="preserve">John Hersey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Let's think about how to best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allocate</w:t>
      </w:r>
      <w:r>
        <w:rPr>
          <w:b/>
          <w:bCs/>
        </w:rPr>
        <w:t xml:space="preserve"> </w:t>
      </w:r>
      <w:r>
        <w:rPr>
          <w:b/>
          <w:bCs/>
        </w:rPr>
        <w:t xml:space="preserve">time and resources.</w:t>
      </w:r>
      <w:r>
        <w:br/>
      </w:r>
      <w:r>
        <w:t xml:space="preserve">    (a) decide on a maximum amount of</w:t>
      </w:r>
      <w:r>
        <w:br/>
      </w:r>
      <w:r>
        <w:t xml:space="preserve">    (b) decide on a minimum amount of</w:t>
      </w:r>
      <w:r>
        <w:br/>
      </w:r>
      <w:r>
        <w:t xml:space="preserve">    (c) ration (distribute according to a plan)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mother is careful about how she eats because she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anemic</w:t>
      </w:r>
      <w:r>
        <w:rPr>
          <w:b/>
          <w:bCs/>
        </w:rPr>
        <w:t xml:space="preserve">.</w:t>
      </w:r>
      <w:r>
        <w:br/>
      </w:r>
      <w:r>
        <w:t xml:space="preserve">    (a) with too few red blood cells</w:t>
      </w:r>
      <w:r>
        <w:br/>
      </w:r>
      <w:r>
        <w:t xml:space="preserve">    (b) with blood pressure too high</w:t>
      </w:r>
      <w:r>
        <w:br/>
      </w:r>
      <w:r>
        <w:t xml:space="preserve">    (c) with too much cholesterol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doctor used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anesthesia</w:t>
      </w:r>
      <w:r>
        <w:rPr>
          <w:b/>
          <w:bCs/>
        </w:rPr>
        <w:t xml:space="preserve"> </w:t>
      </w:r>
      <w:r>
        <w:rPr>
          <w:b/>
          <w:bCs/>
        </w:rPr>
        <w:t xml:space="preserve">so she would not feel pain during the procedure.</w:t>
      </w:r>
      <w:r>
        <w:br/>
      </w:r>
      <w:r>
        <w:t xml:space="preserve">    (a) pain-numbing medicine</w:t>
      </w:r>
      <w:r>
        <w:br/>
      </w:r>
      <w:r>
        <w:t xml:space="preserve">    (b) a written diagnosis</w:t>
      </w:r>
      <w:r>
        <w:br/>
      </w:r>
      <w:r>
        <w:t xml:space="preserve">    (c) a sharp instrument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attributes</w:t>
      </w:r>
      <w:r>
        <w:rPr>
          <w:b/>
          <w:bCs/>
        </w:rPr>
        <w:t xml:space="preserve"> </w:t>
      </w:r>
      <w:r>
        <w:rPr>
          <w:b/>
          <w:bCs/>
        </w:rPr>
        <w:t xml:space="preserve">her success to hard work.</w:t>
      </w:r>
      <w:r>
        <w:br/>
      </w:r>
      <w:r>
        <w:t xml:space="preserve">    (a) gives credit for</w:t>
      </w:r>
      <w:r>
        <w:br/>
      </w:r>
      <w:r>
        <w:t xml:space="preserve">    (b) gives money for</w:t>
      </w:r>
      <w:r>
        <w:br/>
      </w:r>
      <w:r>
        <w:t xml:space="preserve">    (c) gives help for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baby's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baptism</w:t>
      </w:r>
      <w:r>
        <w:rPr>
          <w:b/>
          <w:bCs/>
        </w:rPr>
        <w:t xml:space="preserve"> </w:t>
      </w:r>
      <w:r>
        <w:rPr>
          <w:b/>
          <w:bCs/>
        </w:rPr>
        <w:t xml:space="preserve">took place at the local church on Sunday.</w:t>
      </w:r>
      <w:r>
        <w:br/>
      </w:r>
      <w:r>
        <w:t xml:space="preserve">    (a) first birthday party</w:t>
      </w:r>
      <w:r>
        <w:br/>
      </w:r>
      <w:r>
        <w:t xml:space="preserve">    (b) doctor's appointment</w:t>
      </w:r>
      <w:r>
        <w:br/>
      </w:r>
      <w:r>
        <w:t xml:space="preserve">    (c) religious ceremony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not enough to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compassionate</w:t>
      </w:r>
      <w:r>
        <w:rPr>
          <w:b/>
          <w:bCs/>
        </w:rPr>
        <w:t xml:space="preserve">. We must act. It is not enough to act. We must act with intelligence.</w:t>
      </w:r>
      <w:r>
        <w:br/>
      </w:r>
      <w:r>
        <w:t xml:space="preserve">    (a) sympathetic</w:t>
      </w:r>
      <w:r>
        <w:br/>
      </w:r>
      <w:r>
        <w:t xml:space="preserve">    (b) talented</w:t>
      </w:r>
      <w:r>
        <w:br/>
      </w:r>
      <w:r>
        <w:t xml:space="preserve">    (c) lucky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Crews spent hours clearing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debris</w:t>
      </w:r>
      <w:r>
        <w:rPr>
          <w:b/>
          <w:bCs/>
        </w:rPr>
        <w:t xml:space="preserve"> </w:t>
      </w:r>
      <w:r>
        <w:rPr>
          <w:b/>
          <w:bCs/>
        </w:rPr>
        <w:t xml:space="preserve">from the highway after the crash.</w:t>
      </w:r>
      <w:r>
        <w:br/>
      </w:r>
      <w:r>
        <w:t xml:space="preserve">    (a) intact structures</w:t>
      </w:r>
      <w:r>
        <w:br/>
      </w:r>
      <w:r>
        <w:t xml:space="preserve">    (b) valuable items</w:t>
      </w:r>
      <w:r>
        <w:br/>
      </w:r>
      <w:r>
        <w:t xml:space="preserve">    (c) scattered wreckage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died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destitute</w:t>
      </w:r>
      <w:r>
        <w:rPr>
          <w:b/>
          <w:bCs/>
        </w:rPr>
        <w:t xml:space="preserve"> </w:t>
      </w:r>
      <w:r>
        <w:rPr>
          <w:b/>
          <w:bCs/>
        </w:rPr>
        <w:t xml:space="preserve">in Paris at the age of 38.</w:t>
      </w:r>
      <w:r>
        <w:br/>
      </w:r>
      <w:r>
        <w:t xml:space="preserve">    (a) extremely poor</w:t>
      </w:r>
      <w:r>
        <w:br/>
      </w:r>
      <w:r>
        <w:t xml:space="preserve">    (b) too young</w:t>
      </w:r>
      <w:r>
        <w:br/>
      </w:r>
      <w:r>
        <w:t xml:space="preserve">    (c) among family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thought it was just a sprain, but after the swelling didn’t go down for a week, the X-ray showed a hairline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fracture</w:t>
      </w:r>
      <w:r>
        <w:rPr>
          <w:b/>
          <w:bCs/>
        </w:rPr>
        <w:t xml:space="preserve"> </w:t>
      </w:r>
      <w:r>
        <w:rPr>
          <w:b/>
          <w:bCs/>
        </w:rPr>
        <w:t xml:space="preserve">in her ankle.</w:t>
      </w:r>
      <w:r>
        <w:br/>
      </w:r>
      <w:r>
        <w:t xml:space="preserve">    (a) twist</w:t>
      </w:r>
      <w:r>
        <w:br/>
      </w:r>
      <w:r>
        <w:t xml:space="preserve">    (b) crack</w:t>
      </w:r>
      <w:r>
        <w:br/>
      </w:r>
      <w:r>
        <w:t xml:space="preserve">    (c) bruise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tour guide handed out printed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itineraries</w:t>
      </w:r>
      <w:r>
        <w:rPr>
          <w:b/>
          <w:bCs/>
        </w:rPr>
        <w:t xml:space="preserve"> </w:t>
      </w:r>
      <w:r>
        <w:rPr>
          <w:b/>
          <w:bCs/>
        </w:rPr>
        <w:t xml:space="preserve">so everyone knew what to expect each day.</w:t>
      </w:r>
      <w:r>
        <w:br/>
      </w:r>
      <w:r>
        <w:t xml:space="preserve">    (a) packing lists</w:t>
      </w:r>
      <w:r>
        <w:br/>
      </w:r>
      <w:r>
        <w:t xml:space="preserve">    (b) emergency contacts</w:t>
      </w:r>
      <w:r>
        <w:br/>
      </w:r>
      <w:r>
        <w:t xml:space="preserve">    (c) travel schedules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loves him.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Nevertheless</w:t>
      </w:r>
      <w:r>
        <w:rPr>
          <w:b/>
          <w:bCs/>
        </w:rPr>
        <w:t xml:space="preserve">, she is determined to stop seeing him unless he stops drinking.</w:t>
      </w:r>
      <w:r>
        <w:br/>
      </w:r>
      <w:r>
        <w:t xml:space="preserve">    (a) despite that</w:t>
      </w:r>
      <w:r>
        <w:br/>
      </w:r>
      <w:r>
        <w:t xml:space="preserve">    (b) also</w:t>
      </w:r>
      <w:r>
        <w:br/>
      </w:r>
      <w:r>
        <w:t xml:space="preserve">    (c) in addition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small reading group became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nucleus</w:t>
      </w:r>
      <w:r>
        <w:rPr>
          <w:b/>
          <w:bCs/>
        </w:rPr>
        <w:t xml:space="preserve"> </w:t>
      </w:r>
      <w:r>
        <w:rPr>
          <w:b/>
          <w:bCs/>
        </w:rPr>
        <w:t xml:space="preserve">of a schoolwide book club.</w:t>
      </w:r>
      <w:r>
        <w:br/>
      </w:r>
      <w:r>
        <w:t xml:space="preserve">    (a) ending</w:t>
      </w:r>
      <w:r>
        <w:br/>
      </w:r>
      <w:r>
        <w:t xml:space="preserve">    (b) critics</w:t>
      </w:r>
      <w:r>
        <w:br/>
      </w:r>
      <w:r>
        <w:t xml:space="preserve">    (c) center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Geiger counters detect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radiation</w:t>
      </w:r>
      <w:r>
        <w:rPr>
          <w:b/>
          <w:bCs/>
        </w:rPr>
        <w:t xml:space="preserve"> </w:t>
      </w:r>
      <w:r>
        <w:rPr>
          <w:b/>
          <w:bCs/>
        </w:rPr>
        <w:t xml:space="preserve">released by unstable atoms.</w:t>
      </w:r>
      <w:r>
        <w:br/>
      </w:r>
      <w:r>
        <w:t xml:space="preserve">    (a) magnetic forces</w:t>
      </w:r>
      <w:r>
        <w:br/>
      </w:r>
      <w:r>
        <w:t xml:space="preserve">    (b) loud sound bursts</w:t>
      </w:r>
      <w:r>
        <w:br/>
      </w:r>
      <w:r>
        <w:t xml:space="preserve">    (c) atomic particles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said that if I 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resign</w:t>
      </w:r>
      <w:r>
        <w:rPr>
          <w:b/>
          <w:bCs/>
        </w:rPr>
        <w:t xml:space="preserve">, I will be fired.</w:t>
      </w:r>
      <w:r>
        <w:br/>
      </w:r>
      <w:r>
        <w:t xml:space="preserve">    (a) quit</w:t>
      </w:r>
      <w:r>
        <w:br/>
      </w:r>
      <w:r>
        <w:t xml:space="preserve">    (b) renew an agreement</w:t>
      </w:r>
      <w:r>
        <w:br/>
      </w:r>
      <w:r>
        <w:t xml:space="preserve">    (c) do better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resigned</w:t>
      </w:r>
      <w:r>
        <w:rPr>
          <w:b/>
          <w:bCs/>
        </w:rPr>
        <w:t xml:space="preserve"> </w:t>
      </w:r>
      <w:r>
        <w:rPr>
          <w:b/>
          <w:bCs/>
        </w:rPr>
        <w:t xml:space="preserve">to being embarrassed by her younger brother.</w:t>
      </w:r>
      <w:r>
        <w:br/>
      </w:r>
      <w:r>
        <w:t xml:space="preserve">    (a) with acceptance</w:t>
      </w:r>
      <w:r>
        <w:br/>
      </w:r>
      <w:r>
        <w:t xml:space="preserve">    (b) resistant</w:t>
      </w:r>
      <w:r>
        <w:br/>
      </w:r>
      <w:r>
        <w:t xml:space="preserve">    (c) putting a stop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 you think the writer should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revise</w:t>
      </w:r>
      <w:r>
        <w:rPr>
          <w:b/>
          <w:bCs/>
        </w:rPr>
        <w:t xml:space="preserve"> </w:t>
      </w:r>
      <w:r>
        <w:rPr>
          <w:b/>
          <w:bCs/>
        </w:rPr>
        <w:t xml:space="preserve">the underlined sentence?</w:t>
      </w:r>
      <w:r>
        <w:br/>
      </w:r>
      <w:r>
        <w:t xml:space="preserve">    (a) highlight</w:t>
      </w:r>
      <w:r>
        <w:br/>
      </w:r>
      <w:r>
        <w:t xml:space="preserve">    (b) improve</w:t>
      </w:r>
      <w:r>
        <w:br/>
      </w:r>
      <w:r>
        <w:t xml:space="preserve">    (c) remove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magician's final trick seemed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stupefy</w:t>
      </w:r>
      <w:r>
        <w:rPr>
          <w:b/>
          <w:bCs/>
        </w:rPr>
        <w:t xml:space="preserve"> </w:t>
      </w:r>
      <w:r>
        <w:rPr>
          <w:b/>
          <w:bCs/>
        </w:rPr>
        <w:t xml:space="preserve">everyone in the audience.</w:t>
      </w:r>
      <w:r>
        <w:br/>
      </w:r>
      <w:r>
        <w:t xml:space="preserve">    (a) amaze and daze</w:t>
      </w:r>
      <w:r>
        <w:br/>
      </w:r>
      <w:r>
        <w:t xml:space="preserve">    (b) bore and annoy</w:t>
      </w:r>
      <w:r>
        <w:br/>
      </w:r>
      <w:r>
        <w:t xml:space="preserve">    (c) warn and alert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studied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theology</w:t>
      </w:r>
      <w:r>
        <w:rPr>
          <w:b/>
          <w:bCs/>
        </w:rPr>
        <w:t xml:space="preserve"> </w:t>
      </w:r>
      <w:r>
        <w:rPr>
          <w:b/>
          <w:bCs/>
        </w:rPr>
        <w:t xml:space="preserve">for years before becoming a hospital chaplain.</w:t>
      </w:r>
      <w:r>
        <w:br/>
      </w:r>
      <w:r>
        <w:t xml:space="preserve">    (a) ancient warfare</w:t>
      </w:r>
      <w:r>
        <w:br/>
      </w:r>
      <w:r>
        <w:t xml:space="preserve">    (b) modern poetry</w:t>
      </w:r>
      <w:r>
        <w:br/>
      </w:r>
      <w:r>
        <w:t xml:space="preserve">    (c) religious studies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purpose of the UN Human Rights Commission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undermined</w:t>
      </w:r>
      <w:r>
        <w:rPr>
          <w:b/>
          <w:bCs/>
        </w:rPr>
        <w:t xml:space="preserve"> </w:t>
      </w:r>
      <w:r>
        <w:rPr>
          <w:b/>
          <w:bCs/>
        </w:rPr>
        <w:t xml:space="preserve">by dictators who have maneuvered to control it.</w:t>
      </w:r>
      <w:r>
        <w:br/>
      </w:r>
      <w:r>
        <w:t xml:space="preserve">    (a) celebrated</w:t>
      </w:r>
      <w:r>
        <w:br/>
      </w:r>
      <w:r>
        <w:t xml:space="preserve">    (b) weakened</w:t>
      </w:r>
      <w:r>
        <w:br/>
      </w:r>
      <w:r>
        <w:t xml:space="preserve">    (c) strengthened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McDonald's menu options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vary</w:t>
      </w:r>
      <w:r>
        <w:rPr>
          <w:b/>
          <w:bCs/>
        </w:rPr>
        <w:t xml:space="preserve"> </w:t>
      </w:r>
      <w:r>
        <w:rPr>
          <w:b/>
          <w:bCs/>
        </w:rPr>
        <w:t xml:space="preserve">by location.</w:t>
      </w:r>
      <w:r>
        <w:br/>
      </w:r>
      <w:r>
        <w:t xml:space="preserve">    (a) are known</w:t>
      </w:r>
      <w:r>
        <w:br/>
      </w:r>
      <w:r>
        <w:t xml:space="preserve">    (b) are consistent</w:t>
      </w:r>
      <w:r>
        <w:br/>
      </w:r>
      <w:r>
        <w:t xml:space="preserve">    (c) are different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2026-07-31T15:26:25Z</dcterms:created>
  <dcterms:modified xsi:type="dcterms:W3CDTF">2026-07-31T15:26:25Z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