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71a076f1c7b986f6d76257faf10c2ee1dc20e2"/>
    <w:p>
      <w:pPr>
        <w:pStyle w:val="Heading1"/>
      </w:pPr>
      <w:r>
        <w:rPr>
          <w:b/>
          <w:bCs/>
        </w:rPr>
        <w:t xml:space="preserve">Hiroshima</w:t>
      </w:r>
      <w:r>
        <w:br/>
      </w:r>
      <w:r>
        <w:rPr>
          <w:i/>
          <w:iCs/>
        </w:rPr>
        <w:t xml:space="preserve">John Hersey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Until she learned to motivate herself,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apathy</w:t>
      </w:r>
      <w:r>
        <w:rPr>
          <w:b/>
          <w:bCs/>
        </w:rPr>
        <w:t xml:space="preserve"> </w:t>
      </w:r>
      <w:r>
        <w:rPr>
          <w:b/>
          <w:bCs/>
        </w:rPr>
        <w:t xml:space="preserve">led to bad grades.</w:t>
      </w:r>
      <w:r>
        <w:br/>
      </w:r>
      <w:r>
        <w:t xml:space="preserve">    (a) lack of ability</w:t>
      </w:r>
      <w:r>
        <w:br/>
      </w:r>
      <w:r>
        <w:t xml:space="preserve">    (b) distraction</w:t>
      </w:r>
      <w:r>
        <w:br/>
      </w:r>
      <w:r>
        <w:t xml:space="preserve">    (c) lack of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earthquake left our pictures hanging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askew</w:t>
      </w:r>
      <w:r>
        <w:rPr>
          <w:b/>
          <w:bCs/>
        </w:rPr>
        <w:t xml:space="preserve">.</w:t>
      </w:r>
      <w:r>
        <w:br/>
      </w:r>
      <w:r>
        <w:t xml:space="preserve">    (a) crooked</w:t>
      </w:r>
      <w:r>
        <w:br/>
      </w:r>
      <w:r>
        <w:t xml:space="preserve">    (b) alone</w:t>
      </w:r>
      <w:r>
        <w:br/>
      </w:r>
      <w:r>
        <w:t xml:space="preserve">    (c) covered in dust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Maldives is a small island nation that consists of 26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atolls</w:t>
      </w:r>
      <w:r>
        <w:rPr>
          <w:b/>
          <w:bCs/>
        </w:rPr>
        <w:t xml:space="preserve">.</w:t>
      </w:r>
      <w:r>
        <w:br/>
      </w:r>
      <w:r>
        <w:t xml:space="preserve">    (a) sinking islands</w:t>
      </w:r>
      <w:r>
        <w:br/>
      </w:r>
      <w:r>
        <w:t xml:space="preserve">    (b) volcanic islands</w:t>
      </w:r>
      <w:r>
        <w:br/>
      </w:r>
      <w:r>
        <w:t xml:space="preserve">    (c) coral reef islands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Juries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construe</w:t>
      </w:r>
      <w:r>
        <w:rPr>
          <w:b/>
          <w:bCs/>
        </w:rPr>
        <w:t xml:space="preserve"> </w:t>
      </w:r>
      <w:r>
        <w:rPr>
          <w:b/>
          <w:bCs/>
        </w:rPr>
        <w:t xml:space="preserve">evidence to mean something it does not.</w:t>
      </w:r>
      <w:r>
        <w:br/>
      </w:r>
      <w:r>
        <w:t xml:space="preserve">    (a) interpret</w:t>
      </w:r>
      <w:r>
        <w:br/>
      </w:r>
      <w:r>
        <w:t xml:space="preserve">    (b) record</w:t>
      </w:r>
      <w:r>
        <w:br/>
      </w:r>
      <w:r>
        <w:t xml:space="preserve">    (c) destroy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thinks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conviviality</w:t>
      </w:r>
      <w:r>
        <w:rPr>
          <w:b/>
          <w:bCs/>
        </w:rPr>
        <w:t xml:space="preserve"> </w:t>
      </w:r>
      <w:r>
        <w:rPr>
          <w:b/>
          <w:bCs/>
        </w:rPr>
        <w:t xml:space="preserve">is a major cause of overeating.</w:t>
      </w:r>
      <w:r>
        <w:br/>
      </w:r>
      <w:r>
        <w:t xml:space="preserve">    (a) psychiatric treatment</w:t>
      </w:r>
      <w:r>
        <w:br/>
      </w:r>
      <w:r>
        <w:t xml:space="preserve">    (b) being friendly and fun</w:t>
      </w:r>
      <w:r>
        <w:br/>
      </w:r>
      <w:r>
        <w:t xml:space="preserve">    (c) arousing or inspiring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debated for hours without addressing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crux</w:t>
      </w:r>
      <w:r>
        <w:rPr>
          <w:b/>
          <w:bCs/>
        </w:rPr>
        <w:t xml:space="preserve"> </w:t>
      </w:r>
      <w:r>
        <w:rPr>
          <w:b/>
          <w:bCs/>
        </w:rPr>
        <w:t xml:space="preserve">of the issue.</w:t>
      </w:r>
      <w:r>
        <w:br/>
      </w:r>
      <w:r>
        <w:t xml:space="preserve">    (a) first sentence</w:t>
      </w:r>
      <w:r>
        <w:br/>
      </w:r>
      <w:r>
        <w:t xml:space="preserve">    (b) most important part</w:t>
      </w:r>
      <w:r>
        <w:br/>
      </w:r>
      <w:r>
        <w:t xml:space="preserve">    (c) easiest detail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cull</w:t>
      </w:r>
      <w:r>
        <w:rPr>
          <w:b/>
          <w:bCs/>
        </w:rPr>
        <w:t xml:space="preserve"> </w:t>
      </w:r>
      <w:r>
        <w:rPr>
          <w:b/>
          <w:bCs/>
        </w:rPr>
        <w:t xml:space="preserve">the sick members of the herd.</w:t>
      </w:r>
      <w:r>
        <w:br/>
      </w:r>
      <w:r>
        <w:t xml:space="preserve">    (a) medicate quickly</w:t>
      </w:r>
      <w:r>
        <w:br/>
      </w:r>
      <w:r>
        <w:t xml:space="preserve">    (b) count accurately</w:t>
      </w:r>
      <w:r>
        <w:br/>
      </w:r>
      <w:r>
        <w:t xml:space="preserve">    (c) select to remove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uses social media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disseminate</w:t>
      </w:r>
      <w:r>
        <w:rPr>
          <w:b/>
          <w:bCs/>
        </w:rPr>
        <w:t xml:space="preserve"> </w:t>
      </w:r>
      <w:r>
        <w:rPr>
          <w:b/>
          <w:bCs/>
        </w:rPr>
        <w:t xml:space="preserve">her research findings to a broader audience.</w:t>
      </w:r>
      <w:r>
        <w:br/>
      </w:r>
      <w:r>
        <w:t xml:space="preserve">    (a) spread widely</w:t>
      </w:r>
      <w:r>
        <w:br/>
      </w:r>
      <w:r>
        <w:t xml:space="preserve">    (b) summarize briefly</w:t>
      </w:r>
      <w:r>
        <w:br/>
      </w:r>
      <w:r>
        <w:t xml:space="preserve">    (c) organize carefully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like to kayak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estuary</w:t>
      </w:r>
      <w:r>
        <w:rPr>
          <w:b/>
          <w:bCs/>
        </w:rPr>
        <w:t xml:space="preserve">.</w:t>
      </w:r>
      <w:r>
        <w:br/>
      </w:r>
      <w:r>
        <w:t xml:space="preserve">    (a) river where water runs slowly</w:t>
      </w:r>
      <w:r>
        <w:br/>
      </w:r>
      <w:r>
        <w:t xml:space="preserve">    (b) river where fresh &amp; salt water mix</w:t>
      </w:r>
      <w:r>
        <w:br/>
      </w:r>
      <w:r>
        <w:t xml:space="preserve">    (c) river where water runs rapidly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stock market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fluctuates</w:t>
      </w:r>
      <w:r>
        <w:rPr>
          <w:b/>
          <w:bCs/>
        </w:rPr>
        <w:t xml:space="preserve">.</w:t>
      </w:r>
      <w:r>
        <w:br/>
      </w:r>
      <w:r>
        <w:t xml:space="preserve">    (a) frustrates people</w:t>
      </w:r>
      <w:r>
        <w:br/>
      </w:r>
      <w:r>
        <w:t xml:space="preserve">    (b) alternately increases and decreases</w:t>
      </w:r>
      <w:r>
        <w:br/>
      </w:r>
      <w:r>
        <w:t xml:space="preserve">    (c) rises in the long run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fought against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iniquity</w:t>
      </w:r>
      <w:r>
        <w:rPr>
          <w:b/>
          <w:bCs/>
        </w:rPr>
        <w:t xml:space="preserve"> </w:t>
      </w:r>
      <w:r>
        <w:rPr>
          <w:b/>
          <w:bCs/>
        </w:rPr>
        <w:t xml:space="preserve">of slavery.</w:t>
      </w:r>
      <w:r>
        <w:br/>
      </w:r>
      <w:r>
        <w:t xml:space="preserve">    (a) practice</w:t>
      </w:r>
      <w:r>
        <w:br/>
      </w:r>
      <w:r>
        <w:t xml:space="preserve">    (b) immorality</w:t>
      </w:r>
      <w:r>
        <w:br/>
      </w:r>
      <w:r>
        <w:t xml:space="preserve">    (c) supporters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latent</w:t>
      </w:r>
      <w:r>
        <w:rPr>
          <w:b/>
          <w:bCs/>
        </w:rPr>
        <w:t xml:space="preserve"> </w:t>
      </w:r>
      <w:r>
        <w:rPr>
          <w:b/>
          <w:bCs/>
        </w:rPr>
        <w:t xml:space="preserve">HPV infection reactivated when her immune system weakened with age.</w:t>
      </w:r>
      <w:r>
        <w:br/>
      </w:r>
      <w:r>
        <w:t xml:space="preserve">    (a) inactive</w:t>
      </w:r>
      <w:r>
        <w:br/>
      </w:r>
      <w:r>
        <w:t xml:space="preserve">    (b) severe</w:t>
      </w:r>
      <w:r>
        <w:br/>
      </w:r>
      <w:r>
        <w:t xml:space="preserve">    (c) common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learned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modulate</w:t>
      </w:r>
      <w:r>
        <w:rPr>
          <w:b/>
          <w:bCs/>
        </w:rPr>
        <w:t xml:space="preserve"> </w:t>
      </w:r>
      <w:r>
        <w:rPr>
          <w:b/>
          <w:bCs/>
        </w:rPr>
        <w:t xml:space="preserve">her voice so the audience could hear each point clearly.</w:t>
      </w:r>
      <w:r>
        <w:br/>
      </w:r>
      <w:r>
        <w:t xml:space="preserve">    (a) ignore</w:t>
      </w:r>
      <w:r>
        <w:br/>
      </w:r>
      <w:r>
        <w:t xml:space="preserve">    (b) silence</w:t>
      </w:r>
      <w:r>
        <w:br/>
      </w:r>
      <w:r>
        <w:t xml:space="preserve">    (c) adjust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shoes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orthopedic</w:t>
      </w:r>
      <w:r>
        <w:rPr>
          <w:b/>
          <w:bCs/>
        </w:rPr>
        <w:t xml:space="preserve"> </w:t>
      </w:r>
      <w:r>
        <w:rPr>
          <w:b/>
          <w:bCs/>
        </w:rPr>
        <w:t xml:space="preserve">and help with her arthritis.</w:t>
      </w:r>
      <w:r>
        <w:br/>
      </w:r>
      <w:r>
        <w:t xml:space="preserve">    (a) for vision problems</w:t>
      </w:r>
      <w:r>
        <w:br/>
      </w:r>
      <w:r>
        <w:t xml:space="preserve">    (b) for warm weather</w:t>
      </w:r>
      <w:r>
        <w:br/>
      </w:r>
      <w:r>
        <w:t xml:space="preserve">    (c) for bones and joints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Top athletes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persevere</w:t>
      </w:r>
      <w:r>
        <w:rPr>
          <w:b/>
          <w:bCs/>
        </w:rPr>
        <w:t xml:space="preserve"> </w:t>
      </w:r>
      <w:r>
        <w:rPr>
          <w:b/>
          <w:bCs/>
        </w:rPr>
        <w:t xml:space="preserve">through pain to reach their goals.</w:t>
      </w:r>
      <w:r>
        <w:br/>
      </w:r>
      <w:r>
        <w:t xml:space="preserve">    (a) give up at first try</w:t>
      </w:r>
      <w:r>
        <w:br/>
      </w:r>
      <w:r>
        <w:t xml:space="preserve">    (b) push on through hardship</w:t>
      </w:r>
      <w:r>
        <w:br/>
      </w:r>
      <w:r>
        <w:t xml:space="preserve">    (c) rest before any effort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billionaire's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philanthropy</w:t>
      </w:r>
      <w:r>
        <w:rPr>
          <w:b/>
          <w:bCs/>
        </w:rPr>
        <w:t xml:space="preserve"> </w:t>
      </w:r>
      <w:r>
        <w:rPr>
          <w:b/>
          <w:bCs/>
        </w:rPr>
        <w:t xml:space="preserve">supported hospitals around the world.</w:t>
      </w:r>
      <w:r>
        <w:br/>
      </w:r>
      <w:r>
        <w:t xml:space="preserve">    (a) loud boasting</w:t>
      </w:r>
      <w:r>
        <w:br/>
      </w:r>
      <w:r>
        <w:t xml:space="preserve">    (b) selfish hoarding</w:t>
      </w:r>
      <w:r>
        <w:br/>
      </w:r>
      <w:r>
        <w:t xml:space="preserve">    (c) charitable giving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Satellite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reconnaissance</w:t>
      </w:r>
      <w:r>
        <w:rPr>
          <w:b/>
          <w:bCs/>
        </w:rPr>
        <w:t xml:space="preserve"> </w:t>
      </w:r>
      <w:r>
        <w:rPr>
          <w:b/>
          <w:bCs/>
        </w:rPr>
        <w:t xml:space="preserve">indicates they are building a nuclear facility.</w:t>
      </w:r>
      <w:r>
        <w:br/>
      </w:r>
      <w:r>
        <w:t xml:space="preserve">    (a) delivery of supplies</w:t>
      </w:r>
      <w:r>
        <w:br/>
      </w:r>
      <w:r>
        <w:t xml:space="preserve">    (b) scouting for information</w:t>
      </w:r>
      <w:r>
        <w:br/>
      </w:r>
      <w:r>
        <w:t xml:space="preserve">    (c) construction project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repugnant</w:t>
      </w:r>
      <w:r>
        <w:rPr>
          <w:b/>
          <w:bCs/>
        </w:rPr>
        <w:t xml:space="preserve"> </w:t>
      </w:r>
      <w:r>
        <w:rPr>
          <w:b/>
          <w:bCs/>
        </w:rPr>
        <w:t xml:space="preserve">behavior at the party made everyone want to go home early.</w:t>
      </w:r>
      <w:r>
        <w:br/>
      </w:r>
      <w:r>
        <w:t xml:space="preserve">    (a) deeply offensive</w:t>
      </w:r>
      <w:r>
        <w:br/>
      </w:r>
      <w:r>
        <w:t xml:space="preserve">    (b) warmly welcomed</w:t>
      </w:r>
      <w:r>
        <w:br/>
      </w:r>
      <w:r>
        <w:t xml:space="preserve">    (c) highly amusing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Taliban wants total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subjugation</w:t>
      </w:r>
      <w:r>
        <w:rPr>
          <w:b/>
          <w:bCs/>
        </w:rPr>
        <w:t xml:space="preserve"> </w:t>
      </w:r>
      <w:r>
        <w:rPr>
          <w:b/>
          <w:bCs/>
        </w:rPr>
        <w:t xml:space="preserve">to their religious law.</w:t>
      </w:r>
      <w:r>
        <w:br/>
      </w:r>
      <w:r>
        <w:t xml:space="preserve">    (a) gullibility (being too willing to believe)</w:t>
      </w:r>
      <w:r>
        <w:br/>
      </w:r>
      <w:r>
        <w:t xml:space="preserve">    (b) forced submission</w:t>
      </w:r>
      <w:r>
        <w:br/>
      </w:r>
      <w:r>
        <w:t xml:space="preserve">    (c) body temperature that is dangerously 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lawyer's argument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succinct</w:t>
      </w:r>
      <w:r>
        <w:rPr>
          <w:b/>
          <w:bCs/>
        </w:rPr>
        <w:t xml:space="preserve"> </w:t>
      </w:r>
      <w:r>
        <w:rPr>
          <w:b/>
          <w:bCs/>
        </w:rPr>
        <w:t xml:space="preserve">and persuasive.</w:t>
      </w:r>
      <w:r>
        <w:br/>
      </w:r>
      <w:r>
        <w:t xml:space="preserve">    (a) long and in-depth</w:t>
      </w:r>
      <w:r>
        <w:br/>
      </w:r>
      <w:r>
        <w:t xml:space="preserve">    (b) clear and concise</w:t>
      </w:r>
      <w:r>
        <w:br/>
      </w:r>
      <w:r>
        <w:t xml:space="preserve">    (c) using expansive vocabulary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2026-07-31T15:26:26Z</dcterms:created>
  <dcterms:modified xsi:type="dcterms:W3CDTF">2026-07-31T15:26:26Z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