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bd8d0e658a0bd91bc77c2e2f1001d6bc0cfa256"/>
    <w:p>
      <w:pPr>
        <w:pStyle w:val="Heading1"/>
      </w:pPr>
      <w:r>
        <w:rPr>
          <w:b/>
          <w:bCs/>
        </w:rPr>
        <w:t xml:space="preserve">Here, There be Dragons</w:t>
      </w:r>
      <w:r>
        <w:br/>
      </w:r>
      <w:r>
        <w:rPr>
          <w:i/>
          <w:iCs/>
        </w:rPr>
        <w:t xml:space="preserve">James A. Owen</w:t>
      </w:r>
      <w:r>
        <w:br/>
      </w:r>
      <w:r>
        <w:rPr>
          <w:b/>
          <w:bCs/>
        </w:rPr>
        <w:t xml:space="preserve">Extra Credit 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earthquake left our pictures hanging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askew</w:t>
      </w:r>
      <w:r>
        <w:rPr>
          <w:b/>
          <w:bCs/>
        </w:rPr>
        <w:t xml:space="preserve">.</w:t>
      </w:r>
      <w:r>
        <w:br/>
      </w:r>
      <w:r>
        <w:t xml:space="preserve">    (a) alone</w:t>
      </w:r>
      <w:r>
        <w:br/>
      </w:r>
      <w:r>
        <w:t xml:space="preserve">    (b) crooked</w:t>
      </w:r>
      <w:r>
        <w:br/>
      </w:r>
      <w:r>
        <w:t xml:space="preserve">    (c) covered in dust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protesters formed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blockade</w:t>
      </w:r>
      <w:r>
        <w:rPr>
          <w:b/>
          <w:bCs/>
        </w:rPr>
        <w:t xml:space="preserve"> </w:t>
      </w:r>
      <w:r>
        <w:rPr>
          <w:b/>
          <w:bCs/>
        </w:rPr>
        <w:t xml:space="preserve">across the main highway.</w:t>
      </w:r>
      <w:r>
        <w:br/>
      </w:r>
      <w:r>
        <w:t xml:space="preserve">    (a) an open pathway</w:t>
      </w:r>
      <w:r>
        <w:br/>
      </w:r>
      <w:r>
        <w:t xml:space="preserve">    (b) a blocking barrier</w:t>
      </w:r>
      <w:r>
        <w:br/>
      </w:r>
      <w:r>
        <w:t xml:space="preserve">    (c) a welcome banner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Modern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cartography</w:t>
      </w:r>
      <w:r>
        <w:rPr>
          <w:b/>
          <w:bCs/>
        </w:rPr>
        <w:t xml:space="preserve"> </w:t>
      </w:r>
      <w:r>
        <w:rPr>
          <w:b/>
          <w:bCs/>
        </w:rPr>
        <w:t xml:space="preserve">combines satellite imagery and computer technology to create detailed maps of remote regions.</w:t>
      </w:r>
      <w:r>
        <w:br/>
      </w:r>
      <w:r>
        <w:t xml:space="preserve">    (a) not thoughtful about the past</w:t>
      </w:r>
      <w:r>
        <w:br/>
      </w:r>
      <w:r>
        <w:t xml:space="preserve">    (b) the practice of mapmaking</w:t>
      </w:r>
      <w:r>
        <w:br/>
      </w:r>
      <w:r>
        <w:t xml:space="preserve">    (c) not able to be disagreed with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could not bring herself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concur</w:t>
      </w:r>
      <w:r>
        <w:rPr>
          <w:b/>
          <w:bCs/>
        </w:rPr>
        <w:t xml:space="preserve"> </w:t>
      </w:r>
      <w:r>
        <w:rPr>
          <w:b/>
          <w:bCs/>
        </w:rPr>
        <w:t xml:space="preserve">publicly, but she honored her promise by not discussing her concerns.</w:t>
      </w:r>
      <w:r>
        <w:br/>
      </w:r>
      <w:r>
        <w:t xml:space="preserve">    (a) criticize</w:t>
      </w:r>
      <w:r>
        <w:br/>
      </w:r>
      <w:r>
        <w:t xml:space="preserve">    (b) help</w:t>
      </w:r>
      <w:r>
        <w:br/>
      </w:r>
      <w:r>
        <w:t xml:space="preserve">    (c) agree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is so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credulous</w:t>
      </w:r>
      <w:r>
        <w:rPr>
          <w:b/>
          <w:bCs/>
        </w:rPr>
        <w:t xml:space="preserve"> </w:t>
      </w:r>
      <w:r>
        <w:rPr>
          <w:b/>
          <w:bCs/>
        </w:rPr>
        <w:t xml:space="preserve">she believes everything she reads.</w:t>
      </w:r>
      <w:r>
        <w:br/>
      </w:r>
      <w:r>
        <w:t xml:space="preserve">    (a) easily fooled</w:t>
      </w:r>
      <w:r>
        <w:br/>
      </w:r>
      <w:r>
        <w:t xml:space="preserve">    (b) very skeptical</w:t>
      </w:r>
      <w:r>
        <w:br/>
      </w:r>
      <w:r>
        <w:t xml:space="preserve">    (c) deeply thoughtful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likes it when they stick to the numbers and don't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digress</w:t>
      </w:r>
      <w:r>
        <w:rPr>
          <w:b/>
          <w:bCs/>
        </w:rPr>
        <w:t xml:space="preserve"> </w:t>
      </w:r>
      <w:r>
        <w:rPr>
          <w:b/>
          <w:bCs/>
        </w:rPr>
        <w:t xml:space="preserve">into storytelling.</w:t>
      </w:r>
      <w:r>
        <w:br/>
      </w:r>
      <w:r>
        <w:t xml:space="preserve">    (a) elaborate</w:t>
      </w:r>
      <w:r>
        <w:br/>
      </w:r>
      <w:r>
        <w:t xml:space="preserve">    (b) compete</w:t>
      </w:r>
      <w:r>
        <w:br/>
      </w:r>
      <w:r>
        <w:t xml:space="preserve">    (c) wander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victors write the history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disparage</w:t>
      </w:r>
      <w:r>
        <w:rPr>
          <w:b/>
          <w:bCs/>
        </w:rPr>
        <w:t xml:space="preserve"> </w:t>
      </w:r>
      <w:r>
        <w:rPr>
          <w:b/>
          <w:bCs/>
        </w:rPr>
        <w:t xml:space="preserve">their enemies.</w:t>
      </w:r>
      <w:r>
        <w:br/>
      </w:r>
      <w:r>
        <w:t xml:space="preserve">    (a) defeat</w:t>
      </w:r>
      <w:r>
        <w:br/>
      </w:r>
      <w:r>
        <w:t xml:space="preserve">    (b) criticize</w:t>
      </w:r>
      <w:r>
        <w:br/>
      </w:r>
      <w:r>
        <w:t xml:space="preserve">    (c) erase from history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disparity</w:t>
      </w:r>
      <w:r>
        <w:rPr>
          <w:b/>
          <w:bCs/>
        </w:rPr>
        <w:t xml:space="preserve"> </w:t>
      </w:r>
      <w:r>
        <w:rPr>
          <w:b/>
          <w:bCs/>
        </w:rPr>
        <w:t xml:space="preserve">in access to education between urban and rural areas is a significant issue.</w:t>
      </w:r>
      <w:r>
        <w:br/>
      </w:r>
      <w:r>
        <w:t xml:space="preserve">    (a) agreement</w:t>
      </w:r>
      <w:r>
        <w:br/>
      </w:r>
      <w:r>
        <w:t xml:space="preserve">    (b) improvement</w:t>
      </w:r>
      <w:r>
        <w:br/>
      </w:r>
      <w:r>
        <w:t xml:space="preserve">    (c) difference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Supreme Court was unanimous except for one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dissenting</w:t>
      </w:r>
      <w:r>
        <w:rPr>
          <w:b/>
          <w:bCs/>
        </w:rPr>
        <w:t xml:space="preserve"> </w:t>
      </w:r>
      <w:r>
        <w:rPr>
          <w:b/>
          <w:bCs/>
        </w:rPr>
        <w:t xml:space="preserve">opinion.</w:t>
      </w:r>
      <w:r>
        <w:br/>
      </w:r>
      <w:r>
        <w:t xml:space="preserve">    (a) disagreeing</w:t>
      </w:r>
      <w:r>
        <w:br/>
      </w:r>
      <w:r>
        <w:t xml:space="preserve">    (b) supporting</w:t>
      </w:r>
      <w:r>
        <w:br/>
      </w:r>
      <w:r>
        <w:t xml:space="preserve">    (c) withheld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Their offices are housed in an imposing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edifice</w:t>
      </w:r>
      <w:r>
        <w:rPr>
          <w:b/>
          <w:bCs/>
        </w:rPr>
        <w:t xml:space="preserve">.</w:t>
      </w:r>
      <w:r>
        <w:br/>
      </w:r>
      <w:r>
        <w:t xml:space="preserve">    (a) building</w:t>
      </w:r>
      <w:r>
        <w:br/>
      </w:r>
      <w:r>
        <w:t xml:space="preserve">    (b) neighborhood</w:t>
      </w:r>
      <w:r>
        <w:br/>
      </w:r>
      <w:r>
        <w:t xml:space="preserve">    (c) color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young artist tried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emulate</w:t>
      </w:r>
      <w:r>
        <w:rPr>
          <w:b/>
          <w:bCs/>
        </w:rPr>
        <w:t xml:space="preserve"> </w:t>
      </w:r>
      <w:r>
        <w:rPr>
          <w:b/>
          <w:bCs/>
        </w:rPr>
        <w:t xml:space="preserve">the style of her favorite painter without directly copying it.</w:t>
      </w:r>
      <w:r>
        <w:br/>
      </w:r>
      <w:r>
        <w:t xml:space="preserve">    (a) imitate</w:t>
      </w:r>
      <w:r>
        <w:br/>
      </w:r>
      <w:r>
        <w:t xml:space="preserve">    (b) criticize</w:t>
      </w:r>
      <w:r>
        <w:br/>
      </w:r>
      <w:r>
        <w:t xml:space="preserve">    (c) eliminate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production was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fiasco</w:t>
      </w:r>
      <w:r>
        <w:rPr>
          <w:b/>
          <w:bCs/>
        </w:rPr>
        <w:t xml:space="preserve">.</w:t>
      </w:r>
      <w:r>
        <w:br/>
      </w:r>
      <w:r>
        <w:t xml:space="preserve">    (a) success</w:t>
      </w:r>
      <w:r>
        <w:br/>
      </w:r>
      <w:r>
        <w:t xml:space="preserve">    (b) challenge</w:t>
      </w:r>
      <w:r>
        <w:br/>
      </w:r>
      <w:r>
        <w:t xml:space="preserve">    (c) failure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book is about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flora</w:t>
      </w:r>
      <w:r>
        <w:rPr>
          <w:b/>
          <w:bCs/>
        </w:rPr>
        <w:t xml:space="preserve"> </w:t>
      </w:r>
      <w:r>
        <w:rPr>
          <w:b/>
          <w:bCs/>
        </w:rPr>
        <w:t xml:space="preserve">and fauna of the region.</w:t>
      </w:r>
      <w:r>
        <w:br/>
      </w:r>
      <w:r>
        <w:t xml:space="preserve">    (a) flowers</w:t>
      </w:r>
      <w:r>
        <w:br/>
      </w:r>
      <w:r>
        <w:t xml:space="preserve">    (b) plant life</w:t>
      </w:r>
      <w:r>
        <w:br/>
      </w:r>
      <w:r>
        <w:t xml:space="preserve">    (c) weather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showed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fortitude</w:t>
      </w:r>
      <w:r>
        <w:rPr>
          <w:b/>
          <w:bCs/>
        </w:rPr>
        <w:t xml:space="preserve"> </w:t>
      </w:r>
      <w:r>
        <w:rPr>
          <w:b/>
          <w:bCs/>
        </w:rPr>
        <w:t xml:space="preserve">by staying calm and determined during the long recovery.</w:t>
      </w:r>
      <w:r>
        <w:br/>
      </w:r>
      <w:r>
        <w:t xml:space="preserve">    (a) mental courage</w:t>
      </w:r>
      <w:r>
        <w:br/>
      </w:r>
      <w:r>
        <w:t xml:space="preserve">    (b) sudden anger</w:t>
      </w:r>
      <w:r>
        <w:br/>
      </w:r>
      <w:r>
        <w:t xml:space="preserve">    (c) physical speed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It's a 300-page report, but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gist</w:t>
      </w:r>
      <w:r>
        <w:rPr>
          <w:b/>
          <w:bCs/>
        </w:rPr>
        <w:t xml:space="preserve"> </w:t>
      </w:r>
      <w:r>
        <w:rPr>
          <w:b/>
          <w:bCs/>
        </w:rPr>
        <w:t xml:space="preserve">of it is that the plan won't work.</w:t>
      </w:r>
      <w:r>
        <w:br/>
      </w:r>
      <w:r>
        <w:t xml:space="preserve">    (a) concern</w:t>
      </w:r>
      <w:r>
        <w:br/>
      </w:r>
      <w:r>
        <w:t xml:space="preserve">    (b) main point</w:t>
      </w:r>
      <w:r>
        <w:br/>
      </w:r>
      <w:r>
        <w:t xml:space="preserve">    (c) problem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the darkest hour, 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mettle</w:t>
      </w:r>
      <w:r>
        <w:rPr>
          <w:b/>
          <w:bCs/>
        </w:rPr>
        <w:t xml:space="preserve"> </w:t>
      </w:r>
      <w:r>
        <w:rPr>
          <w:b/>
          <w:bCs/>
        </w:rPr>
        <w:t xml:space="preserve">surged forth, allowing her to confront his fears with unwavering bravery.</w:t>
      </w:r>
      <w:r>
        <w:br/>
      </w:r>
      <w:r>
        <w:t xml:space="preserve">    (a) luck</w:t>
      </w:r>
      <w:r>
        <w:br/>
      </w:r>
      <w:r>
        <w:t xml:space="preserve">    (b) courage</w:t>
      </w:r>
      <w:r>
        <w:br/>
      </w:r>
      <w:r>
        <w:t xml:space="preserve">    (c) popularity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patient's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pallid</w:t>
      </w:r>
      <w:r>
        <w:rPr>
          <w:b/>
          <w:bCs/>
        </w:rPr>
        <w:t xml:space="preserve"> </w:t>
      </w:r>
      <w:r>
        <w:rPr>
          <w:b/>
          <w:bCs/>
        </w:rPr>
        <w:t xml:space="preserve">complexion alarmed the nurse on duty.</w:t>
      </w:r>
      <w:r>
        <w:br/>
      </w:r>
      <w:r>
        <w:t xml:space="preserve">    (a) heavily wrinkled</w:t>
      </w:r>
      <w:r>
        <w:br/>
      </w:r>
      <w:r>
        <w:t xml:space="preserve">    (b) unhealthily pale</w:t>
      </w:r>
      <w:r>
        <w:br/>
      </w:r>
      <w:r>
        <w:t xml:space="preserve">    (c) deeply flushed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lay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prostrate</w:t>
      </w:r>
      <w:r>
        <w:rPr>
          <w:b/>
          <w:bCs/>
        </w:rPr>
        <w:t xml:space="preserve"> </w:t>
      </w:r>
      <w:r>
        <w:rPr>
          <w:b/>
          <w:bCs/>
        </w:rPr>
        <w:t xml:space="preserve">on the floor after collapsing from exhaustion.</w:t>
      </w:r>
      <w:r>
        <w:br/>
      </w:r>
      <w:r>
        <w:t xml:space="preserve">    (a) lying face-down</w:t>
      </w:r>
      <w:r>
        <w:br/>
      </w:r>
      <w:r>
        <w:t xml:space="preserve">    (b) curled up tightly</w:t>
      </w:r>
      <w:r>
        <w:br/>
      </w:r>
      <w:r>
        <w:t xml:space="preserve">    (c) sitting upright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Cheating on the test brought severe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repercussions</w:t>
      </w:r>
      <w:r>
        <w:rPr>
          <w:b/>
          <w:bCs/>
        </w:rPr>
        <w:t xml:space="preserve"> </w:t>
      </w:r>
      <w:r>
        <w:rPr>
          <w:b/>
          <w:bCs/>
        </w:rPr>
        <w:t xml:space="preserve">for the students.</w:t>
      </w:r>
      <w:r>
        <w:br/>
      </w:r>
      <w:r>
        <w:t xml:space="preserve">    (a) rewards</w:t>
      </w:r>
      <w:r>
        <w:br/>
      </w:r>
      <w:r>
        <w:t xml:space="preserve">    (b) celebrations</w:t>
      </w:r>
      <w:r>
        <w:br/>
      </w:r>
      <w:r>
        <w:t xml:space="preserve">    (c) consequences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test results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validated</w:t>
      </w:r>
      <w:r>
        <w:rPr>
          <w:b/>
          <w:bCs/>
        </w:rPr>
        <w:t xml:space="preserve"> </w:t>
      </w:r>
      <w:r>
        <w:rPr>
          <w:b/>
          <w:bCs/>
        </w:rPr>
        <w:t xml:space="preserve">her theory about the chemical reaction.</w:t>
      </w:r>
      <w:r>
        <w:br/>
      </w:r>
      <w:r>
        <w:t xml:space="preserve">    (a) barely addressed</w:t>
      </w:r>
      <w:r>
        <w:br/>
      </w:r>
      <w:r>
        <w:t xml:space="preserve">    (b) completely contradicted</w:t>
      </w:r>
      <w:r>
        <w:br/>
      </w:r>
      <w:r>
        <w:t xml:space="preserve">    (c) confirmed the truth of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2026-07-31T16:58:14Z</dcterms:created>
  <dcterms:modified xsi:type="dcterms:W3CDTF">2026-07-31T16:58:14Z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